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8584B" w14:textId="77777777" w:rsidR="00174694" w:rsidRPr="001C0C3E" w:rsidRDefault="00174694" w:rsidP="00174694">
      <w:pPr>
        <w:spacing w:after="0" w:line="360" w:lineRule="auto"/>
        <w:rPr>
          <w:rFonts w:ascii="Times New Roman" w:hAnsi="Times New Roman" w:cs="Times New Roman"/>
        </w:rPr>
      </w:pPr>
      <w:r w:rsidRPr="001C0C3E">
        <w:rPr>
          <w:rFonts w:ascii="Times New Roman" w:hAnsi="Times New Roman" w:cs="Times New Roman"/>
          <w:b/>
          <w:color w:val="000000"/>
          <w:sz w:val="28"/>
        </w:rPr>
        <w:t>Supplementary Table S2. Genus- and Class-Level Nitrogen Cycling Functional Reference Baseline</w:t>
      </w:r>
    </w:p>
    <w:p w14:paraId="4CEFEB1E" w14:textId="77777777" w:rsidR="00174694" w:rsidRPr="001C0C3E" w:rsidRDefault="00174694" w:rsidP="00174694">
      <w:pPr>
        <w:spacing w:after="0" w:line="360" w:lineRule="auto"/>
        <w:jc w:val="both"/>
        <w:rPr>
          <w:rFonts w:ascii="Times New Roman" w:hAnsi="Times New Roman" w:cs="Times New Roman"/>
        </w:rPr>
      </w:pPr>
      <w:r w:rsidRPr="001C0C3E">
        <w:rPr>
          <w:rFonts w:ascii="Times New Roman" w:hAnsi="Times New Roman" w:cs="Times New Roman"/>
        </w:rPr>
        <w:t>This table provides functional reference values for 1,281 bacterial genera across 57 classes from 73,472 representative genomes (GTDB r220), enabling probabilistic inference of nitrogen cycling potential from taxonomic composition data obtained through amplicon sequencing or metagenomics.</w:t>
      </w:r>
    </w:p>
    <w:p w14:paraId="2B1BCEBE" w14:textId="77777777" w:rsidR="00174694" w:rsidRPr="001C0C3E" w:rsidRDefault="00174694" w:rsidP="00174694">
      <w:pPr>
        <w:spacing w:after="0" w:line="360" w:lineRule="auto"/>
        <w:rPr>
          <w:rFonts w:ascii="Times New Roman" w:hAnsi="Times New Roman" w:cs="Times New Roman"/>
        </w:rPr>
      </w:pPr>
      <w:r w:rsidRPr="001C0C3E">
        <w:rPr>
          <w:rFonts w:ascii="Times New Roman" w:hAnsi="Times New Roman" w:cs="Times New Roman"/>
          <w:b/>
          <w:sz w:val="24"/>
        </w:rPr>
        <w:t>APPLICATION FRAMEWORK FOR AMPLICON-BASED STUDIES:</w:t>
      </w:r>
    </w:p>
    <w:p w14:paraId="64D717A1" w14:textId="77777777" w:rsidR="00174694" w:rsidRPr="001C0C3E" w:rsidRDefault="00174694" w:rsidP="00174694">
      <w:pPr>
        <w:spacing w:after="0" w:line="360" w:lineRule="auto"/>
        <w:jc w:val="both"/>
        <w:rPr>
          <w:rFonts w:ascii="Times New Roman" w:hAnsi="Times New Roman" w:cs="Times New Roman"/>
        </w:rPr>
      </w:pPr>
      <w:r w:rsidRPr="001C0C3E">
        <w:rPr>
          <w:rFonts w:ascii="Times New Roman" w:hAnsi="Times New Roman" w:cs="Times New Roman"/>
        </w:rPr>
        <w:t>Community-level functional potential can be estimated by integrating taxonomic relative abundance with genus-specific functional frequencies. For example:</w:t>
      </w:r>
    </w:p>
    <w:p w14:paraId="2AB255B4" w14:textId="77777777" w:rsidR="00174694" w:rsidRPr="001C0C3E" w:rsidRDefault="00174694" w:rsidP="00174694">
      <w:pPr>
        <w:pStyle w:val="a0"/>
        <w:spacing w:after="0" w:line="360" w:lineRule="auto"/>
        <w:ind w:left="720"/>
        <w:rPr>
          <w:rFonts w:ascii="Times New Roman" w:hAnsi="Times New Roman" w:cs="Times New Roman"/>
        </w:rPr>
      </w:pPr>
      <w:r w:rsidRPr="001C0C3E">
        <w:rPr>
          <w:rFonts w:ascii="Times New Roman" w:hAnsi="Times New Roman" w:cs="Times New Roman"/>
        </w:rPr>
        <w:t>If Genus X shows:</w:t>
      </w:r>
      <w:r w:rsidRPr="00D93067">
        <w:t xml:space="preserve"> </w:t>
      </w:r>
      <w:r w:rsidRPr="00D93067">
        <w:rPr>
          <w:rFonts w:ascii="Times New Roman" w:hAnsi="Times New Roman" w:cs="Times New Roman"/>
        </w:rPr>
        <w:t>If Genus X shows 40% relative abundance in your sample and 30% DNN_Frequency in this reference table, then estimated DNN potential = 12% (40% × 30%).</w:t>
      </w:r>
    </w:p>
    <w:p w14:paraId="168EA88B" w14:textId="77777777" w:rsidR="00174694" w:rsidRPr="001C0C3E" w:rsidRDefault="00174694" w:rsidP="00174694">
      <w:pPr>
        <w:spacing w:after="0" w:line="360" w:lineRule="auto"/>
        <w:jc w:val="both"/>
        <w:rPr>
          <w:rFonts w:ascii="Times New Roman" w:hAnsi="Times New Roman" w:cs="Times New Roman"/>
        </w:rPr>
      </w:pPr>
      <w:r w:rsidRPr="001C0C3E">
        <w:rPr>
          <w:rFonts w:ascii="Times New Roman" w:hAnsi="Times New Roman" w:cs="Times New Roman"/>
        </w:rPr>
        <w:t>Sum across all genera for total community-level estimates.</w:t>
      </w:r>
    </w:p>
    <w:p w14:paraId="79E4A147" w14:textId="77777777" w:rsidR="00174694" w:rsidRPr="001C0C3E" w:rsidRDefault="00174694" w:rsidP="00174694">
      <w:pPr>
        <w:spacing w:after="0" w:line="360" w:lineRule="auto"/>
        <w:jc w:val="both"/>
        <w:rPr>
          <w:rFonts w:ascii="Times New Roman" w:hAnsi="Times New Roman" w:cs="Times New Roman"/>
        </w:rPr>
      </w:pPr>
      <w:r w:rsidRPr="001C0C3E">
        <w:rPr>
          <w:rFonts w:ascii="Times New Roman" w:hAnsi="Times New Roman" w:cs="Times New Roman"/>
        </w:rPr>
        <w:t>Cross_Scale_Conformity status indicates prediction confidence:</w:t>
      </w:r>
    </w:p>
    <w:p w14:paraId="530C1741" w14:textId="77777777" w:rsidR="00174694" w:rsidRPr="001C0C3E" w:rsidRDefault="00174694" w:rsidP="00174694">
      <w:pPr>
        <w:pStyle w:val="a0"/>
        <w:spacing w:after="0" w:line="360" w:lineRule="auto"/>
        <w:ind w:left="720"/>
        <w:rPr>
          <w:rFonts w:ascii="Times New Roman" w:hAnsi="Times New Roman" w:cs="Times New Roman"/>
        </w:rPr>
      </w:pPr>
      <w:r w:rsidRPr="001C0C3E">
        <w:rPr>
          <w:rFonts w:ascii="Times New Roman" w:hAnsi="Times New Roman" w:cs="Times New Roman"/>
        </w:rPr>
        <w:t>TRUE (conforming genera): Higher reliability</w:t>
      </w:r>
    </w:p>
    <w:p w14:paraId="11E4F933" w14:textId="77777777" w:rsidR="00174694" w:rsidRPr="001C0C3E" w:rsidRDefault="00174694" w:rsidP="00174694">
      <w:pPr>
        <w:pStyle w:val="a0"/>
        <w:spacing w:after="0" w:line="360" w:lineRule="auto"/>
        <w:ind w:left="720"/>
        <w:rPr>
          <w:rFonts w:ascii="Times New Roman" w:hAnsi="Times New Roman" w:cs="Times New Roman"/>
        </w:rPr>
      </w:pPr>
      <w:r w:rsidRPr="001C0C3E">
        <w:rPr>
          <w:rFonts w:ascii="Times New Roman" w:hAnsi="Times New Roman" w:cs="Times New Roman"/>
        </w:rPr>
        <w:t>FALSE (deviating genera): Lower reliability, interpret with caution</w:t>
      </w:r>
    </w:p>
    <w:p w14:paraId="1838D22D" w14:textId="77777777" w:rsidR="00174694" w:rsidRPr="001C0C3E" w:rsidRDefault="00174694" w:rsidP="00174694">
      <w:pPr>
        <w:spacing w:after="0" w:line="360" w:lineRule="auto"/>
        <w:rPr>
          <w:rFonts w:ascii="Times New Roman" w:hAnsi="Times New Roman" w:cs="Times New Roman"/>
        </w:rPr>
      </w:pPr>
      <w:r w:rsidRPr="001C0C3E">
        <w:rPr>
          <w:rFonts w:ascii="Times New Roman" w:hAnsi="Times New Roman" w:cs="Times New Roman"/>
          <w:b/>
          <w:sz w:val="24"/>
        </w:rPr>
        <w:t>IMPORTANT LIMITATIONS:</w:t>
      </w:r>
    </w:p>
    <w:p w14:paraId="56E3C81C" w14:textId="77777777" w:rsidR="00174694" w:rsidRPr="001C0C3E" w:rsidRDefault="00174694" w:rsidP="00174694">
      <w:pPr>
        <w:spacing w:after="0" w:line="360" w:lineRule="auto"/>
        <w:ind w:left="720" w:hanging="360"/>
        <w:jc w:val="both"/>
        <w:rPr>
          <w:rFonts w:ascii="Times New Roman" w:hAnsi="Times New Roman" w:cs="Times New Roman"/>
        </w:rPr>
      </w:pPr>
      <w:r w:rsidRPr="001C0C3E">
        <w:rPr>
          <w:rFonts w:ascii="Times New Roman" w:hAnsi="Times New Roman" w:cs="Times New Roman"/>
          <w:b/>
        </w:rPr>
        <w:t xml:space="preserve">1. </w:t>
      </w:r>
      <w:r w:rsidRPr="001C0C3E">
        <w:rPr>
          <w:rFonts w:ascii="Times New Roman" w:hAnsi="Times New Roman" w:cs="Times New Roman"/>
        </w:rPr>
        <w:t>Values represent genomic potential (gene presence/absence), NOT realized metabolic activity</w:t>
      </w:r>
    </w:p>
    <w:p w14:paraId="7B80CA1D" w14:textId="77777777" w:rsidR="00174694" w:rsidRPr="001C0C3E" w:rsidRDefault="00174694" w:rsidP="00174694">
      <w:pPr>
        <w:spacing w:after="0" w:line="360" w:lineRule="auto"/>
        <w:ind w:left="720" w:hanging="360"/>
        <w:jc w:val="both"/>
        <w:rPr>
          <w:rFonts w:ascii="Times New Roman" w:hAnsi="Times New Roman" w:cs="Times New Roman"/>
        </w:rPr>
      </w:pPr>
      <w:r w:rsidRPr="001C0C3E">
        <w:rPr>
          <w:rFonts w:ascii="Times New Roman" w:hAnsi="Times New Roman" w:cs="Times New Roman"/>
          <w:b/>
        </w:rPr>
        <w:t xml:space="preserve">2. </w:t>
      </w:r>
      <w:r w:rsidRPr="001C0C3E">
        <w:rPr>
          <w:rFonts w:ascii="Times New Roman" w:hAnsi="Times New Roman" w:cs="Times New Roman"/>
        </w:rPr>
        <w:t>Environmental modulation and horizontal gene transfer create uncertainty in predictions</w:t>
      </w:r>
    </w:p>
    <w:p w14:paraId="16D6A29D" w14:textId="77777777" w:rsidR="00174694" w:rsidRPr="001C0C3E" w:rsidRDefault="00174694" w:rsidP="00174694">
      <w:pPr>
        <w:spacing w:after="0" w:line="360" w:lineRule="auto"/>
        <w:ind w:left="720" w:hanging="360"/>
        <w:jc w:val="both"/>
        <w:rPr>
          <w:rFonts w:ascii="Times New Roman" w:hAnsi="Times New Roman" w:cs="Times New Roman"/>
        </w:rPr>
      </w:pPr>
      <w:r w:rsidRPr="001C0C3E">
        <w:rPr>
          <w:rFonts w:ascii="Times New Roman" w:hAnsi="Times New Roman" w:cs="Times New Roman"/>
          <w:b/>
        </w:rPr>
        <w:t xml:space="preserve">3. </w:t>
      </w:r>
      <w:r w:rsidRPr="001C0C3E">
        <w:rPr>
          <w:rFonts w:ascii="Times New Roman" w:hAnsi="Times New Roman" w:cs="Times New Roman"/>
        </w:rPr>
        <w:t>For Type_V genera, absence of functions may reflect database limitations or genuine metabolic streamlining</w:t>
      </w:r>
    </w:p>
    <w:p w14:paraId="4329200D" w14:textId="77777777" w:rsidR="00174694" w:rsidRPr="001C0C3E" w:rsidRDefault="00174694" w:rsidP="00174694">
      <w:pPr>
        <w:spacing w:after="0" w:line="360" w:lineRule="auto"/>
        <w:ind w:left="720" w:hanging="360"/>
        <w:jc w:val="both"/>
        <w:rPr>
          <w:rFonts w:ascii="Times New Roman" w:hAnsi="Times New Roman" w:cs="Times New Roman"/>
        </w:rPr>
      </w:pPr>
      <w:r w:rsidRPr="001C0C3E">
        <w:rPr>
          <w:rFonts w:ascii="Times New Roman" w:hAnsi="Times New Roman" w:cs="Times New Roman"/>
          <w:b/>
        </w:rPr>
        <w:t xml:space="preserve">4. </w:t>
      </w:r>
      <w:r w:rsidRPr="001C0C3E">
        <w:rPr>
          <w:rFonts w:ascii="Times New Roman" w:hAnsi="Times New Roman" w:cs="Times New Roman"/>
        </w:rPr>
        <w:t>NIT frequencies severely underestimated (0.5% prevalence) due to underrepresentation of nitrifying organisms in current databases</w:t>
      </w:r>
    </w:p>
    <w:p w14:paraId="1BBF6359" w14:textId="77777777" w:rsidR="00174694" w:rsidRPr="001C0C3E" w:rsidRDefault="00174694" w:rsidP="00174694">
      <w:pPr>
        <w:spacing w:after="0" w:line="360" w:lineRule="auto"/>
        <w:ind w:left="720" w:hanging="360"/>
        <w:jc w:val="both"/>
        <w:rPr>
          <w:rFonts w:ascii="Times New Roman" w:hAnsi="Times New Roman" w:cs="Times New Roman"/>
        </w:rPr>
      </w:pPr>
      <w:r w:rsidRPr="001C0C3E">
        <w:rPr>
          <w:rFonts w:ascii="Times New Roman" w:hAnsi="Times New Roman" w:cs="Times New Roman"/>
          <w:b/>
        </w:rPr>
        <w:t xml:space="preserve">5. </w:t>
      </w:r>
      <w:r w:rsidRPr="001C0C3E">
        <w:rPr>
          <w:rFonts w:ascii="Times New Roman" w:hAnsi="Times New Roman" w:cs="Times New Roman"/>
        </w:rPr>
        <w:t>Inferences should be validated with metatranscriptomic, proteomic, or biogeochemical approaches where possible</w:t>
      </w:r>
    </w:p>
    <w:p w14:paraId="185311E5" w14:textId="77777777" w:rsidR="00174694" w:rsidRPr="00D93067" w:rsidRDefault="00174694" w:rsidP="00174694">
      <w:pPr>
        <w:spacing w:after="0" w:line="360" w:lineRule="auto"/>
        <w:jc w:val="both"/>
        <w:rPr>
          <w:rFonts w:ascii="Times New Roman" w:eastAsia="宋体" w:hAnsi="Times New Roman" w:cs="Times New Roman"/>
          <w:lang w:eastAsia="zh-CN"/>
        </w:rPr>
      </w:pPr>
      <w:r w:rsidRPr="001C0C3E">
        <w:rPr>
          <w:rFonts w:ascii="Times New Roman" w:hAnsi="Times New Roman" w:cs="Times New Roman"/>
        </w:rPr>
        <w:t>This reference baseline provides initial functional hypotheses for community ecology studies and guides targeted cultivation for specific nitrogen transformation capabilities.</w:t>
      </w:r>
    </w:p>
    <w:p w14:paraId="45E23962" w14:textId="77777777" w:rsidR="00174694" w:rsidRDefault="00174694" w:rsidP="00174694">
      <w:pPr>
        <w:ind w:firstLineChars="200" w:firstLine="442"/>
        <w:jc w:val="both"/>
        <w:rPr>
          <w:rFonts w:ascii="Times New Roman" w:eastAsia="宋体" w:hAnsi="Times New Roman" w:cs="Times New Roman"/>
          <w:lang w:eastAsia="zh-CN"/>
        </w:rPr>
      </w:pPr>
      <w:r w:rsidRPr="00482D0F">
        <w:rPr>
          <w:rFonts w:ascii="Times New Roman" w:eastAsia="宋体" w:hAnsi="Times New Roman" w:cs="Times New Roman"/>
          <w:b/>
          <w:bCs/>
          <w:lang w:eastAsia="zh-CN"/>
        </w:rPr>
        <w:t>6.</w:t>
      </w:r>
      <w:r w:rsidRPr="00482D0F">
        <w:rPr>
          <w:rFonts w:ascii="Times New Roman" w:eastAsia="宋体" w:hAnsi="Times New Roman" w:cs="Times New Roman"/>
          <w:lang w:eastAsia="zh-CN"/>
        </w:rPr>
        <w:t xml:space="preserve"> All functional frequency values are based on Strict annotation criteria (core genes plus at least one auxiliary gene; see Methods 2.2 and Supplementary EM1–EM2).</w:t>
      </w:r>
    </w:p>
    <w:p w14:paraId="3966A6EA" w14:textId="77777777" w:rsidR="00D947A2" w:rsidRPr="00174694" w:rsidRDefault="00D947A2" w:rsidP="008719E6">
      <w:pPr>
        <w:rPr>
          <w:rFonts w:ascii="Times New Roman" w:eastAsia="宋体" w:hAnsi="Times New Roman" w:cs="Times New Roman"/>
          <w:sz w:val="13"/>
          <w:szCs w:val="13"/>
          <w:lang w:eastAsia="zh-CN"/>
        </w:rPr>
      </w:pPr>
    </w:p>
    <w:tbl>
      <w:tblPr>
        <w:tblStyle w:val="aff1"/>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
        <w:gridCol w:w="826"/>
        <w:gridCol w:w="529"/>
        <w:gridCol w:w="815"/>
        <w:gridCol w:w="774"/>
        <w:gridCol w:w="763"/>
        <w:gridCol w:w="718"/>
        <w:gridCol w:w="742"/>
        <w:gridCol w:w="815"/>
        <w:gridCol w:w="916"/>
        <w:gridCol w:w="791"/>
        <w:gridCol w:w="916"/>
        <w:gridCol w:w="944"/>
        <w:gridCol w:w="672"/>
        <w:gridCol w:w="620"/>
        <w:gridCol w:w="850"/>
        <w:gridCol w:w="638"/>
      </w:tblGrid>
      <w:tr w:rsidR="008719E6" w:rsidRPr="00A057D9" w14:paraId="191111D2" w14:textId="77777777" w:rsidTr="008719E6">
        <w:trPr>
          <w:trHeight w:val="280"/>
        </w:trPr>
        <w:tc>
          <w:tcPr>
            <w:tcW w:w="919" w:type="dxa"/>
            <w:tcBorders>
              <w:top w:val="single" w:sz="4" w:space="0" w:color="auto"/>
              <w:bottom w:val="single" w:sz="4" w:space="0" w:color="auto"/>
            </w:tcBorders>
            <w:noWrap/>
            <w:hideMark/>
          </w:tcPr>
          <w:p w14:paraId="128818A7" w14:textId="77777777" w:rsidR="006E0B49" w:rsidRPr="00204189" w:rsidRDefault="006E0B49" w:rsidP="00342345">
            <w:pPr>
              <w:jc w:val="center"/>
              <w:rPr>
                <w:rFonts w:ascii="Times New Roman" w:eastAsia="宋体" w:hAnsi="Times New Roman" w:cs="Times New Roman"/>
                <w:sz w:val="13"/>
                <w:szCs w:val="13"/>
                <w:lang w:eastAsia="zh-CN"/>
              </w:rPr>
            </w:pPr>
            <w:r w:rsidRPr="00204189">
              <w:rPr>
                <w:rFonts w:ascii="Times New Roman" w:eastAsia="宋体" w:hAnsi="Times New Roman" w:cs="Times New Roman" w:hint="eastAsia"/>
                <w:sz w:val="13"/>
                <w:szCs w:val="13"/>
                <w:lang w:eastAsia="zh-CN"/>
              </w:rPr>
              <w:lastRenderedPageBreak/>
              <w:t>Genus</w:t>
            </w:r>
          </w:p>
        </w:tc>
        <w:tc>
          <w:tcPr>
            <w:tcW w:w="852" w:type="dxa"/>
            <w:tcBorders>
              <w:top w:val="single" w:sz="4" w:space="0" w:color="auto"/>
              <w:bottom w:val="single" w:sz="4" w:space="0" w:color="auto"/>
            </w:tcBorders>
            <w:noWrap/>
            <w:hideMark/>
          </w:tcPr>
          <w:p w14:paraId="0A2668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Class</w:t>
            </w:r>
          </w:p>
        </w:tc>
        <w:tc>
          <w:tcPr>
            <w:tcW w:w="513" w:type="dxa"/>
            <w:tcBorders>
              <w:top w:val="single" w:sz="4" w:space="0" w:color="auto"/>
              <w:bottom w:val="single" w:sz="4" w:space="0" w:color="auto"/>
            </w:tcBorders>
            <w:noWrap/>
            <w:hideMark/>
          </w:tcPr>
          <w:p w14:paraId="7E82F7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N_Genomes</w:t>
            </w:r>
          </w:p>
        </w:tc>
        <w:tc>
          <w:tcPr>
            <w:tcW w:w="768" w:type="dxa"/>
            <w:tcBorders>
              <w:top w:val="single" w:sz="4" w:space="0" w:color="auto"/>
              <w:bottom w:val="single" w:sz="4" w:space="0" w:color="auto"/>
            </w:tcBorders>
            <w:noWrap/>
            <w:hideMark/>
          </w:tcPr>
          <w:p w14:paraId="016921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ANRA_Frequency_(%)</w:t>
            </w:r>
          </w:p>
        </w:tc>
        <w:tc>
          <w:tcPr>
            <w:tcW w:w="739" w:type="dxa"/>
            <w:tcBorders>
              <w:top w:val="single" w:sz="4" w:space="0" w:color="auto"/>
              <w:bottom w:val="single" w:sz="4" w:space="0" w:color="auto"/>
            </w:tcBorders>
            <w:noWrap/>
            <w:hideMark/>
          </w:tcPr>
          <w:p w14:paraId="3924F4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DNN_Frequency_(%)</w:t>
            </w:r>
          </w:p>
        </w:tc>
        <w:tc>
          <w:tcPr>
            <w:tcW w:w="721" w:type="dxa"/>
            <w:tcBorders>
              <w:top w:val="single" w:sz="4" w:space="0" w:color="auto"/>
              <w:bottom w:val="single" w:sz="4" w:space="0" w:color="auto"/>
            </w:tcBorders>
            <w:noWrap/>
            <w:hideMark/>
          </w:tcPr>
          <w:p w14:paraId="59B7DB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DNF_Frequency_(%)</w:t>
            </w:r>
          </w:p>
        </w:tc>
        <w:tc>
          <w:tcPr>
            <w:tcW w:w="674" w:type="dxa"/>
            <w:tcBorders>
              <w:top w:val="single" w:sz="4" w:space="0" w:color="auto"/>
              <w:bottom w:val="single" w:sz="4" w:space="0" w:color="auto"/>
            </w:tcBorders>
            <w:noWrap/>
            <w:hideMark/>
          </w:tcPr>
          <w:p w14:paraId="7D6521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NF_Frequency_(%)</w:t>
            </w:r>
          </w:p>
        </w:tc>
        <w:tc>
          <w:tcPr>
            <w:tcW w:w="694" w:type="dxa"/>
            <w:tcBorders>
              <w:top w:val="single" w:sz="4" w:space="0" w:color="auto"/>
              <w:bottom w:val="single" w:sz="4" w:space="0" w:color="auto"/>
            </w:tcBorders>
            <w:noWrap/>
            <w:hideMark/>
          </w:tcPr>
          <w:p w14:paraId="2BCE36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NIT_Frequency_(%)</w:t>
            </w:r>
          </w:p>
        </w:tc>
        <w:tc>
          <w:tcPr>
            <w:tcW w:w="772" w:type="dxa"/>
            <w:tcBorders>
              <w:top w:val="single" w:sz="4" w:space="0" w:color="auto"/>
              <w:bottom w:val="single" w:sz="4" w:space="0" w:color="auto"/>
            </w:tcBorders>
            <w:noWrap/>
            <w:hideMark/>
          </w:tcPr>
          <w:p w14:paraId="21001B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DNRA_Frequency_(%)</w:t>
            </w:r>
          </w:p>
        </w:tc>
        <w:tc>
          <w:tcPr>
            <w:tcW w:w="909" w:type="dxa"/>
            <w:tcBorders>
              <w:top w:val="single" w:sz="4" w:space="0" w:color="auto"/>
              <w:bottom w:val="single" w:sz="4" w:space="0" w:color="auto"/>
            </w:tcBorders>
            <w:noWrap/>
            <w:hideMark/>
          </w:tcPr>
          <w:p w14:paraId="1C33C8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N_Retention_Potential_(%)</w:t>
            </w:r>
          </w:p>
        </w:tc>
        <w:tc>
          <w:tcPr>
            <w:tcW w:w="751" w:type="dxa"/>
            <w:tcBorders>
              <w:top w:val="single" w:sz="4" w:space="0" w:color="auto"/>
              <w:bottom w:val="single" w:sz="4" w:space="0" w:color="auto"/>
            </w:tcBorders>
            <w:noWrap/>
            <w:hideMark/>
          </w:tcPr>
          <w:p w14:paraId="09A620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N_Loss_Potential_(%)</w:t>
            </w:r>
          </w:p>
        </w:tc>
        <w:tc>
          <w:tcPr>
            <w:tcW w:w="1008" w:type="dxa"/>
            <w:tcBorders>
              <w:top w:val="single" w:sz="4" w:space="0" w:color="auto"/>
              <w:bottom w:val="single" w:sz="4" w:space="0" w:color="auto"/>
            </w:tcBorders>
            <w:noWrap/>
            <w:hideMark/>
          </w:tcPr>
          <w:p w14:paraId="4543AE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Genus_Ecological_Strategy</w:t>
            </w:r>
          </w:p>
        </w:tc>
        <w:tc>
          <w:tcPr>
            <w:tcW w:w="853" w:type="dxa"/>
            <w:tcBorders>
              <w:top w:val="single" w:sz="4" w:space="0" w:color="auto"/>
              <w:bottom w:val="single" w:sz="4" w:space="0" w:color="auto"/>
            </w:tcBorders>
            <w:noWrap/>
            <w:hideMark/>
          </w:tcPr>
          <w:p w14:paraId="507B36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Class_Functional_Archetype</w:t>
            </w:r>
          </w:p>
        </w:tc>
        <w:tc>
          <w:tcPr>
            <w:tcW w:w="881" w:type="dxa"/>
            <w:tcBorders>
              <w:top w:val="single" w:sz="4" w:space="0" w:color="auto"/>
              <w:bottom w:val="single" w:sz="4" w:space="0" w:color="auto"/>
            </w:tcBorders>
            <w:noWrap/>
            <w:hideMark/>
          </w:tcPr>
          <w:p w14:paraId="21F112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Dominant_Source</w:t>
            </w:r>
          </w:p>
        </w:tc>
        <w:tc>
          <w:tcPr>
            <w:tcW w:w="657" w:type="dxa"/>
            <w:tcBorders>
              <w:top w:val="single" w:sz="4" w:space="0" w:color="auto"/>
              <w:bottom w:val="single" w:sz="4" w:space="0" w:color="auto"/>
            </w:tcBorders>
            <w:noWrap/>
            <w:hideMark/>
          </w:tcPr>
          <w:p w14:paraId="38528C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Source_Breadth</w:t>
            </w:r>
          </w:p>
        </w:tc>
        <w:tc>
          <w:tcPr>
            <w:tcW w:w="854" w:type="dxa"/>
            <w:tcBorders>
              <w:top w:val="single" w:sz="4" w:space="0" w:color="auto"/>
              <w:bottom w:val="single" w:sz="4" w:space="0" w:color="auto"/>
            </w:tcBorders>
            <w:noWrap/>
            <w:hideMark/>
          </w:tcPr>
          <w:p w14:paraId="51E9DF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Cross_Scale_Conformity</w:t>
            </w:r>
          </w:p>
        </w:tc>
        <w:tc>
          <w:tcPr>
            <w:tcW w:w="611" w:type="dxa"/>
            <w:tcBorders>
              <w:top w:val="single" w:sz="4" w:space="0" w:color="auto"/>
              <w:bottom w:val="single" w:sz="4" w:space="0" w:color="auto"/>
            </w:tcBorders>
            <w:noWrap/>
            <w:hideMark/>
          </w:tcPr>
          <w:p w14:paraId="142636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Deviation_Level</w:t>
            </w:r>
          </w:p>
        </w:tc>
      </w:tr>
      <w:tr w:rsidR="008719E6" w:rsidRPr="00A057D9" w14:paraId="30E1A8C4" w14:textId="77777777" w:rsidTr="008719E6">
        <w:trPr>
          <w:trHeight w:val="280"/>
        </w:trPr>
        <w:tc>
          <w:tcPr>
            <w:tcW w:w="919" w:type="dxa"/>
            <w:tcBorders>
              <w:top w:val="single" w:sz="4" w:space="0" w:color="auto"/>
            </w:tcBorders>
            <w:noWrap/>
            <w:hideMark/>
          </w:tcPr>
          <w:p w14:paraId="3EE5535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Bog-756</w:t>
            </w:r>
          </w:p>
        </w:tc>
        <w:tc>
          <w:tcPr>
            <w:tcW w:w="852" w:type="dxa"/>
            <w:tcBorders>
              <w:top w:val="single" w:sz="4" w:space="0" w:color="auto"/>
            </w:tcBorders>
            <w:noWrap/>
            <w:hideMark/>
          </w:tcPr>
          <w:p w14:paraId="7EBC32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Acidimicrobiia</w:t>
            </w:r>
          </w:p>
        </w:tc>
        <w:tc>
          <w:tcPr>
            <w:tcW w:w="513" w:type="dxa"/>
            <w:tcBorders>
              <w:top w:val="single" w:sz="4" w:space="0" w:color="auto"/>
            </w:tcBorders>
            <w:noWrap/>
            <w:hideMark/>
          </w:tcPr>
          <w:p w14:paraId="14DE2A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tcBorders>
              <w:top w:val="single" w:sz="4" w:space="0" w:color="auto"/>
            </w:tcBorders>
            <w:noWrap/>
            <w:hideMark/>
          </w:tcPr>
          <w:p w14:paraId="2A1688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tcBorders>
              <w:top w:val="single" w:sz="4" w:space="0" w:color="auto"/>
            </w:tcBorders>
            <w:noWrap/>
            <w:hideMark/>
          </w:tcPr>
          <w:p w14:paraId="3D8EF0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721" w:type="dxa"/>
            <w:tcBorders>
              <w:top w:val="single" w:sz="4" w:space="0" w:color="auto"/>
            </w:tcBorders>
            <w:noWrap/>
            <w:hideMark/>
          </w:tcPr>
          <w:p w14:paraId="2F9AAB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tcBorders>
              <w:top w:val="single" w:sz="4" w:space="0" w:color="auto"/>
            </w:tcBorders>
            <w:noWrap/>
            <w:hideMark/>
          </w:tcPr>
          <w:p w14:paraId="5BA238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tcBorders>
              <w:top w:val="single" w:sz="4" w:space="0" w:color="auto"/>
            </w:tcBorders>
            <w:noWrap/>
            <w:hideMark/>
          </w:tcPr>
          <w:p w14:paraId="795D26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tcBorders>
              <w:top w:val="single" w:sz="4" w:space="0" w:color="auto"/>
            </w:tcBorders>
            <w:noWrap/>
            <w:hideMark/>
          </w:tcPr>
          <w:p w14:paraId="059699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tcBorders>
              <w:top w:val="single" w:sz="4" w:space="0" w:color="auto"/>
            </w:tcBorders>
            <w:noWrap/>
            <w:hideMark/>
          </w:tcPr>
          <w:p w14:paraId="7D7E4A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tcBorders>
              <w:top w:val="single" w:sz="4" w:space="0" w:color="auto"/>
            </w:tcBorders>
            <w:noWrap/>
            <w:hideMark/>
          </w:tcPr>
          <w:p w14:paraId="70F563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tcBorders>
              <w:top w:val="single" w:sz="4" w:space="0" w:color="auto"/>
            </w:tcBorders>
            <w:noWrap/>
            <w:hideMark/>
          </w:tcPr>
          <w:p w14:paraId="10FEFA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tcBorders>
              <w:top w:val="single" w:sz="4" w:space="0" w:color="auto"/>
            </w:tcBorders>
            <w:noWrap/>
            <w:hideMark/>
          </w:tcPr>
          <w:p w14:paraId="20E7B7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tcBorders>
              <w:top w:val="single" w:sz="4" w:space="0" w:color="auto"/>
            </w:tcBorders>
            <w:noWrap/>
            <w:hideMark/>
          </w:tcPr>
          <w:p w14:paraId="7472CD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tcBorders>
              <w:top w:val="single" w:sz="4" w:space="0" w:color="auto"/>
            </w:tcBorders>
            <w:noWrap/>
            <w:hideMark/>
          </w:tcPr>
          <w:p w14:paraId="7337B4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tcBorders>
              <w:top w:val="single" w:sz="4" w:space="0" w:color="auto"/>
            </w:tcBorders>
            <w:noWrap/>
            <w:hideMark/>
          </w:tcPr>
          <w:p w14:paraId="3B029D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tcBorders>
              <w:top w:val="single" w:sz="4" w:space="0" w:color="auto"/>
            </w:tcBorders>
            <w:noWrap/>
            <w:hideMark/>
          </w:tcPr>
          <w:p w14:paraId="6E5794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598EA19" w14:textId="77777777" w:rsidTr="006750F2">
        <w:trPr>
          <w:trHeight w:val="280"/>
        </w:trPr>
        <w:tc>
          <w:tcPr>
            <w:tcW w:w="919" w:type="dxa"/>
            <w:noWrap/>
            <w:hideMark/>
          </w:tcPr>
          <w:p w14:paraId="5C1429A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Casp-actino8</w:t>
            </w:r>
          </w:p>
        </w:tc>
        <w:tc>
          <w:tcPr>
            <w:tcW w:w="852" w:type="dxa"/>
            <w:noWrap/>
            <w:hideMark/>
          </w:tcPr>
          <w:p w14:paraId="0C8F3D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Acidimicrobiia</w:t>
            </w:r>
          </w:p>
        </w:tc>
        <w:tc>
          <w:tcPr>
            <w:tcW w:w="513" w:type="dxa"/>
            <w:noWrap/>
            <w:hideMark/>
          </w:tcPr>
          <w:p w14:paraId="6E24AF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107259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DE25A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FB8B5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C1322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51128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E43E3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D786A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FA5CF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70EA9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89C5A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13A6A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908E1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4C27C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4413B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5ACC094" w14:textId="77777777" w:rsidTr="006750F2">
        <w:trPr>
          <w:trHeight w:val="280"/>
        </w:trPr>
        <w:tc>
          <w:tcPr>
            <w:tcW w:w="919" w:type="dxa"/>
            <w:noWrap/>
            <w:hideMark/>
          </w:tcPr>
          <w:p w14:paraId="1659A8C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F1-20-MAGs160</w:t>
            </w:r>
          </w:p>
        </w:tc>
        <w:tc>
          <w:tcPr>
            <w:tcW w:w="852" w:type="dxa"/>
            <w:noWrap/>
            <w:hideMark/>
          </w:tcPr>
          <w:p w14:paraId="08ACE9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Acidimicrobiia</w:t>
            </w:r>
          </w:p>
        </w:tc>
        <w:tc>
          <w:tcPr>
            <w:tcW w:w="513" w:type="dxa"/>
            <w:noWrap/>
            <w:hideMark/>
          </w:tcPr>
          <w:p w14:paraId="6C85F1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699F97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A8C60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666EB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5542F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9B8FD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8EB3A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33C20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4C1EB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E84AC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2CA51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6B703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620CE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3A31E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3D10B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7B5978F" w14:textId="77777777" w:rsidTr="006750F2">
        <w:trPr>
          <w:trHeight w:val="280"/>
        </w:trPr>
        <w:tc>
          <w:tcPr>
            <w:tcW w:w="919" w:type="dxa"/>
            <w:noWrap/>
            <w:hideMark/>
          </w:tcPr>
          <w:p w14:paraId="1F64BB8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Ilumatobacter</w:t>
            </w:r>
          </w:p>
        </w:tc>
        <w:tc>
          <w:tcPr>
            <w:tcW w:w="852" w:type="dxa"/>
            <w:noWrap/>
            <w:hideMark/>
          </w:tcPr>
          <w:p w14:paraId="767B8B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Acidimicrobiia</w:t>
            </w:r>
          </w:p>
        </w:tc>
        <w:tc>
          <w:tcPr>
            <w:tcW w:w="513" w:type="dxa"/>
            <w:noWrap/>
            <w:hideMark/>
          </w:tcPr>
          <w:p w14:paraId="7CAF1C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64D8C8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39" w:type="dxa"/>
            <w:noWrap/>
            <w:hideMark/>
          </w:tcPr>
          <w:p w14:paraId="6BA32E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21" w:type="dxa"/>
            <w:noWrap/>
            <w:hideMark/>
          </w:tcPr>
          <w:p w14:paraId="6E4B5F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C9907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5C3B1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F7E1A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3CA88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51" w:type="dxa"/>
            <w:noWrap/>
            <w:hideMark/>
          </w:tcPr>
          <w:p w14:paraId="1BD6CF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ADCD7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54171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AB978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84A41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3B7FA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40FA8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033AC17" w14:textId="77777777" w:rsidTr="006750F2">
        <w:trPr>
          <w:trHeight w:val="280"/>
        </w:trPr>
        <w:tc>
          <w:tcPr>
            <w:tcW w:w="919" w:type="dxa"/>
            <w:noWrap/>
            <w:hideMark/>
          </w:tcPr>
          <w:p w14:paraId="2C83FE6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Poriferisocius</w:t>
            </w:r>
          </w:p>
        </w:tc>
        <w:tc>
          <w:tcPr>
            <w:tcW w:w="852" w:type="dxa"/>
            <w:noWrap/>
            <w:hideMark/>
          </w:tcPr>
          <w:p w14:paraId="5EC26F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Acidimicrobiia</w:t>
            </w:r>
          </w:p>
        </w:tc>
        <w:tc>
          <w:tcPr>
            <w:tcW w:w="513" w:type="dxa"/>
            <w:noWrap/>
            <w:hideMark/>
          </w:tcPr>
          <w:p w14:paraId="644BF8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518D77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B1B1E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A657D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28BC2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6C115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C3312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E5054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ACE58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92062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A62CD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B74BA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82EE1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989F6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CB7BF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E625E2A" w14:textId="77777777" w:rsidTr="006750F2">
        <w:trPr>
          <w:trHeight w:val="280"/>
        </w:trPr>
        <w:tc>
          <w:tcPr>
            <w:tcW w:w="919" w:type="dxa"/>
            <w:noWrap/>
            <w:hideMark/>
          </w:tcPr>
          <w:p w14:paraId="095DDF8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Poriferisodalis</w:t>
            </w:r>
          </w:p>
        </w:tc>
        <w:tc>
          <w:tcPr>
            <w:tcW w:w="852" w:type="dxa"/>
            <w:noWrap/>
            <w:hideMark/>
          </w:tcPr>
          <w:p w14:paraId="7153EF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Acidimicrobiia</w:t>
            </w:r>
          </w:p>
        </w:tc>
        <w:tc>
          <w:tcPr>
            <w:tcW w:w="513" w:type="dxa"/>
            <w:noWrap/>
            <w:hideMark/>
          </w:tcPr>
          <w:p w14:paraId="3C2209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00E177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4B4E1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A38CD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038D6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F9715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22E2F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0F167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82AA8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78F5C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1DE13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F9413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EB16C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7A72C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3563C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C5BC742" w14:textId="77777777" w:rsidTr="006750F2">
        <w:trPr>
          <w:trHeight w:val="280"/>
        </w:trPr>
        <w:tc>
          <w:tcPr>
            <w:tcW w:w="919" w:type="dxa"/>
            <w:noWrap/>
            <w:hideMark/>
          </w:tcPr>
          <w:p w14:paraId="0EC3364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RAAP-2</w:t>
            </w:r>
          </w:p>
        </w:tc>
        <w:tc>
          <w:tcPr>
            <w:tcW w:w="852" w:type="dxa"/>
            <w:noWrap/>
            <w:hideMark/>
          </w:tcPr>
          <w:p w14:paraId="7205B3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Acidimicrobiia</w:t>
            </w:r>
          </w:p>
        </w:tc>
        <w:tc>
          <w:tcPr>
            <w:tcW w:w="513" w:type="dxa"/>
            <w:noWrap/>
            <w:hideMark/>
          </w:tcPr>
          <w:p w14:paraId="5FCBFA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82</w:t>
            </w:r>
          </w:p>
        </w:tc>
        <w:tc>
          <w:tcPr>
            <w:tcW w:w="768" w:type="dxa"/>
            <w:noWrap/>
            <w:hideMark/>
          </w:tcPr>
          <w:p w14:paraId="2F6522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5F4AC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w:t>
            </w:r>
          </w:p>
        </w:tc>
        <w:tc>
          <w:tcPr>
            <w:tcW w:w="721" w:type="dxa"/>
            <w:noWrap/>
            <w:hideMark/>
          </w:tcPr>
          <w:p w14:paraId="268699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4AA52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53D1C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46FCE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0488B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A2AD8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8BBF0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3D03A9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0891D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3740D7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DA321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63A79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4BA73C4" w14:textId="77777777" w:rsidTr="006750F2">
        <w:trPr>
          <w:trHeight w:val="280"/>
        </w:trPr>
        <w:tc>
          <w:tcPr>
            <w:tcW w:w="919" w:type="dxa"/>
            <w:noWrap/>
            <w:hideMark/>
          </w:tcPr>
          <w:p w14:paraId="37F7F2C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UBA11606</w:t>
            </w:r>
          </w:p>
        </w:tc>
        <w:tc>
          <w:tcPr>
            <w:tcW w:w="852" w:type="dxa"/>
            <w:noWrap/>
            <w:hideMark/>
          </w:tcPr>
          <w:p w14:paraId="3E29F1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Acidimicrobiia</w:t>
            </w:r>
          </w:p>
        </w:tc>
        <w:tc>
          <w:tcPr>
            <w:tcW w:w="513" w:type="dxa"/>
            <w:noWrap/>
            <w:hideMark/>
          </w:tcPr>
          <w:p w14:paraId="6A272A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7B8794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B4841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21" w:type="dxa"/>
            <w:noWrap/>
            <w:hideMark/>
          </w:tcPr>
          <w:p w14:paraId="3E12C4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0F8E7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7C738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0BE0F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6689E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689C0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DACB9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265A88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A4460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C376F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5AC7A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4F0CB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172E8CD" w14:textId="77777777" w:rsidTr="006750F2">
        <w:trPr>
          <w:trHeight w:val="280"/>
        </w:trPr>
        <w:tc>
          <w:tcPr>
            <w:tcW w:w="919" w:type="dxa"/>
            <w:noWrap/>
            <w:hideMark/>
          </w:tcPr>
          <w:p w14:paraId="3FF7F06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UBA2093</w:t>
            </w:r>
          </w:p>
        </w:tc>
        <w:tc>
          <w:tcPr>
            <w:tcW w:w="852" w:type="dxa"/>
            <w:noWrap/>
            <w:hideMark/>
          </w:tcPr>
          <w:p w14:paraId="25CDB2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Acidimicrobiia</w:t>
            </w:r>
          </w:p>
        </w:tc>
        <w:tc>
          <w:tcPr>
            <w:tcW w:w="513" w:type="dxa"/>
            <w:noWrap/>
            <w:hideMark/>
          </w:tcPr>
          <w:p w14:paraId="5F4D41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31D159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760F0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CF973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8DA19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1FF66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E0777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F83F2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40216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F1552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00FDD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BA311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9DEA0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CC564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BA7DA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37DDC5F" w14:textId="77777777" w:rsidTr="006750F2">
        <w:trPr>
          <w:trHeight w:val="280"/>
        </w:trPr>
        <w:tc>
          <w:tcPr>
            <w:tcW w:w="919" w:type="dxa"/>
            <w:noWrap/>
            <w:hideMark/>
          </w:tcPr>
          <w:p w14:paraId="4059E79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UBA668</w:t>
            </w:r>
          </w:p>
        </w:tc>
        <w:tc>
          <w:tcPr>
            <w:tcW w:w="852" w:type="dxa"/>
            <w:noWrap/>
            <w:hideMark/>
          </w:tcPr>
          <w:p w14:paraId="5415C9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Acidimicrobiia</w:t>
            </w:r>
          </w:p>
        </w:tc>
        <w:tc>
          <w:tcPr>
            <w:tcW w:w="513" w:type="dxa"/>
            <w:noWrap/>
            <w:hideMark/>
          </w:tcPr>
          <w:p w14:paraId="62ED3C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423073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7BAA2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721" w:type="dxa"/>
            <w:noWrap/>
            <w:hideMark/>
          </w:tcPr>
          <w:p w14:paraId="2DF213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AE335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98455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4CB72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C05CD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5B84F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AD7CA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036FE8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72D1B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88569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119FA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CBCD6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8929642" w14:textId="77777777" w:rsidTr="006750F2">
        <w:trPr>
          <w:trHeight w:val="280"/>
        </w:trPr>
        <w:tc>
          <w:tcPr>
            <w:tcW w:w="919" w:type="dxa"/>
            <w:noWrap/>
            <w:hideMark/>
          </w:tcPr>
          <w:p w14:paraId="2E7BE35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UBA9410</w:t>
            </w:r>
          </w:p>
        </w:tc>
        <w:tc>
          <w:tcPr>
            <w:tcW w:w="852" w:type="dxa"/>
            <w:noWrap/>
            <w:hideMark/>
          </w:tcPr>
          <w:p w14:paraId="61CCFD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Acidimicrobiia</w:t>
            </w:r>
          </w:p>
        </w:tc>
        <w:tc>
          <w:tcPr>
            <w:tcW w:w="513" w:type="dxa"/>
            <w:noWrap/>
            <w:hideMark/>
          </w:tcPr>
          <w:p w14:paraId="103598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7333E3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8A825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5B007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D0E82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0C2E8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05EDE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29B15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28802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6C5F7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3A7DD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9F994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6C8B6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D0AE2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5924C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29D52CF" w14:textId="77777777" w:rsidTr="006750F2">
        <w:trPr>
          <w:trHeight w:val="280"/>
        </w:trPr>
        <w:tc>
          <w:tcPr>
            <w:tcW w:w="919" w:type="dxa"/>
            <w:noWrap/>
            <w:hideMark/>
          </w:tcPr>
          <w:p w14:paraId="7A9B067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Actinacidiphila</w:t>
            </w:r>
          </w:p>
        </w:tc>
        <w:tc>
          <w:tcPr>
            <w:tcW w:w="852" w:type="dxa"/>
            <w:noWrap/>
            <w:hideMark/>
          </w:tcPr>
          <w:p w14:paraId="2853EE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36F84E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68" w:type="dxa"/>
            <w:noWrap/>
            <w:hideMark/>
          </w:tcPr>
          <w:p w14:paraId="6EFA5E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38.5</w:t>
            </w:r>
          </w:p>
        </w:tc>
        <w:tc>
          <w:tcPr>
            <w:tcW w:w="739" w:type="dxa"/>
            <w:noWrap/>
            <w:hideMark/>
          </w:tcPr>
          <w:p w14:paraId="15F710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38.5</w:t>
            </w:r>
          </w:p>
        </w:tc>
        <w:tc>
          <w:tcPr>
            <w:tcW w:w="721" w:type="dxa"/>
            <w:noWrap/>
            <w:hideMark/>
          </w:tcPr>
          <w:p w14:paraId="423C5C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0B8D0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D1B93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5E36B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09920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38.5</w:t>
            </w:r>
          </w:p>
        </w:tc>
        <w:tc>
          <w:tcPr>
            <w:tcW w:w="751" w:type="dxa"/>
            <w:noWrap/>
            <w:hideMark/>
          </w:tcPr>
          <w:p w14:paraId="5D8478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E0CEE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12861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53EBE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3282A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6F857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04B44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EABB718" w14:textId="77777777" w:rsidTr="006750F2">
        <w:trPr>
          <w:trHeight w:val="280"/>
        </w:trPr>
        <w:tc>
          <w:tcPr>
            <w:tcW w:w="919" w:type="dxa"/>
            <w:noWrap/>
            <w:hideMark/>
          </w:tcPr>
          <w:p w14:paraId="187EB37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Actinokineospora</w:t>
            </w:r>
          </w:p>
        </w:tc>
        <w:tc>
          <w:tcPr>
            <w:tcW w:w="852" w:type="dxa"/>
            <w:noWrap/>
            <w:hideMark/>
          </w:tcPr>
          <w:p w14:paraId="4FB744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44CAE6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36F0B8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739" w:type="dxa"/>
            <w:noWrap/>
            <w:hideMark/>
          </w:tcPr>
          <w:p w14:paraId="4BECE6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27.8</w:t>
            </w:r>
          </w:p>
        </w:tc>
        <w:tc>
          <w:tcPr>
            <w:tcW w:w="721" w:type="dxa"/>
            <w:noWrap/>
            <w:hideMark/>
          </w:tcPr>
          <w:p w14:paraId="5A55CD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8CC85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92A85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F5DA3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654A0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751" w:type="dxa"/>
            <w:noWrap/>
            <w:hideMark/>
          </w:tcPr>
          <w:p w14:paraId="37940A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56FD8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EDC36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1319D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377B6E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540D2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2E9CE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A5C10F6" w14:textId="77777777" w:rsidTr="006750F2">
        <w:trPr>
          <w:trHeight w:val="280"/>
        </w:trPr>
        <w:tc>
          <w:tcPr>
            <w:tcW w:w="919" w:type="dxa"/>
            <w:noWrap/>
            <w:hideMark/>
          </w:tcPr>
          <w:p w14:paraId="6C9BD62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Actinomyces</w:t>
            </w:r>
          </w:p>
        </w:tc>
        <w:tc>
          <w:tcPr>
            <w:tcW w:w="852" w:type="dxa"/>
            <w:noWrap/>
            <w:hideMark/>
          </w:tcPr>
          <w:p w14:paraId="317480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5D8497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w:t>
            </w:r>
          </w:p>
        </w:tc>
        <w:tc>
          <w:tcPr>
            <w:tcW w:w="768" w:type="dxa"/>
            <w:noWrap/>
            <w:hideMark/>
          </w:tcPr>
          <w:p w14:paraId="42B197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21C22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87.1</w:t>
            </w:r>
          </w:p>
        </w:tc>
        <w:tc>
          <w:tcPr>
            <w:tcW w:w="721" w:type="dxa"/>
            <w:noWrap/>
            <w:hideMark/>
          </w:tcPr>
          <w:p w14:paraId="7C54FB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72.6</w:t>
            </w:r>
          </w:p>
        </w:tc>
        <w:tc>
          <w:tcPr>
            <w:tcW w:w="674" w:type="dxa"/>
            <w:noWrap/>
            <w:hideMark/>
          </w:tcPr>
          <w:p w14:paraId="6353E9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53B91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93722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40.3</w:t>
            </w:r>
          </w:p>
        </w:tc>
        <w:tc>
          <w:tcPr>
            <w:tcW w:w="909" w:type="dxa"/>
            <w:noWrap/>
            <w:hideMark/>
          </w:tcPr>
          <w:p w14:paraId="5337CA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40.3</w:t>
            </w:r>
          </w:p>
        </w:tc>
        <w:tc>
          <w:tcPr>
            <w:tcW w:w="751" w:type="dxa"/>
            <w:noWrap/>
            <w:hideMark/>
          </w:tcPr>
          <w:p w14:paraId="1E7019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72.6</w:t>
            </w:r>
          </w:p>
        </w:tc>
        <w:tc>
          <w:tcPr>
            <w:tcW w:w="1008" w:type="dxa"/>
            <w:noWrap/>
            <w:hideMark/>
          </w:tcPr>
          <w:p w14:paraId="4D8D0B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6F457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6C458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58D3B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6392C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A5CEF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5E02D05" w14:textId="77777777" w:rsidTr="006750F2">
        <w:trPr>
          <w:trHeight w:val="280"/>
        </w:trPr>
        <w:tc>
          <w:tcPr>
            <w:tcW w:w="919" w:type="dxa"/>
            <w:noWrap/>
            <w:hideMark/>
          </w:tcPr>
          <w:p w14:paraId="0903679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Actinomycetospora</w:t>
            </w:r>
          </w:p>
        </w:tc>
        <w:tc>
          <w:tcPr>
            <w:tcW w:w="852" w:type="dxa"/>
            <w:noWrap/>
            <w:hideMark/>
          </w:tcPr>
          <w:p w14:paraId="62A9C4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25E448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41C312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31.2</w:t>
            </w:r>
          </w:p>
        </w:tc>
        <w:tc>
          <w:tcPr>
            <w:tcW w:w="739" w:type="dxa"/>
            <w:noWrap/>
            <w:hideMark/>
          </w:tcPr>
          <w:p w14:paraId="7398FE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21" w:type="dxa"/>
            <w:noWrap/>
            <w:hideMark/>
          </w:tcPr>
          <w:p w14:paraId="4F5EC2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15A8B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99C92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6A1B6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4D2CC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31.2</w:t>
            </w:r>
          </w:p>
        </w:tc>
        <w:tc>
          <w:tcPr>
            <w:tcW w:w="751" w:type="dxa"/>
            <w:noWrap/>
            <w:hideMark/>
          </w:tcPr>
          <w:p w14:paraId="75F992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2667F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13286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A6983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CF4CA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61C49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62DCB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D74E30D" w14:textId="77777777" w:rsidTr="006750F2">
        <w:trPr>
          <w:trHeight w:val="280"/>
        </w:trPr>
        <w:tc>
          <w:tcPr>
            <w:tcW w:w="919" w:type="dxa"/>
            <w:noWrap/>
            <w:hideMark/>
          </w:tcPr>
          <w:p w14:paraId="742BD80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Actinoplanes</w:t>
            </w:r>
          </w:p>
        </w:tc>
        <w:tc>
          <w:tcPr>
            <w:tcW w:w="852" w:type="dxa"/>
            <w:noWrap/>
            <w:hideMark/>
          </w:tcPr>
          <w:p w14:paraId="510C76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662F43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68" w:type="dxa"/>
            <w:noWrap/>
            <w:hideMark/>
          </w:tcPr>
          <w:p w14:paraId="3E43E0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60.4</w:t>
            </w:r>
          </w:p>
        </w:tc>
        <w:tc>
          <w:tcPr>
            <w:tcW w:w="739" w:type="dxa"/>
            <w:noWrap/>
            <w:hideMark/>
          </w:tcPr>
          <w:p w14:paraId="4D12C3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64.8</w:t>
            </w:r>
          </w:p>
        </w:tc>
        <w:tc>
          <w:tcPr>
            <w:tcW w:w="721" w:type="dxa"/>
            <w:noWrap/>
            <w:hideMark/>
          </w:tcPr>
          <w:p w14:paraId="63EC82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24.2</w:t>
            </w:r>
          </w:p>
        </w:tc>
        <w:tc>
          <w:tcPr>
            <w:tcW w:w="674" w:type="dxa"/>
            <w:noWrap/>
            <w:hideMark/>
          </w:tcPr>
          <w:p w14:paraId="03689B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F1664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91636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422B0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60.4</w:t>
            </w:r>
          </w:p>
        </w:tc>
        <w:tc>
          <w:tcPr>
            <w:tcW w:w="751" w:type="dxa"/>
            <w:noWrap/>
            <w:hideMark/>
          </w:tcPr>
          <w:p w14:paraId="21E7C2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24.2</w:t>
            </w:r>
          </w:p>
        </w:tc>
        <w:tc>
          <w:tcPr>
            <w:tcW w:w="1008" w:type="dxa"/>
            <w:noWrap/>
            <w:hideMark/>
          </w:tcPr>
          <w:p w14:paraId="531826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088F5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12FDE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2465AE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BF1A1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FD871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232A3BF" w14:textId="77777777" w:rsidTr="006750F2">
        <w:trPr>
          <w:trHeight w:val="280"/>
        </w:trPr>
        <w:tc>
          <w:tcPr>
            <w:tcW w:w="919" w:type="dxa"/>
            <w:noWrap/>
            <w:hideMark/>
          </w:tcPr>
          <w:p w14:paraId="2837247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Actinopolyspora</w:t>
            </w:r>
          </w:p>
        </w:tc>
        <w:tc>
          <w:tcPr>
            <w:tcW w:w="852" w:type="dxa"/>
            <w:noWrap/>
            <w:hideMark/>
          </w:tcPr>
          <w:p w14:paraId="667ED2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2A6440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630409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91.7</w:t>
            </w:r>
          </w:p>
        </w:tc>
        <w:tc>
          <w:tcPr>
            <w:tcW w:w="739" w:type="dxa"/>
            <w:noWrap/>
            <w:hideMark/>
          </w:tcPr>
          <w:p w14:paraId="2CE445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C3CCB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34A21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DE8D5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8453B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31758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91.7</w:t>
            </w:r>
          </w:p>
        </w:tc>
        <w:tc>
          <w:tcPr>
            <w:tcW w:w="751" w:type="dxa"/>
            <w:noWrap/>
            <w:hideMark/>
          </w:tcPr>
          <w:p w14:paraId="51B267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433B4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EA04C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6B4AD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4C6F87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DC10C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20343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DDC0952" w14:textId="77777777" w:rsidTr="006750F2">
        <w:trPr>
          <w:trHeight w:val="280"/>
        </w:trPr>
        <w:tc>
          <w:tcPr>
            <w:tcW w:w="919" w:type="dxa"/>
            <w:noWrap/>
            <w:hideMark/>
          </w:tcPr>
          <w:p w14:paraId="1BC0CC0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Actinosynnema</w:t>
            </w:r>
          </w:p>
        </w:tc>
        <w:tc>
          <w:tcPr>
            <w:tcW w:w="852" w:type="dxa"/>
            <w:noWrap/>
            <w:hideMark/>
          </w:tcPr>
          <w:p w14:paraId="4E5FE2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4F90F1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768" w:type="dxa"/>
            <w:noWrap/>
            <w:hideMark/>
          </w:tcPr>
          <w:p w14:paraId="06910B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53.6</w:t>
            </w:r>
          </w:p>
        </w:tc>
        <w:tc>
          <w:tcPr>
            <w:tcW w:w="739" w:type="dxa"/>
            <w:noWrap/>
            <w:hideMark/>
          </w:tcPr>
          <w:p w14:paraId="057C42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71.4</w:t>
            </w:r>
          </w:p>
        </w:tc>
        <w:tc>
          <w:tcPr>
            <w:tcW w:w="721" w:type="dxa"/>
            <w:noWrap/>
            <w:hideMark/>
          </w:tcPr>
          <w:p w14:paraId="0B0A57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674" w:type="dxa"/>
            <w:noWrap/>
            <w:hideMark/>
          </w:tcPr>
          <w:p w14:paraId="26D45D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C01A2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5D4E9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417F0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53.6</w:t>
            </w:r>
          </w:p>
        </w:tc>
        <w:tc>
          <w:tcPr>
            <w:tcW w:w="751" w:type="dxa"/>
            <w:noWrap/>
            <w:hideMark/>
          </w:tcPr>
          <w:p w14:paraId="558436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1008" w:type="dxa"/>
            <w:noWrap/>
            <w:hideMark/>
          </w:tcPr>
          <w:p w14:paraId="4C3944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C09A8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97F02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08A14D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F2B6D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00F16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FF823A3" w14:textId="77777777" w:rsidTr="006750F2">
        <w:trPr>
          <w:trHeight w:val="280"/>
        </w:trPr>
        <w:tc>
          <w:tcPr>
            <w:tcW w:w="919" w:type="dxa"/>
            <w:noWrap/>
            <w:hideMark/>
          </w:tcPr>
          <w:p w14:paraId="0D5E71B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Actinotalea</w:t>
            </w:r>
          </w:p>
        </w:tc>
        <w:tc>
          <w:tcPr>
            <w:tcW w:w="852" w:type="dxa"/>
            <w:noWrap/>
            <w:hideMark/>
          </w:tcPr>
          <w:p w14:paraId="7B3C8A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5C9A9D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3287F7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739" w:type="dxa"/>
            <w:noWrap/>
            <w:hideMark/>
          </w:tcPr>
          <w:p w14:paraId="252C0C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79.2</w:t>
            </w:r>
          </w:p>
        </w:tc>
        <w:tc>
          <w:tcPr>
            <w:tcW w:w="721" w:type="dxa"/>
            <w:noWrap/>
            <w:hideMark/>
          </w:tcPr>
          <w:p w14:paraId="25E981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674" w:type="dxa"/>
            <w:noWrap/>
            <w:hideMark/>
          </w:tcPr>
          <w:p w14:paraId="0A1A83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w:t>
            </w:r>
          </w:p>
        </w:tc>
        <w:tc>
          <w:tcPr>
            <w:tcW w:w="694" w:type="dxa"/>
            <w:noWrap/>
            <w:hideMark/>
          </w:tcPr>
          <w:p w14:paraId="3622DC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2608D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D0F29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45.8</w:t>
            </w:r>
          </w:p>
        </w:tc>
        <w:tc>
          <w:tcPr>
            <w:tcW w:w="751" w:type="dxa"/>
            <w:noWrap/>
            <w:hideMark/>
          </w:tcPr>
          <w:p w14:paraId="49A973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1008" w:type="dxa"/>
            <w:noWrap/>
            <w:hideMark/>
          </w:tcPr>
          <w:p w14:paraId="04C230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8CD6C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BCD73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43DF1C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14767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B5391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A069A44" w14:textId="77777777" w:rsidTr="006750F2">
        <w:trPr>
          <w:trHeight w:val="280"/>
        </w:trPr>
        <w:tc>
          <w:tcPr>
            <w:tcW w:w="919" w:type="dxa"/>
            <w:noWrap/>
            <w:hideMark/>
          </w:tcPr>
          <w:p w14:paraId="0D7BE07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Aeromicrobium</w:t>
            </w:r>
          </w:p>
        </w:tc>
        <w:tc>
          <w:tcPr>
            <w:tcW w:w="852" w:type="dxa"/>
            <w:noWrap/>
            <w:hideMark/>
          </w:tcPr>
          <w:p w14:paraId="645EC3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228BF9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w:t>
            </w:r>
          </w:p>
        </w:tc>
        <w:tc>
          <w:tcPr>
            <w:tcW w:w="768" w:type="dxa"/>
            <w:noWrap/>
            <w:hideMark/>
          </w:tcPr>
          <w:p w14:paraId="6EDE61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34.8</w:t>
            </w:r>
          </w:p>
        </w:tc>
        <w:tc>
          <w:tcPr>
            <w:tcW w:w="739" w:type="dxa"/>
            <w:noWrap/>
            <w:hideMark/>
          </w:tcPr>
          <w:p w14:paraId="645A0B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721" w:type="dxa"/>
            <w:noWrap/>
            <w:hideMark/>
          </w:tcPr>
          <w:p w14:paraId="6D7333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674" w:type="dxa"/>
            <w:noWrap/>
            <w:hideMark/>
          </w:tcPr>
          <w:p w14:paraId="779BBA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C5286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4EE88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E06E5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34.8</w:t>
            </w:r>
          </w:p>
        </w:tc>
        <w:tc>
          <w:tcPr>
            <w:tcW w:w="751" w:type="dxa"/>
            <w:noWrap/>
            <w:hideMark/>
          </w:tcPr>
          <w:p w14:paraId="699A7D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1008" w:type="dxa"/>
            <w:noWrap/>
            <w:hideMark/>
          </w:tcPr>
          <w:p w14:paraId="66D13B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3F05D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7362D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46B2C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E982A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EB4D2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7D3BA89" w14:textId="77777777" w:rsidTr="006750F2">
        <w:trPr>
          <w:trHeight w:val="280"/>
        </w:trPr>
        <w:tc>
          <w:tcPr>
            <w:tcW w:w="919" w:type="dxa"/>
            <w:noWrap/>
            <w:hideMark/>
          </w:tcPr>
          <w:p w14:paraId="6A5926A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Agrococcus</w:t>
            </w:r>
          </w:p>
        </w:tc>
        <w:tc>
          <w:tcPr>
            <w:tcW w:w="852" w:type="dxa"/>
            <w:noWrap/>
            <w:hideMark/>
          </w:tcPr>
          <w:p w14:paraId="792CA9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4171CB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45963E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FDB86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21" w:type="dxa"/>
            <w:noWrap/>
            <w:hideMark/>
          </w:tcPr>
          <w:p w14:paraId="13CD8E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FDFBB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52A28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D6A07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7A0F5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4F802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98F51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3A401B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86335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20FBFD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E25DA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D343B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93790F0" w14:textId="77777777" w:rsidTr="006750F2">
        <w:trPr>
          <w:trHeight w:val="280"/>
        </w:trPr>
        <w:tc>
          <w:tcPr>
            <w:tcW w:w="919" w:type="dxa"/>
            <w:noWrap/>
            <w:hideMark/>
          </w:tcPr>
          <w:p w14:paraId="00A7F12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Agromyces</w:t>
            </w:r>
          </w:p>
        </w:tc>
        <w:tc>
          <w:tcPr>
            <w:tcW w:w="852" w:type="dxa"/>
            <w:noWrap/>
            <w:hideMark/>
          </w:tcPr>
          <w:p w14:paraId="45DA9D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6EDD57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w:t>
            </w:r>
          </w:p>
        </w:tc>
        <w:tc>
          <w:tcPr>
            <w:tcW w:w="768" w:type="dxa"/>
            <w:noWrap/>
            <w:hideMark/>
          </w:tcPr>
          <w:p w14:paraId="3C8492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48.5</w:t>
            </w:r>
          </w:p>
        </w:tc>
        <w:tc>
          <w:tcPr>
            <w:tcW w:w="739" w:type="dxa"/>
            <w:noWrap/>
            <w:hideMark/>
          </w:tcPr>
          <w:p w14:paraId="44F1FE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721" w:type="dxa"/>
            <w:noWrap/>
            <w:hideMark/>
          </w:tcPr>
          <w:p w14:paraId="12ADB5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D23BC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EFFBA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396F6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18A63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48.5</w:t>
            </w:r>
          </w:p>
        </w:tc>
        <w:tc>
          <w:tcPr>
            <w:tcW w:w="751" w:type="dxa"/>
            <w:noWrap/>
            <w:hideMark/>
          </w:tcPr>
          <w:p w14:paraId="052329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10978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36073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64E47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7426CC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F8FDD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D282C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B444BF1" w14:textId="77777777" w:rsidTr="006750F2">
        <w:trPr>
          <w:trHeight w:val="280"/>
        </w:trPr>
        <w:tc>
          <w:tcPr>
            <w:tcW w:w="919" w:type="dxa"/>
            <w:noWrap/>
            <w:hideMark/>
          </w:tcPr>
          <w:p w14:paraId="53C0054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Amycolatopsis</w:t>
            </w:r>
          </w:p>
        </w:tc>
        <w:tc>
          <w:tcPr>
            <w:tcW w:w="852" w:type="dxa"/>
            <w:noWrap/>
            <w:hideMark/>
          </w:tcPr>
          <w:p w14:paraId="08984B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55849A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115</w:t>
            </w:r>
          </w:p>
        </w:tc>
        <w:tc>
          <w:tcPr>
            <w:tcW w:w="768" w:type="dxa"/>
            <w:noWrap/>
            <w:hideMark/>
          </w:tcPr>
          <w:p w14:paraId="5B346D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65.2</w:t>
            </w:r>
          </w:p>
        </w:tc>
        <w:tc>
          <w:tcPr>
            <w:tcW w:w="739" w:type="dxa"/>
            <w:noWrap/>
            <w:hideMark/>
          </w:tcPr>
          <w:p w14:paraId="0561CF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32.2</w:t>
            </w:r>
          </w:p>
        </w:tc>
        <w:tc>
          <w:tcPr>
            <w:tcW w:w="721" w:type="dxa"/>
            <w:noWrap/>
            <w:hideMark/>
          </w:tcPr>
          <w:p w14:paraId="1470F9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D1138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8BC1E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3E850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26A15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65.2</w:t>
            </w:r>
          </w:p>
        </w:tc>
        <w:tc>
          <w:tcPr>
            <w:tcW w:w="751" w:type="dxa"/>
            <w:noWrap/>
            <w:hideMark/>
          </w:tcPr>
          <w:p w14:paraId="0ABBD7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344A6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BC67C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8A885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24211A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24F720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7B3E4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AA60286" w14:textId="77777777" w:rsidTr="006750F2">
        <w:trPr>
          <w:trHeight w:val="280"/>
        </w:trPr>
        <w:tc>
          <w:tcPr>
            <w:tcW w:w="919" w:type="dxa"/>
            <w:noWrap/>
            <w:hideMark/>
          </w:tcPr>
          <w:p w14:paraId="562210A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Aquiluna</w:t>
            </w:r>
          </w:p>
        </w:tc>
        <w:tc>
          <w:tcPr>
            <w:tcW w:w="852" w:type="dxa"/>
            <w:noWrap/>
            <w:hideMark/>
          </w:tcPr>
          <w:p w14:paraId="73E4AD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26D49C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458485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7FFD0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BE470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5C19A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F4BE5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DBEF1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15147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64357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08D2C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2E62F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3C360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9626F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06E8A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BBDC7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18A93DE" w14:textId="77777777" w:rsidTr="006750F2">
        <w:trPr>
          <w:trHeight w:val="280"/>
        </w:trPr>
        <w:tc>
          <w:tcPr>
            <w:tcW w:w="919" w:type="dxa"/>
            <w:noWrap/>
            <w:hideMark/>
          </w:tcPr>
          <w:p w14:paraId="0DBB917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Arachnia</w:t>
            </w:r>
          </w:p>
        </w:tc>
        <w:tc>
          <w:tcPr>
            <w:tcW w:w="852" w:type="dxa"/>
            <w:noWrap/>
            <w:hideMark/>
          </w:tcPr>
          <w:p w14:paraId="6FC76F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5119A7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w:t>
            </w:r>
          </w:p>
        </w:tc>
        <w:tc>
          <w:tcPr>
            <w:tcW w:w="768" w:type="dxa"/>
            <w:noWrap/>
            <w:hideMark/>
          </w:tcPr>
          <w:p w14:paraId="604DEF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14.9</w:t>
            </w:r>
          </w:p>
        </w:tc>
        <w:tc>
          <w:tcPr>
            <w:tcW w:w="739" w:type="dxa"/>
            <w:noWrap/>
            <w:hideMark/>
          </w:tcPr>
          <w:p w14:paraId="28F628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80.9</w:t>
            </w:r>
          </w:p>
        </w:tc>
        <w:tc>
          <w:tcPr>
            <w:tcW w:w="721" w:type="dxa"/>
            <w:noWrap/>
            <w:hideMark/>
          </w:tcPr>
          <w:p w14:paraId="067C8E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72.3</w:t>
            </w:r>
          </w:p>
        </w:tc>
        <w:tc>
          <w:tcPr>
            <w:tcW w:w="674" w:type="dxa"/>
            <w:noWrap/>
            <w:hideMark/>
          </w:tcPr>
          <w:p w14:paraId="7380AD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A9AD6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11EC1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74.5</w:t>
            </w:r>
          </w:p>
        </w:tc>
        <w:tc>
          <w:tcPr>
            <w:tcW w:w="909" w:type="dxa"/>
            <w:noWrap/>
            <w:hideMark/>
          </w:tcPr>
          <w:p w14:paraId="63EB33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89.4</w:t>
            </w:r>
          </w:p>
        </w:tc>
        <w:tc>
          <w:tcPr>
            <w:tcW w:w="751" w:type="dxa"/>
            <w:noWrap/>
            <w:hideMark/>
          </w:tcPr>
          <w:p w14:paraId="5118A9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72.3</w:t>
            </w:r>
          </w:p>
        </w:tc>
        <w:tc>
          <w:tcPr>
            <w:tcW w:w="1008" w:type="dxa"/>
            <w:noWrap/>
            <w:hideMark/>
          </w:tcPr>
          <w:p w14:paraId="3A241D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69A32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48E42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08A3D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271CC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2B840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53DE275" w14:textId="77777777" w:rsidTr="006750F2">
        <w:trPr>
          <w:trHeight w:val="280"/>
        </w:trPr>
        <w:tc>
          <w:tcPr>
            <w:tcW w:w="919" w:type="dxa"/>
            <w:noWrap/>
            <w:hideMark/>
          </w:tcPr>
          <w:p w14:paraId="2C57823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Arcanobacterium</w:t>
            </w:r>
          </w:p>
        </w:tc>
        <w:tc>
          <w:tcPr>
            <w:tcW w:w="852" w:type="dxa"/>
            <w:noWrap/>
            <w:hideMark/>
          </w:tcPr>
          <w:p w14:paraId="342A63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594271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6515B6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CF890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w:t>
            </w:r>
          </w:p>
        </w:tc>
        <w:tc>
          <w:tcPr>
            <w:tcW w:w="721" w:type="dxa"/>
            <w:noWrap/>
            <w:hideMark/>
          </w:tcPr>
          <w:p w14:paraId="36CCD5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B349A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C1DFB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534B0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909" w:type="dxa"/>
            <w:noWrap/>
            <w:hideMark/>
          </w:tcPr>
          <w:p w14:paraId="517495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51" w:type="dxa"/>
            <w:noWrap/>
            <w:hideMark/>
          </w:tcPr>
          <w:p w14:paraId="00A365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7869B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206B3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62A56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1323B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F25F7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E86D2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7893BEC" w14:textId="77777777" w:rsidTr="006750F2">
        <w:trPr>
          <w:trHeight w:val="280"/>
        </w:trPr>
        <w:tc>
          <w:tcPr>
            <w:tcW w:w="919" w:type="dxa"/>
            <w:noWrap/>
            <w:hideMark/>
          </w:tcPr>
          <w:p w14:paraId="4225753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Arthrobacter</w:t>
            </w:r>
          </w:p>
        </w:tc>
        <w:tc>
          <w:tcPr>
            <w:tcW w:w="852" w:type="dxa"/>
            <w:noWrap/>
            <w:hideMark/>
          </w:tcPr>
          <w:p w14:paraId="320EF9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0396DA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304</w:t>
            </w:r>
          </w:p>
        </w:tc>
        <w:tc>
          <w:tcPr>
            <w:tcW w:w="768" w:type="dxa"/>
            <w:noWrap/>
            <w:hideMark/>
          </w:tcPr>
          <w:p w14:paraId="4D43A6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17.4</w:t>
            </w:r>
          </w:p>
        </w:tc>
        <w:tc>
          <w:tcPr>
            <w:tcW w:w="739" w:type="dxa"/>
            <w:noWrap/>
            <w:hideMark/>
          </w:tcPr>
          <w:p w14:paraId="37464E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38.5</w:t>
            </w:r>
          </w:p>
        </w:tc>
        <w:tc>
          <w:tcPr>
            <w:tcW w:w="721" w:type="dxa"/>
            <w:noWrap/>
            <w:hideMark/>
          </w:tcPr>
          <w:p w14:paraId="1F3DDE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674" w:type="dxa"/>
            <w:noWrap/>
            <w:hideMark/>
          </w:tcPr>
          <w:p w14:paraId="23885E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1915C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0A6F0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F776A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17.4</w:t>
            </w:r>
          </w:p>
        </w:tc>
        <w:tc>
          <w:tcPr>
            <w:tcW w:w="751" w:type="dxa"/>
            <w:noWrap/>
            <w:hideMark/>
          </w:tcPr>
          <w:p w14:paraId="433CCB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1008" w:type="dxa"/>
            <w:noWrap/>
            <w:hideMark/>
          </w:tcPr>
          <w:p w14:paraId="0E51F2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8CE47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C8940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8801D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45F0E6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5B9E4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E65CB00" w14:textId="77777777" w:rsidTr="006750F2">
        <w:trPr>
          <w:trHeight w:val="280"/>
        </w:trPr>
        <w:tc>
          <w:tcPr>
            <w:tcW w:w="919" w:type="dxa"/>
            <w:noWrap/>
            <w:hideMark/>
          </w:tcPr>
          <w:p w14:paraId="36CC799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Bifidobacterium</w:t>
            </w:r>
          </w:p>
        </w:tc>
        <w:tc>
          <w:tcPr>
            <w:tcW w:w="852" w:type="dxa"/>
            <w:noWrap/>
            <w:hideMark/>
          </w:tcPr>
          <w:p w14:paraId="5D6274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2522AE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247</w:t>
            </w:r>
          </w:p>
        </w:tc>
        <w:tc>
          <w:tcPr>
            <w:tcW w:w="768" w:type="dxa"/>
            <w:noWrap/>
            <w:hideMark/>
          </w:tcPr>
          <w:p w14:paraId="3E9C5A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F54AC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E634F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674" w:type="dxa"/>
            <w:noWrap/>
            <w:hideMark/>
          </w:tcPr>
          <w:p w14:paraId="02E35F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7E3EA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DABF8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95CCC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81302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1008" w:type="dxa"/>
            <w:noWrap/>
            <w:hideMark/>
          </w:tcPr>
          <w:p w14:paraId="4C5D05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27AF58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CDE19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F9410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E47F6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9D012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355EED8" w14:textId="77777777" w:rsidTr="006750F2">
        <w:trPr>
          <w:trHeight w:val="280"/>
        </w:trPr>
        <w:tc>
          <w:tcPr>
            <w:tcW w:w="919" w:type="dxa"/>
            <w:noWrap/>
            <w:hideMark/>
          </w:tcPr>
          <w:p w14:paraId="022995E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Blastococcus</w:t>
            </w:r>
          </w:p>
        </w:tc>
        <w:tc>
          <w:tcPr>
            <w:tcW w:w="852" w:type="dxa"/>
            <w:noWrap/>
            <w:hideMark/>
          </w:tcPr>
          <w:p w14:paraId="106926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2D0326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w:t>
            </w:r>
          </w:p>
        </w:tc>
        <w:tc>
          <w:tcPr>
            <w:tcW w:w="768" w:type="dxa"/>
            <w:noWrap/>
            <w:hideMark/>
          </w:tcPr>
          <w:p w14:paraId="6CFA0E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29.4</w:t>
            </w:r>
          </w:p>
        </w:tc>
        <w:tc>
          <w:tcPr>
            <w:tcW w:w="739" w:type="dxa"/>
            <w:noWrap/>
            <w:hideMark/>
          </w:tcPr>
          <w:p w14:paraId="501A40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26.5</w:t>
            </w:r>
          </w:p>
        </w:tc>
        <w:tc>
          <w:tcPr>
            <w:tcW w:w="721" w:type="dxa"/>
            <w:noWrap/>
            <w:hideMark/>
          </w:tcPr>
          <w:p w14:paraId="1A1B23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14.7</w:t>
            </w:r>
          </w:p>
        </w:tc>
        <w:tc>
          <w:tcPr>
            <w:tcW w:w="674" w:type="dxa"/>
            <w:noWrap/>
            <w:hideMark/>
          </w:tcPr>
          <w:p w14:paraId="1E226D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9C968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EAFD6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AB1BD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29.4</w:t>
            </w:r>
          </w:p>
        </w:tc>
        <w:tc>
          <w:tcPr>
            <w:tcW w:w="751" w:type="dxa"/>
            <w:noWrap/>
            <w:hideMark/>
          </w:tcPr>
          <w:p w14:paraId="7FCF23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14.7</w:t>
            </w:r>
          </w:p>
        </w:tc>
        <w:tc>
          <w:tcPr>
            <w:tcW w:w="1008" w:type="dxa"/>
            <w:noWrap/>
            <w:hideMark/>
          </w:tcPr>
          <w:p w14:paraId="4881A0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FE951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4F705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39C99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9B62A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C98F7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A0ACA37" w14:textId="77777777" w:rsidTr="006750F2">
        <w:trPr>
          <w:trHeight w:val="280"/>
        </w:trPr>
        <w:tc>
          <w:tcPr>
            <w:tcW w:w="919" w:type="dxa"/>
            <w:noWrap/>
            <w:hideMark/>
          </w:tcPr>
          <w:p w14:paraId="62B8A25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Brachybacterium</w:t>
            </w:r>
          </w:p>
        </w:tc>
        <w:tc>
          <w:tcPr>
            <w:tcW w:w="852" w:type="dxa"/>
            <w:noWrap/>
            <w:hideMark/>
          </w:tcPr>
          <w:p w14:paraId="6037F3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5D748D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39</w:t>
            </w:r>
          </w:p>
        </w:tc>
        <w:tc>
          <w:tcPr>
            <w:tcW w:w="768" w:type="dxa"/>
            <w:noWrap/>
            <w:hideMark/>
          </w:tcPr>
          <w:p w14:paraId="5B613A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39" w:type="dxa"/>
            <w:noWrap/>
            <w:hideMark/>
          </w:tcPr>
          <w:p w14:paraId="3C15CB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53.8</w:t>
            </w:r>
          </w:p>
        </w:tc>
        <w:tc>
          <w:tcPr>
            <w:tcW w:w="721" w:type="dxa"/>
            <w:noWrap/>
            <w:hideMark/>
          </w:tcPr>
          <w:p w14:paraId="2B1F87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48.7</w:t>
            </w:r>
          </w:p>
        </w:tc>
        <w:tc>
          <w:tcPr>
            <w:tcW w:w="674" w:type="dxa"/>
            <w:noWrap/>
            <w:hideMark/>
          </w:tcPr>
          <w:p w14:paraId="738F25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594C7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7AA6C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00F8D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51" w:type="dxa"/>
            <w:noWrap/>
            <w:hideMark/>
          </w:tcPr>
          <w:p w14:paraId="1FA825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48.7</w:t>
            </w:r>
          </w:p>
        </w:tc>
        <w:tc>
          <w:tcPr>
            <w:tcW w:w="1008" w:type="dxa"/>
            <w:noWrap/>
            <w:hideMark/>
          </w:tcPr>
          <w:p w14:paraId="10AA1F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97734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D2FBE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4BBCA3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1EC9F2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475E6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2B94FE2" w14:textId="77777777" w:rsidTr="006750F2">
        <w:trPr>
          <w:trHeight w:val="280"/>
        </w:trPr>
        <w:tc>
          <w:tcPr>
            <w:tcW w:w="919" w:type="dxa"/>
            <w:noWrap/>
            <w:hideMark/>
          </w:tcPr>
          <w:p w14:paraId="0AFCA9B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Brevibacterium</w:t>
            </w:r>
          </w:p>
        </w:tc>
        <w:tc>
          <w:tcPr>
            <w:tcW w:w="852" w:type="dxa"/>
            <w:noWrap/>
            <w:hideMark/>
          </w:tcPr>
          <w:p w14:paraId="1A070C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1B764C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w:t>
            </w:r>
          </w:p>
        </w:tc>
        <w:tc>
          <w:tcPr>
            <w:tcW w:w="768" w:type="dxa"/>
            <w:noWrap/>
            <w:hideMark/>
          </w:tcPr>
          <w:p w14:paraId="2466B2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2C976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23.5</w:t>
            </w:r>
          </w:p>
        </w:tc>
        <w:tc>
          <w:tcPr>
            <w:tcW w:w="721" w:type="dxa"/>
            <w:noWrap/>
            <w:hideMark/>
          </w:tcPr>
          <w:p w14:paraId="55CDA4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8.8</w:t>
            </w:r>
          </w:p>
        </w:tc>
        <w:tc>
          <w:tcPr>
            <w:tcW w:w="674" w:type="dxa"/>
            <w:noWrap/>
            <w:hideMark/>
          </w:tcPr>
          <w:p w14:paraId="4D27B6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7881B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B9F84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19DAF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9665B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8.8</w:t>
            </w:r>
          </w:p>
        </w:tc>
        <w:tc>
          <w:tcPr>
            <w:tcW w:w="1008" w:type="dxa"/>
            <w:noWrap/>
            <w:hideMark/>
          </w:tcPr>
          <w:p w14:paraId="06DE50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19C12F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3388F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BEE0F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6C609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66102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365156C" w14:textId="77777777" w:rsidTr="006750F2">
        <w:trPr>
          <w:trHeight w:val="280"/>
        </w:trPr>
        <w:tc>
          <w:tcPr>
            <w:tcW w:w="919" w:type="dxa"/>
            <w:noWrap/>
            <w:hideMark/>
          </w:tcPr>
          <w:p w14:paraId="1A3A3D3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Catellatospora</w:t>
            </w:r>
          </w:p>
        </w:tc>
        <w:tc>
          <w:tcPr>
            <w:tcW w:w="852" w:type="dxa"/>
            <w:noWrap/>
            <w:hideMark/>
          </w:tcPr>
          <w:p w14:paraId="474C00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49AD36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151BF6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53.3</w:t>
            </w:r>
          </w:p>
        </w:tc>
        <w:tc>
          <w:tcPr>
            <w:tcW w:w="739" w:type="dxa"/>
            <w:noWrap/>
            <w:hideMark/>
          </w:tcPr>
          <w:p w14:paraId="6CDC61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13.3</w:t>
            </w:r>
          </w:p>
        </w:tc>
        <w:tc>
          <w:tcPr>
            <w:tcW w:w="721" w:type="dxa"/>
            <w:noWrap/>
            <w:hideMark/>
          </w:tcPr>
          <w:p w14:paraId="5DA0B3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13.3</w:t>
            </w:r>
          </w:p>
        </w:tc>
        <w:tc>
          <w:tcPr>
            <w:tcW w:w="674" w:type="dxa"/>
            <w:noWrap/>
            <w:hideMark/>
          </w:tcPr>
          <w:p w14:paraId="7910B1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08663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E99A6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79FD9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53.3</w:t>
            </w:r>
          </w:p>
        </w:tc>
        <w:tc>
          <w:tcPr>
            <w:tcW w:w="751" w:type="dxa"/>
            <w:noWrap/>
            <w:hideMark/>
          </w:tcPr>
          <w:p w14:paraId="0A6F14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13.3</w:t>
            </w:r>
          </w:p>
        </w:tc>
        <w:tc>
          <w:tcPr>
            <w:tcW w:w="1008" w:type="dxa"/>
            <w:noWrap/>
            <w:hideMark/>
          </w:tcPr>
          <w:p w14:paraId="625FF0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5AA06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6C6EB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084C53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33F12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5BCB4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85730BF" w14:textId="77777777" w:rsidTr="006750F2">
        <w:trPr>
          <w:trHeight w:val="280"/>
        </w:trPr>
        <w:tc>
          <w:tcPr>
            <w:tcW w:w="919" w:type="dxa"/>
            <w:noWrap/>
            <w:hideMark/>
          </w:tcPr>
          <w:p w14:paraId="17F3AD4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Cellulomonas</w:t>
            </w:r>
          </w:p>
        </w:tc>
        <w:tc>
          <w:tcPr>
            <w:tcW w:w="852" w:type="dxa"/>
            <w:noWrap/>
            <w:hideMark/>
          </w:tcPr>
          <w:p w14:paraId="7A4C07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51B5E6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101</w:t>
            </w:r>
          </w:p>
        </w:tc>
        <w:tc>
          <w:tcPr>
            <w:tcW w:w="768" w:type="dxa"/>
            <w:noWrap/>
            <w:hideMark/>
          </w:tcPr>
          <w:p w14:paraId="4A48DE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32.7</w:t>
            </w:r>
          </w:p>
        </w:tc>
        <w:tc>
          <w:tcPr>
            <w:tcW w:w="739" w:type="dxa"/>
            <w:noWrap/>
            <w:hideMark/>
          </w:tcPr>
          <w:p w14:paraId="6893FA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70.3</w:t>
            </w:r>
          </w:p>
        </w:tc>
        <w:tc>
          <w:tcPr>
            <w:tcW w:w="721" w:type="dxa"/>
            <w:noWrap/>
            <w:hideMark/>
          </w:tcPr>
          <w:p w14:paraId="0FED99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30.7</w:t>
            </w:r>
          </w:p>
        </w:tc>
        <w:tc>
          <w:tcPr>
            <w:tcW w:w="674" w:type="dxa"/>
            <w:noWrap/>
            <w:hideMark/>
          </w:tcPr>
          <w:p w14:paraId="29295A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28B09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AFE5B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909" w:type="dxa"/>
            <w:noWrap/>
            <w:hideMark/>
          </w:tcPr>
          <w:p w14:paraId="2B1000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35.6</w:t>
            </w:r>
          </w:p>
        </w:tc>
        <w:tc>
          <w:tcPr>
            <w:tcW w:w="751" w:type="dxa"/>
            <w:noWrap/>
            <w:hideMark/>
          </w:tcPr>
          <w:p w14:paraId="1FEC08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30.7</w:t>
            </w:r>
          </w:p>
        </w:tc>
        <w:tc>
          <w:tcPr>
            <w:tcW w:w="1008" w:type="dxa"/>
            <w:noWrap/>
            <w:hideMark/>
          </w:tcPr>
          <w:p w14:paraId="3D1E09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4687B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75B1B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D4301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EA1BE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E150B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070EBA4" w14:textId="77777777" w:rsidTr="006750F2">
        <w:trPr>
          <w:trHeight w:val="280"/>
        </w:trPr>
        <w:tc>
          <w:tcPr>
            <w:tcW w:w="919" w:type="dxa"/>
            <w:noWrap/>
            <w:hideMark/>
          </w:tcPr>
          <w:p w14:paraId="03F5DCA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Cellulosimicrobium</w:t>
            </w:r>
          </w:p>
        </w:tc>
        <w:tc>
          <w:tcPr>
            <w:tcW w:w="852" w:type="dxa"/>
            <w:noWrap/>
            <w:hideMark/>
          </w:tcPr>
          <w:p w14:paraId="0A1E3D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4528FF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50E977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52.6</w:t>
            </w:r>
          </w:p>
        </w:tc>
        <w:tc>
          <w:tcPr>
            <w:tcW w:w="739" w:type="dxa"/>
            <w:noWrap/>
            <w:hideMark/>
          </w:tcPr>
          <w:p w14:paraId="27A0B7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84.2</w:t>
            </w:r>
          </w:p>
        </w:tc>
        <w:tc>
          <w:tcPr>
            <w:tcW w:w="721" w:type="dxa"/>
            <w:noWrap/>
            <w:hideMark/>
          </w:tcPr>
          <w:p w14:paraId="5B9B8F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31.6</w:t>
            </w:r>
          </w:p>
        </w:tc>
        <w:tc>
          <w:tcPr>
            <w:tcW w:w="674" w:type="dxa"/>
            <w:noWrap/>
            <w:hideMark/>
          </w:tcPr>
          <w:p w14:paraId="79D9D4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4CBBA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6AE93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26B76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52.6</w:t>
            </w:r>
          </w:p>
        </w:tc>
        <w:tc>
          <w:tcPr>
            <w:tcW w:w="751" w:type="dxa"/>
            <w:noWrap/>
            <w:hideMark/>
          </w:tcPr>
          <w:p w14:paraId="1F9F98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31.6</w:t>
            </w:r>
          </w:p>
        </w:tc>
        <w:tc>
          <w:tcPr>
            <w:tcW w:w="1008" w:type="dxa"/>
            <w:noWrap/>
            <w:hideMark/>
          </w:tcPr>
          <w:p w14:paraId="48ADD9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07E25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26B88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424D12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21BC99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B4C7D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98273DD" w14:textId="77777777" w:rsidTr="006750F2">
        <w:trPr>
          <w:trHeight w:val="280"/>
        </w:trPr>
        <w:tc>
          <w:tcPr>
            <w:tcW w:w="919" w:type="dxa"/>
            <w:noWrap/>
            <w:hideMark/>
          </w:tcPr>
          <w:p w14:paraId="270CAA2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Clavibacter</w:t>
            </w:r>
          </w:p>
        </w:tc>
        <w:tc>
          <w:tcPr>
            <w:tcW w:w="852" w:type="dxa"/>
            <w:noWrap/>
            <w:hideMark/>
          </w:tcPr>
          <w:p w14:paraId="2BE951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30EE03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w:t>
            </w:r>
          </w:p>
        </w:tc>
        <w:tc>
          <w:tcPr>
            <w:tcW w:w="768" w:type="dxa"/>
            <w:noWrap/>
            <w:hideMark/>
          </w:tcPr>
          <w:p w14:paraId="3616A5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14.8</w:t>
            </w:r>
          </w:p>
        </w:tc>
        <w:tc>
          <w:tcPr>
            <w:tcW w:w="739" w:type="dxa"/>
            <w:noWrap/>
            <w:hideMark/>
          </w:tcPr>
          <w:p w14:paraId="1DC5C7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78057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1B5E8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A9645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1EE62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136A7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14.8</w:t>
            </w:r>
          </w:p>
        </w:tc>
        <w:tc>
          <w:tcPr>
            <w:tcW w:w="751" w:type="dxa"/>
            <w:noWrap/>
            <w:hideMark/>
          </w:tcPr>
          <w:p w14:paraId="68CACF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79735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EF8B6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66F8E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0B199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86331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07F94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40CEF3F" w14:textId="77777777" w:rsidTr="006750F2">
        <w:trPr>
          <w:trHeight w:val="280"/>
        </w:trPr>
        <w:tc>
          <w:tcPr>
            <w:tcW w:w="919" w:type="dxa"/>
            <w:noWrap/>
            <w:hideMark/>
          </w:tcPr>
          <w:p w14:paraId="5CA3BE9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Corynebacterium</w:t>
            </w:r>
          </w:p>
        </w:tc>
        <w:tc>
          <w:tcPr>
            <w:tcW w:w="852" w:type="dxa"/>
            <w:noWrap/>
            <w:hideMark/>
          </w:tcPr>
          <w:p w14:paraId="10D3EC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2D2B23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356</w:t>
            </w:r>
          </w:p>
        </w:tc>
        <w:tc>
          <w:tcPr>
            <w:tcW w:w="768" w:type="dxa"/>
            <w:noWrap/>
            <w:hideMark/>
          </w:tcPr>
          <w:p w14:paraId="6B100F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739" w:type="dxa"/>
            <w:noWrap/>
            <w:hideMark/>
          </w:tcPr>
          <w:p w14:paraId="621F43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30.9</w:t>
            </w:r>
          </w:p>
        </w:tc>
        <w:tc>
          <w:tcPr>
            <w:tcW w:w="721" w:type="dxa"/>
            <w:noWrap/>
            <w:hideMark/>
          </w:tcPr>
          <w:p w14:paraId="646448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30.1</w:t>
            </w:r>
          </w:p>
        </w:tc>
        <w:tc>
          <w:tcPr>
            <w:tcW w:w="674" w:type="dxa"/>
            <w:noWrap/>
            <w:hideMark/>
          </w:tcPr>
          <w:p w14:paraId="764A4D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B9942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18958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0.8</w:t>
            </w:r>
          </w:p>
        </w:tc>
        <w:tc>
          <w:tcPr>
            <w:tcW w:w="909" w:type="dxa"/>
            <w:noWrap/>
            <w:hideMark/>
          </w:tcPr>
          <w:p w14:paraId="6D141E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751" w:type="dxa"/>
            <w:noWrap/>
            <w:hideMark/>
          </w:tcPr>
          <w:p w14:paraId="37DA81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30.1</w:t>
            </w:r>
          </w:p>
        </w:tc>
        <w:tc>
          <w:tcPr>
            <w:tcW w:w="1008" w:type="dxa"/>
            <w:noWrap/>
            <w:hideMark/>
          </w:tcPr>
          <w:p w14:paraId="54A51C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D34E1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0B8D8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E50F9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36E06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EED63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BEA987C" w14:textId="77777777" w:rsidTr="006750F2">
        <w:trPr>
          <w:trHeight w:val="280"/>
        </w:trPr>
        <w:tc>
          <w:tcPr>
            <w:tcW w:w="919" w:type="dxa"/>
            <w:noWrap/>
            <w:hideMark/>
          </w:tcPr>
          <w:p w14:paraId="3F430DC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Cryobacterium</w:t>
            </w:r>
          </w:p>
        </w:tc>
        <w:tc>
          <w:tcPr>
            <w:tcW w:w="852" w:type="dxa"/>
            <w:noWrap/>
            <w:hideMark/>
          </w:tcPr>
          <w:p w14:paraId="0A73F5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1DA91B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w:t>
            </w:r>
          </w:p>
        </w:tc>
        <w:tc>
          <w:tcPr>
            <w:tcW w:w="768" w:type="dxa"/>
            <w:noWrap/>
            <w:hideMark/>
          </w:tcPr>
          <w:p w14:paraId="7B8565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39" w:type="dxa"/>
            <w:noWrap/>
            <w:hideMark/>
          </w:tcPr>
          <w:p w14:paraId="478237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75.4</w:t>
            </w:r>
          </w:p>
        </w:tc>
        <w:tc>
          <w:tcPr>
            <w:tcW w:w="721" w:type="dxa"/>
            <w:noWrap/>
            <w:hideMark/>
          </w:tcPr>
          <w:p w14:paraId="69A967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31.1</w:t>
            </w:r>
          </w:p>
        </w:tc>
        <w:tc>
          <w:tcPr>
            <w:tcW w:w="674" w:type="dxa"/>
            <w:noWrap/>
            <w:hideMark/>
          </w:tcPr>
          <w:p w14:paraId="22EBEE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01FF6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54CD3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F68D5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51" w:type="dxa"/>
            <w:noWrap/>
            <w:hideMark/>
          </w:tcPr>
          <w:p w14:paraId="13E581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31.1</w:t>
            </w:r>
          </w:p>
        </w:tc>
        <w:tc>
          <w:tcPr>
            <w:tcW w:w="1008" w:type="dxa"/>
            <w:noWrap/>
            <w:hideMark/>
          </w:tcPr>
          <w:p w14:paraId="66ADC4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36515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7F83A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18DAEC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21B046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2874E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508D3B7" w14:textId="77777777" w:rsidTr="006750F2">
        <w:trPr>
          <w:trHeight w:val="280"/>
        </w:trPr>
        <w:tc>
          <w:tcPr>
            <w:tcW w:w="919" w:type="dxa"/>
            <w:noWrap/>
            <w:hideMark/>
          </w:tcPr>
          <w:p w14:paraId="11E8991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Curtobacterium</w:t>
            </w:r>
          </w:p>
        </w:tc>
        <w:tc>
          <w:tcPr>
            <w:tcW w:w="852" w:type="dxa"/>
            <w:noWrap/>
            <w:hideMark/>
          </w:tcPr>
          <w:p w14:paraId="234652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5BE888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w:t>
            </w:r>
          </w:p>
        </w:tc>
        <w:tc>
          <w:tcPr>
            <w:tcW w:w="768" w:type="dxa"/>
            <w:noWrap/>
            <w:hideMark/>
          </w:tcPr>
          <w:p w14:paraId="02CA2D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39" w:type="dxa"/>
            <w:noWrap/>
            <w:hideMark/>
          </w:tcPr>
          <w:p w14:paraId="213345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6F958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6CAFB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41688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F8E72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6C064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51" w:type="dxa"/>
            <w:noWrap/>
            <w:hideMark/>
          </w:tcPr>
          <w:p w14:paraId="2DD1BA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1DB21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EB214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0CD7A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5DD20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F2FD8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99ADC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BE1D49D" w14:textId="77777777" w:rsidTr="006750F2">
        <w:trPr>
          <w:trHeight w:val="280"/>
        </w:trPr>
        <w:tc>
          <w:tcPr>
            <w:tcW w:w="919" w:type="dxa"/>
            <w:noWrap/>
            <w:hideMark/>
          </w:tcPr>
          <w:p w14:paraId="1EAEF17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Cutibacterium</w:t>
            </w:r>
          </w:p>
        </w:tc>
        <w:tc>
          <w:tcPr>
            <w:tcW w:w="852" w:type="dxa"/>
            <w:noWrap/>
            <w:hideMark/>
          </w:tcPr>
          <w:p w14:paraId="38714D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6DB12C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40FB29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E6E52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55.6</w:t>
            </w:r>
          </w:p>
        </w:tc>
        <w:tc>
          <w:tcPr>
            <w:tcW w:w="721" w:type="dxa"/>
            <w:noWrap/>
            <w:hideMark/>
          </w:tcPr>
          <w:p w14:paraId="694D21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74" w:type="dxa"/>
            <w:noWrap/>
            <w:hideMark/>
          </w:tcPr>
          <w:p w14:paraId="4F1087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83629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0F03F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BAEB7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8B605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1008" w:type="dxa"/>
            <w:noWrap/>
            <w:hideMark/>
          </w:tcPr>
          <w:p w14:paraId="7A0581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404479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DEA00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53074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EEF7E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4DE36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1F549B0E" w14:textId="77777777" w:rsidTr="006750F2">
        <w:trPr>
          <w:trHeight w:val="280"/>
        </w:trPr>
        <w:tc>
          <w:tcPr>
            <w:tcW w:w="919" w:type="dxa"/>
            <w:noWrap/>
            <w:hideMark/>
          </w:tcPr>
          <w:p w14:paraId="61A671F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Dactylosporangium</w:t>
            </w:r>
          </w:p>
        </w:tc>
        <w:tc>
          <w:tcPr>
            <w:tcW w:w="852" w:type="dxa"/>
            <w:noWrap/>
            <w:hideMark/>
          </w:tcPr>
          <w:p w14:paraId="496FC0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5F3583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230707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39" w:type="dxa"/>
            <w:noWrap/>
            <w:hideMark/>
          </w:tcPr>
          <w:p w14:paraId="5FB603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21" w:type="dxa"/>
            <w:noWrap/>
            <w:hideMark/>
          </w:tcPr>
          <w:p w14:paraId="64A395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2983D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56EC9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62E4B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9263D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51" w:type="dxa"/>
            <w:noWrap/>
            <w:hideMark/>
          </w:tcPr>
          <w:p w14:paraId="1B038C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238AE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38957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6E729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2D41F8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6F06F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0E72A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5088176" w14:textId="77777777" w:rsidTr="006750F2">
        <w:trPr>
          <w:trHeight w:val="280"/>
        </w:trPr>
        <w:tc>
          <w:tcPr>
            <w:tcW w:w="919" w:type="dxa"/>
            <w:noWrap/>
            <w:hideMark/>
          </w:tcPr>
          <w:p w14:paraId="0BCD25A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Demequina</w:t>
            </w:r>
          </w:p>
        </w:tc>
        <w:tc>
          <w:tcPr>
            <w:tcW w:w="852" w:type="dxa"/>
            <w:noWrap/>
            <w:hideMark/>
          </w:tcPr>
          <w:p w14:paraId="582B43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0ECA58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w:t>
            </w:r>
          </w:p>
        </w:tc>
        <w:tc>
          <w:tcPr>
            <w:tcW w:w="768" w:type="dxa"/>
            <w:noWrap/>
            <w:hideMark/>
          </w:tcPr>
          <w:p w14:paraId="03A590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47.7</w:t>
            </w:r>
          </w:p>
        </w:tc>
        <w:tc>
          <w:tcPr>
            <w:tcW w:w="739" w:type="dxa"/>
            <w:noWrap/>
            <w:hideMark/>
          </w:tcPr>
          <w:p w14:paraId="01B052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15.9</w:t>
            </w:r>
          </w:p>
        </w:tc>
        <w:tc>
          <w:tcPr>
            <w:tcW w:w="721" w:type="dxa"/>
            <w:noWrap/>
            <w:hideMark/>
          </w:tcPr>
          <w:p w14:paraId="644981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3010E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A8927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ACA41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C31DA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47.7</w:t>
            </w:r>
          </w:p>
        </w:tc>
        <w:tc>
          <w:tcPr>
            <w:tcW w:w="751" w:type="dxa"/>
            <w:noWrap/>
            <w:hideMark/>
          </w:tcPr>
          <w:p w14:paraId="2F923A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7E507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8648A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432BB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95BA4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BC3AE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D1B8D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6B6FEDB" w14:textId="77777777" w:rsidTr="006750F2">
        <w:trPr>
          <w:trHeight w:val="280"/>
        </w:trPr>
        <w:tc>
          <w:tcPr>
            <w:tcW w:w="919" w:type="dxa"/>
            <w:noWrap/>
            <w:hideMark/>
          </w:tcPr>
          <w:p w14:paraId="425B789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Dietzia</w:t>
            </w:r>
          </w:p>
        </w:tc>
        <w:tc>
          <w:tcPr>
            <w:tcW w:w="852" w:type="dxa"/>
            <w:noWrap/>
            <w:hideMark/>
          </w:tcPr>
          <w:p w14:paraId="4A2E01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620945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68" w:type="dxa"/>
            <w:noWrap/>
            <w:hideMark/>
          </w:tcPr>
          <w:p w14:paraId="18B993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w:t>
            </w:r>
          </w:p>
        </w:tc>
        <w:tc>
          <w:tcPr>
            <w:tcW w:w="739" w:type="dxa"/>
            <w:noWrap/>
            <w:hideMark/>
          </w:tcPr>
          <w:p w14:paraId="22522B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w:t>
            </w:r>
          </w:p>
        </w:tc>
        <w:tc>
          <w:tcPr>
            <w:tcW w:w="721" w:type="dxa"/>
            <w:noWrap/>
            <w:hideMark/>
          </w:tcPr>
          <w:p w14:paraId="4559E5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4D92D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AC098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9B5A8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906BD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w:t>
            </w:r>
          </w:p>
        </w:tc>
        <w:tc>
          <w:tcPr>
            <w:tcW w:w="751" w:type="dxa"/>
            <w:noWrap/>
            <w:hideMark/>
          </w:tcPr>
          <w:p w14:paraId="32AE6E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8D6B1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F62E4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FEC38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0442B3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DDE78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AC8DC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AB4462E" w14:textId="77777777" w:rsidTr="006750F2">
        <w:trPr>
          <w:trHeight w:val="280"/>
        </w:trPr>
        <w:tc>
          <w:tcPr>
            <w:tcW w:w="919" w:type="dxa"/>
            <w:noWrap/>
            <w:hideMark/>
          </w:tcPr>
          <w:p w14:paraId="655C15D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Frankia</w:t>
            </w:r>
          </w:p>
        </w:tc>
        <w:tc>
          <w:tcPr>
            <w:tcW w:w="852" w:type="dxa"/>
            <w:noWrap/>
            <w:hideMark/>
          </w:tcPr>
          <w:p w14:paraId="18BDA8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3F074A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15C94F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39" w:type="dxa"/>
            <w:noWrap/>
            <w:hideMark/>
          </w:tcPr>
          <w:p w14:paraId="66E99A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AD934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9B989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94" w:type="dxa"/>
            <w:noWrap/>
            <w:hideMark/>
          </w:tcPr>
          <w:p w14:paraId="0DD07D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26D94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0DCD8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133.3</w:t>
            </w:r>
          </w:p>
        </w:tc>
        <w:tc>
          <w:tcPr>
            <w:tcW w:w="751" w:type="dxa"/>
            <w:noWrap/>
            <w:hideMark/>
          </w:tcPr>
          <w:p w14:paraId="0363E5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A5A22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EE262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DD764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B3D71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F29A8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C2962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EBC0447" w14:textId="77777777" w:rsidTr="006750F2">
        <w:trPr>
          <w:trHeight w:val="280"/>
        </w:trPr>
        <w:tc>
          <w:tcPr>
            <w:tcW w:w="919" w:type="dxa"/>
            <w:noWrap/>
            <w:hideMark/>
          </w:tcPr>
          <w:p w14:paraId="10F5145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Frigoribacterium</w:t>
            </w:r>
          </w:p>
        </w:tc>
        <w:tc>
          <w:tcPr>
            <w:tcW w:w="852" w:type="dxa"/>
            <w:noWrap/>
            <w:hideMark/>
          </w:tcPr>
          <w:p w14:paraId="251A78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039405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60B310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09AAC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8DD54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E0980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D8529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8A1D0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2C4CF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36B1A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EEB91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E3047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D3D62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16EA23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F52FA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D6BE1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4169B8C" w14:textId="77777777" w:rsidTr="006750F2">
        <w:trPr>
          <w:trHeight w:val="280"/>
        </w:trPr>
        <w:tc>
          <w:tcPr>
            <w:tcW w:w="919" w:type="dxa"/>
            <w:noWrap/>
            <w:hideMark/>
          </w:tcPr>
          <w:p w14:paraId="1DFCFE5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Galliscardovia</w:t>
            </w:r>
          </w:p>
        </w:tc>
        <w:tc>
          <w:tcPr>
            <w:tcW w:w="852" w:type="dxa"/>
            <w:noWrap/>
            <w:hideMark/>
          </w:tcPr>
          <w:p w14:paraId="0DB74F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4C7330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7A17C6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D1CC6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3FF0E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ACEBB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7F31C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494BF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97171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00F61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925E8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E5569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DCEFF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91B52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843EA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08D9E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FEC65EE" w14:textId="77777777" w:rsidTr="006750F2">
        <w:trPr>
          <w:trHeight w:val="280"/>
        </w:trPr>
        <w:tc>
          <w:tcPr>
            <w:tcW w:w="919" w:type="dxa"/>
            <w:noWrap/>
            <w:hideMark/>
          </w:tcPr>
          <w:p w14:paraId="225A459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Geodermatophilus</w:t>
            </w:r>
          </w:p>
        </w:tc>
        <w:tc>
          <w:tcPr>
            <w:tcW w:w="852" w:type="dxa"/>
            <w:noWrap/>
            <w:hideMark/>
          </w:tcPr>
          <w:p w14:paraId="7C2BA1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30D891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68" w:type="dxa"/>
            <w:noWrap/>
            <w:hideMark/>
          </w:tcPr>
          <w:p w14:paraId="7F60CB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56.7</w:t>
            </w:r>
          </w:p>
        </w:tc>
        <w:tc>
          <w:tcPr>
            <w:tcW w:w="739" w:type="dxa"/>
            <w:noWrap/>
            <w:hideMark/>
          </w:tcPr>
          <w:p w14:paraId="3F76CB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21" w:type="dxa"/>
            <w:noWrap/>
            <w:hideMark/>
          </w:tcPr>
          <w:p w14:paraId="4B6C42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348DD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D69EC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38FCF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F2226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56.7</w:t>
            </w:r>
          </w:p>
        </w:tc>
        <w:tc>
          <w:tcPr>
            <w:tcW w:w="751" w:type="dxa"/>
            <w:noWrap/>
            <w:hideMark/>
          </w:tcPr>
          <w:p w14:paraId="2C37AB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EAE4D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FE174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73D97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10F291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4C9F6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30C0A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AE20E58" w14:textId="77777777" w:rsidTr="006750F2">
        <w:trPr>
          <w:trHeight w:val="280"/>
        </w:trPr>
        <w:tc>
          <w:tcPr>
            <w:tcW w:w="919" w:type="dxa"/>
            <w:noWrap/>
            <w:hideMark/>
          </w:tcPr>
          <w:p w14:paraId="3B0F372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Georgenia</w:t>
            </w:r>
          </w:p>
        </w:tc>
        <w:tc>
          <w:tcPr>
            <w:tcW w:w="852" w:type="dxa"/>
            <w:noWrap/>
            <w:hideMark/>
          </w:tcPr>
          <w:p w14:paraId="51C479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797296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3C0843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405D5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721" w:type="dxa"/>
            <w:noWrap/>
            <w:hideMark/>
          </w:tcPr>
          <w:p w14:paraId="0EEA41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674" w:type="dxa"/>
            <w:noWrap/>
            <w:hideMark/>
          </w:tcPr>
          <w:p w14:paraId="4BEBFA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6F683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A0C8A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E1D4E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548AF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1008" w:type="dxa"/>
            <w:noWrap/>
            <w:hideMark/>
          </w:tcPr>
          <w:p w14:paraId="508A4C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649F49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DE4A6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7D171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8FA18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D798B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D3EAEC4" w14:textId="77777777" w:rsidTr="006750F2">
        <w:trPr>
          <w:trHeight w:val="280"/>
        </w:trPr>
        <w:tc>
          <w:tcPr>
            <w:tcW w:w="919" w:type="dxa"/>
            <w:noWrap/>
            <w:hideMark/>
          </w:tcPr>
          <w:p w14:paraId="5D4D2C1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Gleimia</w:t>
            </w:r>
          </w:p>
        </w:tc>
        <w:tc>
          <w:tcPr>
            <w:tcW w:w="852" w:type="dxa"/>
            <w:noWrap/>
            <w:hideMark/>
          </w:tcPr>
          <w:p w14:paraId="74A184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736B2F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7208F3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C8468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21" w:type="dxa"/>
            <w:noWrap/>
            <w:hideMark/>
          </w:tcPr>
          <w:p w14:paraId="5E9C92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79F06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AD303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C300E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35.7</w:t>
            </w:r>
          </w:p>
        </w:tc>
        <w:tc>
          <w:tcPr>
            <w:tcW w:w="909" w:type="dxa"/>
            <w:noWrap/>
            <w:hideMark/>
          </w:tcPr>
          <w:p w14:paraId="1AB99D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35.7</w:t>
            </w:r>
          </w:p>
        </w:tc>
        <w:tc>
          <w:tcPr>
            <w:tcW w:w="751" w:type="dxa"/>
            <w:noWrap/>
            <w:hideMark/>
          </w:tcPr>
          <w:p w14:paraId="5DD448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3ED17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9BCEF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031E9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5D0CE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690AF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7BA9D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63200B4D" w14:textId="77777777" w:rsidTr="006750F2">
        <w:trPr>
          <w:trHeight w:val="280"/>
        </w:trPr>
        <w:tc>
          <w:tcPr>
            <w:tcW w:w="919" w:type="dxa"/>
            <w:noWrap/>
            <w:hideMark/>
          </w:tcPr>
          <w:p w14:paraId="08C3574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Glutamicibacter</w:t>
            </w:r>
          </w:p>
        </w:tc>
        <w:tc>
          <w:tcPr>
            <w:tcW w:w="852" w:type="dxa"/>
            <w:noWrap/>
            <w:hideMark/>
          </w:tcPr>
          <w:p w14:paraId="48F893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0345BC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2550AE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39" w:type="dxa"/>
            <w:noWrap/>
            <w:hideMark/>
          </w:tcPr>
          <w:p w14:paraId="2344B3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721" w:type="dxa"/>
            <w:noWrap/>
            <w:hideMark/>
          </w:tcPr>
          <w:p w14:paraId="1DAF13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27.3</w:t>
            </w:r>
          </w:p>
        </w:tc>
        <w:tc>
          <w:tcPr>
            <w:tcW w:w="674" w:type="dxa"/>
            <w:noWrap/>
            <w:hideMark/>
          </w:tcPr>
          <w:p w14:paraId="609957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5C48A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FF382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BE928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0ACB2C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27.3</w:t>
            </w:r>
          </w:p>
        </w:tc>
        <w:tc>
          <w:tcPr>
            <w:tcW w:w="1008" w:type="dxa"/>
            <w:noWrap/>
            <w:hideMark/>
          </w:tcPr>
          <w:p w14:paraId="2F78E8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C830B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A55ED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2D8267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EDBEB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5F640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932AA88" w14:textId="77777777" w:rsidTr="006750F2">
        <w:trPr>
          <w:trHeight w:val="280"/>
        </w:trPr>
        <w:tc>
          <w:tcPr>
            <w:tcW w:w="919" w:type="dxa"/>
            <w:noWrap/>
            <w:hideMark/>
          </w:tcPr>
          <w:p w14:paraId="5F5E703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Glycomyces</w:t>
            </w:r>
          </w:p>
        </w:tc>
        <w:tc>
          <w:tcPr>
            <w:tcW w:w="852" w:type="dxa"/>
            <w:noWrap/>
            <w:hideMark/>
          </w:tcPr>
          <w:p w14:paraId="450420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4A4FBC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68" w:type="dxa"/>
            <w:noWrap/>
            <w:hideMark/>
          </w:tcPr>
          <w:p w14:paraId="7003BD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43.5</w:t>
            </w:r>
          </w:p>
        </w:tc>
        <w:tc>
          <w:tcPr>
            <w:tcW w:w="739" w:type="dxa"/>
            <w:noWrap/>
            <w:hideMark/>
          </w:tcPr>
          <w:p w14:paraId="5A9B41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69.6</w:t>
            </w:r>
          </w:p>
        </w:tc>
        <w:tc>
          <w:tcPr>
            <w:tcW w:w="721" w:type="dxa"/>
            <w:noWrap/>
            <w:hideMark/>
          </w:tcPr>
          <w:p w14:paraId="112EF7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1EBC9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DAF35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5A3B7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4C1BC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43.5</w:t>
            </w:r>
          </w:p>
        </w:tc>
        <w:tc>
          <w:tcPr>
            <w:tcW w:w="751" w:type="dxa"/>
            <w:noWrap/>
            <w:hideMark/>
          </w:tcPr>
          <w:p w14:paraId="675904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CFDA7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A1034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AB2E3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2BD675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D53E1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5F593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D507F2D" w14:textId="77777777" w:rsidTr="006750F2">
        <w:trPr>
          <w:trHeight w:val="280"/>
        </w:trPr>
        <w:tc>
          <w:tcPr>
            <w:tcW w:w="919" w:type="dxa"/>
            <w:noWrap/>
            <w:hideMark/>
          </w:tcPr>
          <w:p w14:paraId="57C505A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Gordonia</w:t>
            </w:r>
          </w:p>
        </w:tc>
        <w:tc>
          <w:tcPr>
            <w:tcW w:w="852" w:type="dxa"/>
            <w:noWrap/>
            <w:hideMark/>
          </w:tcPr>
          <w:p w14:paraId="3C761D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1A463A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w:t>
            </w:r>
          </w:p>
        </w:tc>
        <w:tc>
          <w:tcPr>
            <w:tcW w:w="768" w:type="dxa"/>
            <w:noWrap/>
            <w:hideMark/>
          </w:tcPr>
          <w:p w14:paraId="132F7C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64.1</w:t>
            </w:r>
          </w:p>
        </w:tc>
        <w:tc>
          <w:tcPr>
            <w:tcW w:w="739" w:type="dxa"/>
            <w:noWrap/>
            <w:hideMark/>
          </w:tcPr>
          <w:p w14:paraId="1FC9A1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69.2</w:t>
            </w:r>
          </w:p>
        </w:tc>
        <w:tc>
          <w:tcPr>
            <w:tcW w:w="721" w:type="dxa"/>
            <w:noWrap/>
            <w:hideMark/>
          </w:tcPr>
          <w:p w14:paraId="1543F1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w:t>
            </w:r>
          </w:p>
        </w:tc>
        <w:tc>
          <w:tcPr>
            <w:tcW w:w="674" w:type="dxa"/>
            <w:noWrap/>
            <w:hideMark/>
          </w:tcPr>
          <w:p w14:paraId="6AA204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49B0B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B26BA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7C9D9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64.1</w:t>
            </w:r>
          </w:p>
        </w:tc>
        <w:tc>
          <w:tcPr>
            <w:tcW w:w="751" w:type="dxa"/>
            <w:noWrap/>
            <w:hideMark/>
          </w:tcPr>
          <w:p w14:paraId="65B0E7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w:t>
            </w:r>
          </w:p>
        </w:tc>
        <w:tc>
          <w:tcPr>
            <w:tcW w:w="1008" w:type="dxa"/>
            <w:noWrap/>
            <w:hideMark/>
          </w:tcPr>
          <w:p w14:paraId="4EA8BD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A8D7F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16632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28B8EC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9454E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2DF58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6B5A4B3" w14:textId="77777777" w:rsidTr="006750F2">
        <w:trPr>
          <w:trHeight w:val="280"/>
        </w:trPr>
        <w:tc>
          <w:tcPr>
            <w:tcW w:w="919" w:type="dxa"/>
            <w:noWrap/>
            <w:hideMark/>
          </w:tcPr>
          <w:p w14:paraId="742BCDE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Gulosibacter</w:t>
            </w:r>
          </w:p>
        </w:tc>
        <w:tc>
          <w:tcPr>
            <w:tcW w:w="852" w:type="dxa"/>
            <w:noWrap/>
            <w:hideMark/>
          </w:tcPr>
          <w:p w14:paraId="4F8791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1EF05E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065BB6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76AC3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26.7</w:t>
            </w:r>
          </w:p>
        </w:tc>
        <w:tc>
          <w:tcPr>
            <w:tcW w:w="721" w:type="dxa"/>
            <w:noWrap/>
            <w:hideMark/>
          </w:tcPr>
          <w:p w14:paraId="25CCD7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E62F6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59937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1E467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252EA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1E96C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304C4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58F32B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3D504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E1AAC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06793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09171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3BBAE3D" w14:textId="77777777" w:rsidTr="006750F2">
        <w:trPr>
          <w:trHeight w:val="280"/>
        </w:trPr>
        <w:tc>
          <w:tcPr>
            <w:tcW w:w="919" w:type="dxa"/>
            <w:noWrap/>
            <w:hideMark/>
          </w:tcPr>
          <w:p w14:paraId="017C083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Herbiconiux</w:t>
            </w:r>
          </w:p>
        </w:tc>
        <w:tc>
          <w:tcPr>
            <w:tcW w:w="852" w:type="dxa"/>
            <w:noWrap/>
            <w:hideMark/>
          </w:tcPr>
          <w:p w14:paraId="0E5438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4FF8AB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11E522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w:t>
            </w:r>
          </w:p>
        </w:tc>
        <w:tc>
          <w:tcPr>
            <w:tcW w:w="739" w:type="dxa"/>
            <w:noWrap/>
            <w:hideMark/>
          </w:tcPr>
          <w:p w14:paraId="1E5BCF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32483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AD72B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BA652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6C2F3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000EF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w:t>
            </w:r>
          </w:p>
        </w:tc>
        <w:tc>
          <w:tcPr>
            <w:tcW w:w="751" w:type="dxa"/>
            <w:noWrap/>
            <w:hideMark/>
          </w:tcPr>
          <w:p w14:paraId="4EFC00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4B5ED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25D0F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72546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BFD33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BB9C3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0929D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DED1812" w14:textId="77777777" w:rsidTr="006750F2">
        <w:trPr>
          <w:trHeight w:val="280"/>
        </w:trPr>
        <w:tc>
          <w:tcPr>
            <w:tcW w:w="919" w:type="dxa"/>
            <w:noWrap/>
            <w:hideMark/>
          </w:tcPr>
          <w:p w14:paraId="421836E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Homoserinibacter</w:t>
            </w:r>
          </w:p>
        </w:tc>
        <w:tc>
          <w:tcPr>
            <w:tcW w:w="852" w:type="dxa"/>
            <w:noWrap/>
            <w:hideMark/>
          </w:tcPr>
          <w:p w14:paraId="35FFD0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31F382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65E677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58392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721" w:type="dxa"/>
            <w:noWrap/>
            <w:hideMark/>
          </w:tcPr>
          <w:p w14:paraId="33884A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674" w:type="dxa"/>
            <w:noWrap/>
            <w:hideMark/>
          </w:tcPr>
          <w:p w14:paraId="0E9962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D5BC9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54A7A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54BDF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ABF2E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1008" w:type="dxa"/>
            <w:noWrap/>
            <w:hideMark/>
          </w:tcPr>
          <w:p w14:paraId="23577A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6E0BF3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B8F55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w:t>
            </w:r>
            <w:r w:rsidRPr="00A057D9">
              <w:rPr>
                <w:rFonts w:ascii="Times New Roman" w:eastAsia="宋体" w:hAnsi="Times New Roman" w:cs="Times New Roman" w:hint="eastAsia"/>
                <w:sz w:val="13"/>
                <w:szCs w:val="13"/>
                <w:lang w:eastAsia="zh-CN"/>
              </w:rPr>
              <w:lastRenderedPageBreak/>
              <w:t>ed</w:t>
            </w:r>
          </w:p>
        </w:tc>
        <w:tc>
          <w:tcPr>
            <w:tcW w:w="657" w:type="dxa"/>
            <w:noWrap/>
            <w:hideMark/>
          </w:tcPr>
          <w:p w14:paraId="24DBE8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lastRenderedPageBreak/>
              <w:t>4</w:t>
            </w:r>
          </w:p>
        </w:tc>
        <w:tc>
          <w:tcPr>
            <w:tcW w:w="854" w:type="dxa"/>
            <w:noWrap/>
            <w:hideMark/>
          </w:tcPr>
          <w:p w14:paraId="23620C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37C98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AC98273" w14:textId="77777777" w:rsidTr="006750F2">
        <w:trPr>
          <w:trHeight w:val="280"/>
        </w:trPr>
        <w:tc>
          <w:tcPr>
            <w:tcW w:w="919" w:type="dxa"/>
            <w:noWrap/>
            <w:hideMark/>
          </w:tcPr>
          <w:p w14:paraId="6BC15BE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Isoptericola</w:t>
            </w:r>
          </w:p>
        </w:tc>
        <w:tc>
          <w:tcPr>
            <w:tcW w:w="852" w:type="dxa"/>
            <w:noWrap/>
            <w:hideMark/>
          </w:tcPr>
          <w:p w14:paraId="73EFA6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4BCBBB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61ECB9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61.1</w:t>
            </w:r>
          </w:p>
        </w:tc>
        <w:tc>
          <w:tcPr>
            <w:tcW w:w="739" w:type="dxa"/>
            <w:noWrap/>
            <w:hideMark/>
          </w:tcPr>
          <w:p w14:paraId="518B32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55.6</w:t>
            </w:r>
          </w:p>
        </w:tc>
        <w:tc>
          <w:tcPr>
            <w:tcW w:w="721" w:type="dxa"/>
            <w:noWrap/>
            <w:hideMark/>
          </w:tcPr>
          <w:p w14:paraId="6421F9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66686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63FA9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359BC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4AEDD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61.1</w:t>
            </w:r>
          </w:p>
        </w:tc>
        <w:tc>
          <w:tcPr>
            <w:tcW w:w="751" w:type="dxa"/>
            <w:noWrap/>
            <w:hideMark/>
          </w:tcPr>
          <w:p w14:paraId="537342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7CCDB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913C4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65F8D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7AC450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8449E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B87FB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78B9195" w14:textId="77777777" w:rsidTr="006750F2">
        <w:trPr>
          <w:trHeight w:val="280"/>
        </w:trPr>
        <w:tc>
          <w:tcPr>
            <w:tcW w:w="919" w:type="dxa"/>
            <w:noWrap/>
            <w:hideMark/>
          </w:tcPr>
          <w:p w14:paraId="6F9E3AC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Janibacter</w:t>
            </w:r>
          </w:p>
        </w:tc>
        <w:tc>
          <w:tcPr>
            <w:tcW w:w="852" w:type="dxa"/>
            <w:noWrap/>
            <w:hideMark/>
          </w:tcPr>
          <w:p w14:paraId="244216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1653B8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24D321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39" w:type="dxa"/>
            <w:noWrap/>
            <w:hideMark/>
          </w:tcPr>
          <w:p w14:paraId="52B200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68.8</w:t>
            </w:r>
          </w:p>
        </w:tc>
        <w:tc>
          <w:tcPr>
            <w:tcW w:w="721" w:type="dxa"/>
            <w:noWrap/>
            <w:hideMark/>
          </w:tcPr>
          <w:p w14:paraId="11BB0A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56.2</w:t>
            </w:r>
          </w:p>
        </w:tc>
        <w:tc>
          <w:tcPr>
            <w:tcW w:w="674" w:type="dxa"/>
            <w:noWrap/>
            <w:hideMark/>
          </w:tcPr>
          <w:p w14:paraId="4F8683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678AE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ED49B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D4AF8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103524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56.2</w:t>
            </w:r>
          </w:p>
        </w:tc>
        <w:tc>
          <w:tcPr>
            <w:tcW w:w="1008" w:type="dxa"/>
            <w:noWrap/>
            <w:hideMark/>
          </w:tcPr>
          <w:p w14:paraId="61D1CA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860DD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7230C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269CDE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B01D2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FE537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979BBA5" w14:textId="77777777" w:rsidTr="006750F2">
        <w:trPr>
          <w:trHeight w:val="280"/>
        </w:trPr>
        <w:tc>
          <w:tcPr>
            <w:tcW w:w="919" w:type="dxa"/>
            <w:noWrap/>
            <w:hideMark/>
          </w:tcPr>
          <w:p w14:paraId="205CE43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Jiangella</w:t>
            </w:r>
          </w:p>
        </w:tc>
        <w:tc>
          <w:tcPr>
            <w:tcW w:w="852" w:type="dxa"/>
            <w:noWrap/>
            <w:hideMark/>
          </w:tcPr>
          <w:p w14:paraId="26AABD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7F4272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3321CB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85.7</w:t>
            </w:r>
          </w:p>
        </w:tc>
        <w:tc>
          <w:tcPr>
            <w:tcW w:w="739" w:type="dxa"/>
            <w:noWrap/>
            <w:hideMark/>
          </w:tcPr>
          <w:p w14:paraId="328455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21" w:type="dxa"/>
            <w:noWrap/>
            <w:hideMark/>
          </w:tcPr>
          <w:p w14:paraId="19D5D1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AE4A7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0F511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4ACFA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B2201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85.7</w:t>
            </w:r>
          </w:p>
        </w:tc>
        <w:tc>
          <w:tcPr>
            <w:tcW w:w="751" w:type="dxa"/>
            <w:noWrap/>
            <w:hideMark/>
          </w:tcPr>
          <w:p w14:paraId="6295E6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BB24A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1D4B7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89E0A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20C58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EB1D5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7502A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587343B" w14:textId="77777777" w:rsidTr="006750F2">
        <w:trPr>
          <w:trHeight w:val="280"/>
        </w:trPr>
        <w:tc>
          <w:tcPr>
            <w:tcW w:w="919" w:type="dxa"/>
            <w:noWrap/>
            <w:hideMark/>
          </w:tcPr>
          <w:p w14:paraId="5E208D6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Kitasatospora</w:t>
            </w:r>
          </w:p>
        </w:tc>
        <w:tc>
          <w:tcPr>
            <w:tcW w:w="852" w:type="dxa"/>
            <w:noWrap/>
            <w:hideMark/>
          </w:tcPr>
          <w:p w14:paraId="21DE31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642FA0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w:t>
            </w:r>
          </w:p>
        </w:tc>
        <w:tc>
          <w:tcPr>
            <w:tcW w:w="768" w:type="dxa"/>
            <w:noWrap/>
            <w:hideMark/>
          </w:tcPr>
          <w:p w14:paraId="122886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34.8</w:t>
            </w:r>
          </w:p>
        </w:tc>
        <w:tc>
          <w:tcPr>
            <w:tcW w:w="739" w:type="dxa"/>
            <w:noWrap/>
            <w:hideMark/>
          </w:tcPr>
          <w:p w14:paraId="37B502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721" w:type="dxa"/>
            <w:noWrap/>
            <w:hideMark/>
          </w:tcPr>
          <w:p w14:paraId="362904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EACE3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9A88A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1E53B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2285B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34.8</w:t>
            </w:r>
          </w:p>
        </w:tc>
        <w:tc>
          <w:tcPr>
            <w:tcW w:w="751" w:type="dxa"/>
            <w:noWrap/>
            <w:hideMark/>
          </w:tcPr>
          <w:p w14:paraId="315825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DACAD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4818D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92CFD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4DFE69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430E7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31FC9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99FA804" w14:textId="77777777" w:rsidTr="006750F2">
        <w:trPr>
          <w:trHeight w:val="280"/>
        </w:trPr>
        <w:tc>
          <w:tcPr>
            <w:tcW w:w="919" w:type="dxa"/>
            <w:noWrap/>
            <w:hideMark/>
          </w:tcPr>
          <w:p w14:paraId="2EEB6FE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Kocuria</w:t>
            </w:r>
          </w:p>
        </w:tc>
        <w:tc>
          <w:tcPr>
            <w:tcW w:w="852" w:type="dxa"/>
            <w:noWrap/>
            <w:hideMark/>
          </w:tcPr>
          <w:p w14:paraId="193010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63FB07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39</w:t>
            </w:r>
          </w:p>
        </w:tc>
        <w:tc>
          <w:tcPr>
            <w:tcW w:w="768" w:type="dxa"/>
            <w:noWrap/>
            <w:hideMark/>
          </w:tcPr>
          <w:p w14:paraId="305780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38.5</w:t>
            </w:r>
          </w:p>
        </w:tc>
        <w:tc>
          <w:tcPr>
            <w:tcW w:w="739" w:type="dxa"/>
            <w:noWrap/>
            <w:hideMark/>
          </w:tcPr>
          <w:p w14:paraId="27F489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69.2</w:t>
            </w:r>
          </w:p>
        </w:tc>
        <w:tc>
          <w:tcPr>
            <w:tcW w:w="721" w:type="dxa"/>
            <w:noWrap/>
            <w:hideMark/>
          </w:tcPr>
          <w:p w14:paraId="6B5424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48.7</w:t>
            </w:r>
          </w:p>
        </w:tc>
        <w:tc>
          <w:tcPr>
            <w:tcW w:w="674" w:type="dxa"/>
            <w:noWrap/>
            <w:hideMark/>
          </w:tcPr>
          <w:p w14:paraId="1608EF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FC5F5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86E88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3670A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38.5</w:t>
            </w:r>
          </w:p>
        </w:tc>
        <w:tc>
          <w:tcPr>
            <w:tcW w:w="751" w:type="dxa"/>
            <w:noWrap/>
            <w:hideMark/>
          </w:tcPr>
          <w:p w14:paraId="030CD8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48.7</w:t>
            </w:r>
          </w:p>
        </w:tc>
        <w:tc>
          <w:tcPr>
            <w:tcW w:w="1008" w:type="dxa"/>
            <w:noWrap/>
            <w:hideMark/>
          </w:tcPr>
          <w:p w14:paraId="1EDF79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E4B85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24DF5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73C143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58499F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B7D1B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6762E7A" w14:textId="77777777" w:rsidTr="006750F2">
        <w:trPr>
          <w:trHeight w:val="280"/>
        </w:trPr>
        <w:tc>
          <w:tcPr>
            <w:tcW w:w="919" w:type="dxa"/>
            <w:noWrap/>
            <w:hideMark/>
          </w:tcPr>
          <w:p w14:paraId="6CFD6B8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Kribbella</w:t>
            </w:r>
          </w:p>
        </w:tc>
        <w:tc>
          <w:tcPr>
            <w:tcW w:w="852" w:type="dxa"/>
            <w:noWrap/>
            <w:hideMark/>
          </w:tcPr>
          <w:p w14:paraId="511419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0B12DC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w:t>
            </w:r>
          </w:p>
        </w:tc>
        <w:tc>
          <w:tcPr>
            <w:tcW w:w="768" w:type="dxa"/>
            <w:noWrap/>
            <w:hideMark/>
          </w:tcPr>
          <w:p w14:paraId="6DAA71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39" w:type="dxa"/>
            <w:noWrap/>
            <w:hideMark/>
          </w:tcPr>
          <w:p w14:paraId="3ED078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35.3</w:t>
            </w:r>
          </w:p>
        </w:tc>
        <w:tc>
          <w:tcPr>
            <w:tcW w:w="721" w:type="dxa"/>
            <w:noWrap/>
            <w:hideMark/>
          </w:tcPr>
          <w:p w14:paraId="5EA94B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FB542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7B1FF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2A765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AE42B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1E724D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20911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0F998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258C2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722862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249A0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DA1E2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0C39D62" w14:textId="77777777" w:rsidTr="006750F2">
        <w:trPr>
          <w:trHeight w:val="280"/>
        </w:trPr>
        <w:tc>
          <w:tcPr>
            <w:tcW w:w="919" w:type="dxa"/>
            <w:noWrap/>
            <w:hideMark/>
          </w:tcPr>
          <w:p w14:paraId="6EE1E19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Leifsonia</w:t>
            </w:r>
          </w:p>
        </w:tc>
        <w:tc>
          <w:tcPr>
            <w:tcW w:w="852" w:type="dxa"/>
            <w:noWrap/>
            <w:hideMark/>
          </w:tcPr>
          <w:p w14:paraId="6A989E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7BFCA8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768" w:type="dxa"/>
            <w:noWrap/>
            <w:hideMark/>
          </w:tcPr>
          <w:p w14:paraId="26D0F5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739" w:type="dxa"/>
            <w:noWrap/>
            <w:hideMark/>
          </w:tcPr>
          <w:p w14:paraId="397847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667DC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992DB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1FB4C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0B217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B3B62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751" w:type="dxa"/>
            <w:noWrap/>
            <w:hideMark/>
          </w:tcPr>
          <w:p w14:paraId="203B2D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9566C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37DDD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E94A5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179BA2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48B09A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A14F3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574AE04" w14:textId="77777777" w:rsidTr="006750F2">
        <w:trPr>
          <w:trHeight w:val="280"/>
        </w:trPr>
        <w:tc>
          <w:tcPr>
            <w:tcW w:w="919" w:type="dxa"/>
            <w:noWrap/>
            <w:hideMark/>
          </w:tcPr>
          <w:p w14:paraId="7B79A3F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Lentzea</w:t>
            </w:r>
          </w:p>
        </w:tc>
        <w:tc>
          <w:tcPr>
            <w:tcW w:w="852" w:type="dxa"/>
            <w:noWrap/>
            <w:hideMark/>
          </w:tcPr>
          <w:p w14:paraId="04946C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4D11BF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68" w:type="dxa"/>
            <w:noWrap/>
            <w:hideMark/>
          </w:tcPr>
          <w:p w14:paraId="3CD9AF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76.7</w:t>
            </w:r>
          </w:p>
        </w:tc>
        <w:tc>
          <w:tcPr>
            <w:tcW w:w="739" w:type="dxa"/>
            <w:noWrap/>
            <w:hideMark/>
          </w:tcPr>
          <w:p w14:paraId="062530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21" w:type="dxa"/>
            <w:noWrap/>
            <w:hideMark/>
          </w:tcPr>
          <w:p w14:paraId="5BBAAB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35AC9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CEE1F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64242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6F1D5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76.7</w:t>
            </w:r>
          </w:p>
        </w:tc>
        <w:tc>
          <w:tcPr>
            <w:tcW w:w="751" w:type="dxa"/>
            <w:noWrap/>
            <w:hideMark/>
          </w:tcPr>
          <w:p w14:paraId="768BD9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E238E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52AAB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110F3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72627B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72B13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A8904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FBB03DD" w14:textId="77777777" w:rsidTr="006750F2">
        <w:trPr>
          <w:trHeight w:val="280"/>
        </w:trPr>
        <w:tc>
          <w:tcPr>
            <w:tcW w:w="919" w:type="dxa"/>
            <w:noWrap/>
            <w:hideMark/>
          </w:tcPr>
          <w:p w14:paraId="7844B41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Leucobacter</w:t>
            </w:r>
          </w:p>
        </w:tc>
        <w:tc>
          <w:tcPr>
            <w:tcW w:w="852" w:type="dxa"/>
            <w:noWrap/>
            <w:hideMark/>
          </w:tcPr>
          <w:p w14:paraId="7EBD61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424A68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w:t>
            </w:r>
          </w:p>
        </w:tc>
        <w:tc>
          <w:tcPr>
            <w:tcW w:w="768" w:type="dxa"/>
            <w:noWrap/>
            <w:hideMark/>
          </w:tcPr>
          <w:p w14:paraId="3B8AFF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E688A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w:t>
            </w:r>
          </w:p>
        </w:tc>
        <w:tc>
          <w:tcPr>
            <w:tcW w:w="721" w:type="dxa"/>
            <w:noWrap/>
            <w:hideMark/>
          </w:tcPr>
          <w:p w14:paraId="6B9E70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84595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08ED7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2F48A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A79A4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7B275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43F68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6F9DA3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DA8B6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C709F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2797A4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FA172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0486F35" w14:textId="77777777" w:rsidTr="006750F2">
        <w:trPr>
          <w:trHeight w:val="280"/>
        </w:trPr>
        <w:tc>
          <w:tcPr>
            <w:tcW w:w="919" w:type="dxa"/>
            <w:noWrap/>
            <w:hideMark/>
          </w:tcPr>
          <w:p w14:paraId="74901B6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Marmoricola</w:t>
            </w:r>
          </w:p>
        </w:tc>
        <w:tc>
          <w:tcPr>
            <w:tcW w:w="852" w:type="dxa"/>
            <w:noWrap/>
            <w:hideMark/>
          </w:tcPr>
          <w:p w14:paraId="57787B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4419C3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2B5B32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39" w:type="dxa"/>
            <w:noWrap/>
            <w:hideMark/>
          </w:tcPr>
          <w:p w14:paraId="64A33A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29.2</w:t>
            </w:r>
          </w:p>
        </w:tc>
        <w:tc>
          <w:tcPr>
            <w:tcW w:w="721" w:type="dxa"/>
            <w:noWrap/>
            <w:hideMark/>
          </w:tcPr>
          <w:p w14:paraId="650579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E20B5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7F215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D2EEB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C0C47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1E3296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5BAA0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3ABBE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EBF59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DDE3A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1713F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09A08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629BCEF" w14:textId="77777777" w:rsidTr="006750F2">
        <w:trPr>
          <w:trHeight w:val="280"/>
        </w:trPr>
        <w:tc>
          <w:tcPr>
            <w:tcW w:w="919" w:type="dxa"/>
            <w:noWrap/>
            <w:hideMark/>
          </w:tcPr>
          <w:p w14:paraId="55DF2E4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Microbacterium</w:t>
            </w:r>
          </w:p>
        </w:tc>
        <w:tc>
          <w:tcPr>
            <w:tcW w:w="852" w:type="dxa"/>
            <w:noWrap/>
            <w:hideMark/>
          </w:tcPr>
          <w:p w14:paraId="6DFF34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728C3E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372</w:t>
            </w:r>
          </w:p>
        </w:tc>
        <w:tc>
          <w:tcPr>
            <w:tcW w:w="768" w:type="dxa"/>
            <w:noWrap/>
            <w:hideMark/>
          </w:tcPr>
          <w:p w14:paraId="09373D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11.3</w:t>
            </w:r>
          </w:p>
        </w:tc>
        <w:tc>
          <w:tcPr>
            <w:tcW w:w="739" w:type="dxa"/>
            <w:noWrap/>
            <w:hideMark/>
          </w:tcPr>
          <w:p w14:paraId="27501F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17.2</w:t>
            </w:r>
          </w:p>
        </w:tc>
        <w:tc>
          <w:tcPr>
            <w:tcW w:w="721" w:type="dxa"/>
            <w:noWrap/>
            <w:hideMark/>
          </w:tcPr>
          <w:p w14:paraId="47E62E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w:t>
            </w:r>
          </w:p>
        </w:tc>
        <w:tc>
          <w:tcPr>
            <w:tcW w:w="674" w:type="dxa"/>
            <w:noWrap/>
            <w:hideMark/>
          </w:tcPr>
          <w:p w14:paraId="649D54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2AE1C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C81F0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FE5D0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11.3</w:t>
            </w:r>
          </w:p>
        </w:tc>
        <w:tc>
          <w:tcPr>
            <w:tcW w:w="751" w:type="dxa"/>
            <w:noWrap/>
            <w:hideMark/>
          </w:tcPr>
          <w:p w14:paraId="3E6F08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w:t>
            </w:r>
          </w:p>
        </w:tc>
        <w:tc>
          <w:tcPr>
            <w:tcW w:w="1008" w:type="dxa"/>
            <w:noWrap/>
            <w:hideMark/>
          </w:tcPr>
          <w:p w14:paraId="4498FC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C1186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76F39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0EE87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9CFC5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2C8A3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8364E07" w14:textId="77777777" w:rsidTr="006750F2">
        <w:trPr>
          <w:trHeight w:val="280"/>
        </w:trPr>
        <w:tc>
          <w:tcPr>
            <w:tcW w:w="919" w:type="dxa"/>
            <w:noWrap/>
            <w:hideMark/>
          </w:tcPr>
          <w:p w14:paraId="4A41FBC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Microbispora</w:t>
            </w:r>
          </w:p>
        </w:tc>
        <w:tc>
          <w:tcPr>
            <w:tcW w:w="852" w:type="dxa"/>
            <w:noWrap/>
            <w:hideMark/>
          </w:tcPr>
          <w:p w14:paraId="606420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7C44DA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788F2A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79.2</w:t>
            </w:r>
          </w:p>
        </w:tc>
        <w:tc>
          <w:tcPr>
            <w:tcW w:w="739" w:type="dxa"/>
            <w:noWrap/>
            <w:hideMark/>
          </w:tcPr>
          <w:p w14:paraId="27664A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58.3</w:t>
            </w:r>
          </w:p>
        </w:tc>
        <w:tc>
          <w:tcPr>
            <w:tcW w:w="721" w:type="dxa"/>
            <w:noWrap/>
            <w:hideMark/>
          </w:tcPr>
          <w:p w14:paraId="1A47EE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w:t>
            </w:r>
          </w:p>
        </w:tc>
        <w:tc>
          <w:tcPr>
            <w:tcW w:w="674" w:type="dxa"/>
            <w:noWrap/>
            <w:hideMark/>
          </w:tcPr>
          <w:p w14:paraId="548629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9E838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CB9AF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A99DD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79.2</w:t>
            </w:r>
          </w:p>
        </w:tc>
        <w:tc>
          <w:tcPr>
            <w:tcW w:w="751" w:type="dxa"/>
            <w:noWrap/>
            <w:hideMark/>
          </w:tcPr>
          <w:p w14:paraId="1BCEBB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w:t>
            </w:r>
          </w:p>
        </w:tc>
        <w:tc>
          <w:tcPr>
            <w:tcW w:w="1008" w:type="dxa"/>
            <w:noWrap/>
            <w:hideMark/>
          </w:tcPr>
          <w:p w14:paraId="650AD1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B19B3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40852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E5C59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7F3F8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596E0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DB2A215" w14:textId="77777777" w:rsidTr="006750F2">
        <w:trPr>
          <w:trHeight w:val="280"/>
        </w:trPr>
        <w:tc>
          <w:tcPr>
            <w:tcW w:w="919" w:type="dxa"/>
            <w:noWrap/>
            <w:hideMark/>
          </w:tcPr>
          <w:p w14:paraId="265C1BB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Microcella</w:t>
            </w:r>
          </w:p>
        </w:tc>
        <w:tc>
          <w:tcPr>
            <w:tcW w:w="852" w:type="dxa"/>
            <w:noWrap/>
            <w:hideMark/>
          </w:tcPr>
          <w:p w14:paraId="36A005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3405F7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63F461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w:t>
            </w:r>
          </w:p>
        </w:tc>
        <w:tc>
          <w:tcPr>
            <w:tcW w:w="739" w:type="dxa"/>
            <w:noWrap/>
            <w:hideMark/>
          </w:tcPr>
          <w:p w14:paraId="313E3B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w:t>
            </w:r>
          </w:p>
        </w:tc>
        <w:tc>
          <w:tcPr>
            <w:tcW w:w="721" w:type="dxa"/>
            <w:noWrap/>
            <w:hideMark/>
          </w:tcPr>
          <w:p w14:paraId="3B89E0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3774A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270DC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EDA0E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E5FC1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w:t>
            </w:r>
          </w:p>
        </w:tc>
        <w:tc>
          <w:tcPr>
            <w:tcW w:w="751" w:type="dxa"/>
            <w:noWrap/>
            <w:hideMark/>
          </w:tcPr>
          <w:p w14:paraId="4A8595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1BFAD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16F37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2AA5D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CDA42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C2D36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D9163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D87AFFD" w14:textId="77777777" w:rsidTr="006750F2">
        <w:trPr>
          <w:trHeight w:val="280"/>
        </w:trPr>
        <w:tc>
          <w:tcPr>
            <w:tcW w:w="919" w:type="dxa"/>
            <w:noWrap/>
            <w:hideMark/>
          </w:tcPr>
          <w:p w14:paraId="5900E18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Micrococcus</w:t>
            </w:r>
          </w:p>
        </w:tc>
        <w:tc>
          <w:tcPr>
            <w:tcW w:w="852" w:type="dxa"/>
            <w:noWrap/>
            <w:hideMark/>
          </w:tcPr>
          <w:p w14:paraId="11DA14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764990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68" w:type="dxa"/>
            <w:noWrap/>
            <w:hideMark/>
          </w:tcPr>
          <w:p w14:paraId="7F3110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85FFD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58DA3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5B5B5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70169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C460B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62ADE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5B934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D24B8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4BDCF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0DD00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09640C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5E363D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1EEB4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1EB03AE" w14:textId="77777777" w:rsidTr="006750F2">
        <w:trPr>
          <w:trHeight w:val="280"/>
        </w:trPr>
        <w:tc>
          <w:tcPr>
            <w:tcW w:w="919" w:type="dxa"/>
            <w:noWrap/>
            <w:hideMark/>
          </w:tcPr>
          <w:p w14:paraId="7977315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Micromonospora</w:t>
            </w:r>
          </w:p>
        </w:tc>
        <w:tc>
          <w:tcPr>
            <w:tcW w:w="852" w:type="dxa"/>
            <w:noWrap/>
            <w:hideMark/>
          </w:tcPr>
          <w:p w14:paraId="6CAD75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559302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194</w:t>
            </w:r>
          </w:p>
        </w:tc>
        <w:tc>
          <w:tcPr>
            <w:tcW w:w="768" w:type="dxa"/>
            <w:noWrap/>
            <w:hideMark/>
          </w:tcPr>
          <w:p w14:paraId="03CA78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46.9</w:t>
            </w:r>
          </w:p>
        </w:tc>
        <w:tc>
          <w:tcPr>
            <w:tcW w:w="739" w:type="dxa"/>
            <w:noWrap/>
            <w:hideMark/>
          </w:tcPr>
          <w:p w14:paraId="096EDE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20.6</w:t>
            </w:r>
          </w:p>
        </w:tc>
        <w:tc>
          <w:tcPr>
            <w:tcW w:w="721" w:type="dxa"/>
            <w:noWrap/>
            <w:hideMark/>
          </w:tcPr>
          <w:p w14:paraId="7D4A94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w:t>
            </w:r>
          </w:p>
        </w:tc>
        <w:tc>
          <w:tcPr>
            <w:tcW w:w="674" w:type="dxa"/>
            <w:noWrap/>
            <w:hideMark/>
          </w:tcPr>
          <w:p w14:paraId="31311B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3F894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27169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0.5</w:t>
            </w:r>
          </w:p>
        </w:tc>
        <w:tc>
          <w:tcPr>
            <w:tcW w:w="909" w:type="dxa"/>
            <w:noWrap/>
            <w:hideMark/>
          </w:tcPr>
          <w:p w14:paraId="43DA8C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47.4</w:t>
            </w:r>
          </w:p>
        </w:tc>
        <w:tc>
          <w:tcPr>
            <w:tcW w:w="751" w:type="dxa"/>
            <w:noWrap/>
            <w:hideMark/>
          </w:tcPr>
          <w:p w14:paraId="324434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w:t>
            </w:r>
          </w:p>
        </w:tc>
        <w:tc>
          <w:tcPr>
            <w:tcW w:w="1008" w:type="dxa"/>
            <w:noWrap/>
            <w:hideMark/>
          </w:tcPr>
          <w:p w14:paraId="7D950E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A491F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24F36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73F39C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3CA51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3A37C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1A1C3B8" w14:textId="77777777" w:rsidTr="006750F2">
        <w:trPr>
          <w:trHeight w:val="280"/>
        </w:trPr>
        <w:tc>
          <w:tcPr>
            <w:tcW w:w="919" w:type="dxa"/>
            <w:noWrap/>
            <w:hideMark/>
          </w:tcPr>
          <w:p w14:paraId="7FF8D5E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Mobiluncus</w:t>
            </w:r>
          </w:p>
        </w:tc>
        <w:tc>
          <w:tcPr>
            <w:tcW w:w="852" w:type="dxa"/>
            <w:noWrap/>
            <w:hideMark/>
          </w:tcPr>
          <w:p w14:paraId="083288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159A87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64503A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4E870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21" w:type="dxa"/>
            <w:noWrap/>
            <w:hideMark/>
          </w:tcPr>
          <w:p w14:paraId="143BE3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8834D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031F2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736D5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DA75C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881EA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B207D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6887A4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6C179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76255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27E5E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4F121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30BDE32" w14:textId="77777777" w:rsidTr="006750F2">
        <w:trPr>
          <w:trHeight w:val="280"/>
        </w:trPr>
        <w:tc>
          <w:tcPr>
            <w:tcW w:w="919" w:type="dxa"/>
            <w:noWrap/>
            <w:hideMark/>
          </w:tcPr>
          <w:p w14:paraId="75DE2FF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Modestobacter</w:t>
            </w:r>
          </w:p>
        </w:tc>
        <w:tc>
          <w:tcPr>
            <w:tcW w:w="852" w:type="dxa"/>
            <w:noWrap/>
            <w:hideMark/>
          </w:tcPr>
          <w:p w14:paraId="67E364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198A1B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623EC0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39" w:type="dxa"/>
            <w:noWrap/>
            <w:hideMark/>
          </w:tcPr>
          <w:p w14:paraId="1C6E21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721" w:type="dxa"/>
            <w:noWrap/>
            <w:hideMark/>
          </w:tcPr>
          <w:p w14:paraId="4804B5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7C043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5DA57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46AA8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AE0A4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271D73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FE7CB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A66C8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415C2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1DBA3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20CCD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043C5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D0E64B4" w14:textId="77777777" w:rsidTr="006750F2">
        <w:trPr>
          <w:trHeight w:val="280"/>
        </w:trPr>
        <w:tc>
          <w:tcPr>
            <w:tcW w:w="919" w:type="dxa"/>
            <w:noWrap/>
            <w:hideMark/>
          </w:tcPr>
          <w:p w14:paraId="295815A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Mycetocola</w:t>
            </w:r>
          </w:p>
        </w:tc>
        <w:tc>
          <w:tcPr>
            <w:tcW w:w="852" w:type="dxa"/>
            <w:noWrap/>
            <w:hideMark/>
          </w:tcPr>
          <w:p w14:paraId="334495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691E4D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4AA263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2D33D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CE445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C541A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17886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7C6B0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C5E3F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6AB16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C9425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A746A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F2988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4765B2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238DD2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2C650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658AD2F" w14:textId="77777777" w:rsidTr="006750F2">
        <w:trPr>
          <w:trHeight w:val="280"/>
        </w:trPr>
        <w:tc>
          <w:tcPr>
            <w:tcW w:w="919" w:type="dxa"/>
            <w:noWrap/>
            <w:hideMark/>
          </w:tcPr>
          <w:p w14:paraId="0C3A41E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Mycobacterium</w:t>
            </w:r>
          </w:p>
        </w:tc>
        <w:tc>
          <w:tcPr>
            <w:tcW w:w="852" w:type="dxa"/>
            <w:noWrap/>
            <w:hideMark/>
          </w:tcPr>
          <w:p w14:paraId="31FF26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24642A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675</w:t>
            </w:r>
          </w:p>
        </w:tc>
        <w:tc>
          <w:tcPr>
            <w:tcW w:w="768" w:type="dxa"/>
            <w:noWrap/>
            <w:hideMark/>
          </w:tcPr>
          <w:p w14:paraId="31B69F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44.9</w:t>
            </w:r>
          </w:p>
        </w:tc>
        <w:tc>
          <w:tcPr>
            <w:tcW w:w="739" w:type="dxa"/>
            <w:noWrap/>
            <w:hideMark/>
          </w:tcPr>
          <w:p w14:paraId="462292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60.3</w:t>
            </w:r>
          </w:p>
        </w:tc>
        <w:tc>
          <w:tcPr>
            <w:tcW w:w="721" w:type="dxa"/>
            <w:noWrap/>
            <w:hideMark/>
          </w:tcPr>
          <w:p w14:paraId="3750A5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15.3</w:t>
            </w:r>
          </w:p>
        </w:tc>
        <w:tc>
          <w:tcPr>
            <w:tcW w:w="674" w:type="dxa"/>
            <w:noWrap/>
            <w:hideMark/>
          </w:tcPr>
          <w:p w14:paraId="2BE303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0.3</w:t>
            </w:r>
          </w:p>
        </w:tc>
        <w:tc>
          <w:tcPr>
            <w:tcW w:w="694" w:type="dxa"/>
            <w:noWrap/>
            <w:hideMark/>
          </w:tcPr>
          <w:p w14:paraId="3F1D12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969C8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A3FDD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45.2</w:t>
            </w:r>
          </w:p>
        </w:tc>
        <w:tc>
          <w:tcPr>
            <w:tcW w:w="751" w:type="dxa"/>
            <w:noWrap/>
            <w:hideMark/>
          </w:tcPr>
          <w:p w14:paraId="0F2A29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15.3</w:t>
            </w:r>
          </w:p>
        </w:tc>
        <w:tc>
          <w:tcPr>
            <w:tcW w:w="1008" w:type="dxa"/>
            <w:noWrap/>
            <w:hideMark/>
          </w:tcPr>
          <w:p w14:paraId="5F7C44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D6939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8D698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2BAC4E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C4EAD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16C64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7C90C33" w14:textId="77777777" w:rsidTr="006750F2">
        <w:trPr>
          <w:trHeight w:val="280"/>
        </w:trPr>
        <w:tc>
          <w:tcPr>
            <w:tcW w:w="919" w:type="dxa"/>
            <w:noWrap/>
            <w:hideMark/>
          </w:tcPr>
          <w:p w14:paraId="42F8DBB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Nakamurella</w:t>
            </w:r>
          </w:p>
        </w:tc>
        <w:tc>
          <w:tcPr>
            <w:tcW w:w="852" w:type="dxa"/>
            <w:noWrap/>
            <w:hideMark/>
          </w:tcPr>
          <w:p w14:paraId="601298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4468EB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0830DB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739" w:type="dxa"/>
            <w:noWrap/>
            <w:hideMark/>
          </w:tcPr>
          <w:p w14:paraId="556BA5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21" w:type="dxa"/>
            <w:noWrap/>
            <w:hideMark/>
          </w:tcPr>
          <w:p w14:paraId="1DC47A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5A6B4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7668F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48E95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CF8CA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751" w:type="dxa"/>
            <w:noWrap/>
            <w:hideMark/>
          </w:tcPr>
          <w:p w14:paraId="0F8E7A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80A29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8E00B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62AD4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439BB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5EAB6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878A7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3127392" w14:textId="77777777" w:rsidTr="006750F2">
        <w:trPr>
          <w:trHeight w:val="280"/>
        </w:trPr>
        <w:tc>
          <w:tcPr>
            <w:tcW w:w="919" w:type="dxa"/>
            <w:noWrap/>
            <w:hideMark/>
          </w:tcPr>
          <w:p w14:paraId="76E6065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Nesterenkonia</w:t>
            </w:r>
          </w:p>
        </w:tc>
        <w:tc>
          <w:tcPr>
            <w:tcW w:w="852" w:type="dxa"/>
            <w:noWrap/>
            <w:hideMark/>
          </w:tcPr>
          <w:p w14:paraId="718E6E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0020F4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68" w:type="dxa"/>
            <w:noWrap/>
            <w:hideMark/>
          </w:tcPr>
          <w:p w14:paraId="0B498A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23.3</w:t>
            </w:r>
          </w:p>
        </w:tc>
        <w:tc>
          <w:tcPr>
            <w:tcW w:w="739" w:type="dxa"/>
            <w:noWrap/>
            <w:hideMark/>
          </w:tcPr>
          <w:p w14:paraId="1F4727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7B807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9FD8E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F572F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EBF1B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49D5E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23.3</w:t>
            </w:r>
          </w:p>
        </w:tc>
        <w:tc>
          <w:tcPr>
            <w:tcW w:w="751" w:type="dxa"/>
            <w:noWrap/>
            <w:hideMark/>
          </w:tcPr>
          <w:p w14:paraId="0438A3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BDE3C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7BE58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C5276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529736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E1F32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DD081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8F28F11" w14:textId="77777777" w:rsidTr="006750F2">
        <w:trPr>
          <w:trHeight w:val="280"/>
        </w:trPr>
        <w:tc>
          <w:tcPr>
            <w:tcW w:w="919" w:type="dxa"/>
            <w:noWrap/>
            <w:hideMark/>
          </w:tcPr>
          <w:p w14:paraId="15E866A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Nocardia</w:t>
            </w:r>
          </w:p>
        </w:tc>
        <w:tc>
          <w:tcPr>
            <w:tcW w:w="852" w:type="dxa"/>
            <w:noWrap/>
            <w:hideMark/>
          </w:tcPr>
          <w:p w14:paraId="0FB7F5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1F4C7D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68" w:type="dxa"/>
            <w:noWrap/>
            <w:hideMark/>
          </w:tcPr>
          <w:p w14:paraId="546CD3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68.7</w:t>
            </w:r>
          </w:p>
        </w:tc>
        <w:tc>
          <w:tcPr>
            <w:tcW w:w="739" w:type="dxa"/>
            <w:noWrap/>
            <w:hideMark/>
          </w:tcPr>
          <w:p w14:paraId="6DF67B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93.4</w:t>
            </w:r>
          </w:p>
        </w:tc>
        <w:tc>
          <w:tcPr>
            <w:tcW w:w="721" w:type="dxa"/>
            <w:noWrap/>
            <w:hideMark/>
          </w:tcPr>
          <w:p w14:paraId="23EA8F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8870F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05FF0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B9FDC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ED576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68.7</w:t>
            </w:r>
          </w:p>
        </w:tc>
        <w:tc>
          <w:tcPr>
            <w:tcW w:w="751" w:type="dxa"/>
            <w:noWrap/>
            <w:hideMark/>
          </w:tcPr>
          <w:p w14:paraId="4E4278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7257A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3E8DE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7A1A5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4F641C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EA043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553BF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F36BF81" w14:textId="77777777" w:rsidTr="006750F2">
        <w:trPr>
          <w:trHeight w:val="280"/>
        </w:trPr>
        <w:tc>
          <w:tcPr>
            <w:tcW w:w="919" w:type="dxa"/>
            <w:noWrap/>
            <w:hideMark/>
          </w:tcPr>
          <w:p w14:paraId="7C67466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Nocardioides</w:t>
            </w:r>
          </w:p>
        </w:tc>
        <w:tc>
          <w:tcPr>
            <w:tcW w:w="852" w:type="dxa"/>
            <w:noWrap/>
            <w:hideMark/>
          </w:tcPr>
          <w:p w14:paraId="2105E0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7976D0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229</w:t>
            </w:r>
          </w:p>
        </w:tc>
        <w:tc>
          <w:tcPr>
            <w:tcW w:w="768" w:type="dxa"/>
            <w:noWrap/>
            <w:hideMark/>
          </w:tcPr>
          <w:p w14:paraId="5E2126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38.9</w:t>
            </w:r>
          </w:p>
        </w:tc>
        <w:tc>
          <w:tcPr>
            <w:tcW w:w="739" w:type="dxa"/>
            <w:noWrap/>
            <w:hideMark/>
          </w:tcPr>
          <w:p w14:paraId="38C0C7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48.9</w:t>
            </w:r>
          </w:p>
        </w:tc>
        <w:tc>
          <w:tcPr>
            <w:tcW w:w="721" w:type="dxa"/>
            <w:noWrap/>
            <w:hideMark/>
          </w:tcPr>
          <w:p w14:paraId="56ADDD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674" w:type="dxa"/>
            <w:noWrap/>
            <w:hideMark/>
          </w:tcPr>
          <w:p w14:paraId="670655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91858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5F5B1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D98F5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38.9</w:t>
            </w:r>
          </w:p>
        </w:tc>
        <w:tc>
          <w:tcPr>
            <w:tcW w:w="751" w:type="dxa"/>
            <w:noWrap/>
            <w:hideMark/>
          </w:tcPr>
          <w:p w14:paraId="600D8B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1008" w:type="dxa"/>
            <w:noWrap/>
            <w:hideMark/>
          </w:tcPr>
          <w:p w14:paraId="02B652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79878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F41C9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9E05C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F46E4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DB2CB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C157513" w14:textId="77777777" w:rsidTr="006750F2">
        <w:trPr>
          <w:trHeight w:val="280"/>
        </w:trPr>
        <w:tc>
          <w:tcPr>
            <w:tcW w:w="919" w:type="dxa"/>
            <w:noWrap/>
            <w:hideMark/>
          </w:tcPr>
          <w:p w14:paraId="125D79F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Nocardiopsis</w:t>
            </w:r>
          </w:p>
        </w:tc>
        <w:tc>
          <w:tcPr>
            <w:tcW w:w="852" w:type="dxa"/>
            <w:noWrap/>
            <w:hideMark/>
          </w:tcPr>
          <w:p w14:paraId="271C41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01F8B7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w:t>
            </w:r>
          </w:p>
        </w:tc>
        <w:tc>
          <w:tcPr>
            <w:tcW w:w="768" w:type="dxa"/>
            <w:noWrap/>
            <w:hideMark/>
          </w:tcPr>
          <w:p w14:paraId="3DB263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57.1</w:t>
            </w:r>
          </w:p>
        </w:tc>
        <w:tc>
          <w:tcPr>
            <w:tcW w:w="739" w:type="dxa"/>
            <w:noWrap/>
            <w:hideMark/>
          </w:tcPr>
          <w:p w14:paraId="7FACFE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79.4</w:t>
            </w:r>
          </w:p>
        </w:tc>
        <w:tc>
          <w:tcPr>
            <w:tcW w:w="721" w:type="dxa"/>
            <w:noWrap/>
            <w:hideMark/>
          </w:tcPr>
          <w:p w14:paraId="2AB346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A9D0A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59B88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AE2E6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DC36D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57.1</w:t>
            </w:r>
          </w:p>
        </w:tc>
        <w:tc>
          <w:tcPr>
            <w:tcW w:w="751" w:type="dxa"/>
            <w:noWrap/>
            <w:hideMark/>
          </w:tcPr>
          <w:p w14:paraId="2D3EEE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2637C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DA0F9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39889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4DE540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EDCEC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C733D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965D68D" w14:textId="77777777" w:rsidTr="006750F2">
        <w:trPr>
          <w:trHeight w:val="280"/>
        </w:trPr>
        <w:tc>
          <w:tcPr>
            <w:tcW w:w="919" w:type="dxa"/>
            <w:noWrap/>
            <w:hideMark/>
          </w:tcPr>
          <w:p w14:paraId="3E3930D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Nonomuraea</w:t>
            </w:r>
          </w:p>
        </w:tc>
        <w:tc>
          <w:tcPr>
            <w:tcW w:w="852" w:type="dxa"/>
            <w:noWrap/>
            <w:hideMark/>
          </w:tcPr>
          <w:p w14:paraId="3312B6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6FF951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68" w:type="dxa"/>
            <w:noWrap/>
            <w:hideMark/>
          </w:tcPr>
          <w:p w14:paraId="4AB176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56.7</w:t>
            </w:r>
          </w:p>
        </w:tc>
        <w:tc>
          <w:tcPr>
            <w:tcW w:w="739" w:type="dxa"/>
            <w:noWrap/>
            <w:hideMark/>
          </w:tcPr>
          <w:p w14:paraId="15182F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721" w:type="dxa"/>
            <w:noWrap/>
            <w:hideMark/>
          </w:tcPr>
          <w:p w14:paraId="5BE312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674" w:type="dxa"/>
            <w:noWrap/>
            <w:hideMark/>
          </w:tcPr>
          <w:p w14:paraId="314699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C8206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33474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E5984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56.7</w:t>
            </w:r>
          </w:p>
        </w:tc>
        <w:tc>
          <w:tcPr>
            <w:tcW w:w="751" w:type="dxa"/>
            <w:noWrap/>
            <w:hideMark/>
          </w:tcPr>
          <w:p w14:paraId="3B4BEE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1008" w:type="dxa"/>
            <w:noWrap/>
            <w:hideMark/>
          </w:tcPr>
          <w:p w14:paraId="6B0B7B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28432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4A163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0E7B4C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B284A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3C78C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ACA7D33" w14:textId="77777777" w:rsidTr="006750F2">
        <w:trPr>
          <w:trHeight w:val="280"/>
        </w:trPr>
        <w:tc>
          <w:tcPr>
            <w:tcW w:w="919" w:type="dxa"/>
            <w:noWrap/>
            <w:hideMark/>
          </w:tcPr>
          <w:p w14:paraId="32E4C71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Oerskovia</w:t>
            </w:r>
          </w:p>
        </w:tc>
        <w:tc>
          <w:tcPr>
            <w:tcW w:w="852" w:type="dxa"/>
            <w:noWrap/>
            <w:hideMark/>
          </w:tcPr>
          <w:p w14:paraId="0DB5F4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186A03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3627EE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39" w:type="dxa"/>
            <w:noWrap/>
            <w:hideMark/>
          </w:tcPr>
          <w:p w14:paraId="350226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721" w:type="dxa"/>
            <w:noWrap/>
            <w:hideMark/>
          </w:tcPr>
          <w:p w14:paraId="2E95E8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7FE77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8429C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E7483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6EC8E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4C1F66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BB0C8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8169D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6ADC1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2E589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AD69F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6B1B7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3B273C0" w14:textId="77777777" w:rsidTr="006750F2">
        <w:trPr>
          <w:trHeight w:val="280"/>
        </w:trPr>
        <w:tc>
          <w:tcPr>
            <w:tcW w:w="919" w:type="dxa"/>
            <w:noWrap/>
            <w:hideMark/>
          </w:tcPr>
          <w:p w14:paraId="6531C0B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Ornithinimicrobium</w:t>
            </w:r>
          </w:p>
        </w:tc>
        <w:tc>
          <w:tcPr>
            <w:tcW w:w="852" w:type="dxa"/>
            <w:noWrap/>
            <w:hideMark/>
          </w:tcPr>
          <w:p w14:paraId="40BA95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51082C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419087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39" w:type="dxa"/>
            <w:noWrap/>
            <w:hideMark/>
          </w:tcPr>
          <w:p w14:paraId="60B6EA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721" w:type="dxa"/>
            <w:noWrap/>
            <w:hideMark/>
          </w:tcPr>
          <w:p w14:paraId="643D53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674" w:type="dxa"/>
            <w:noWrap/>
            <w:hideMark/>
          </w:tcPr>
          <w:p w14:paraId="1FB1B0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ED59D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41366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75DF8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51" w:type="dxa"/>
            <w:noWrap/>
            <w:hideMark/>
          </w:tcPr>
          <w:p w14:paraId="4B0CE3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1008" w:type="dxa"/>
            <w:noWrap/>
            <w:hideMark/>
          </w:tcPr>
          <w:p w14:paraId="4870E0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D52B4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8F362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0C2709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50B184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54644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22BD9A8" w14:textId="77777777" w:rsidTr="006750F2">
        <w:trPr>
          <w:trHeight w:val="280"/>
        </w:trPr>
        <w:tc>
          <w:tcPr>
            <w:tcW w:w="919" w:type="dxa"/>
            <w:noWrap/>
            <w:hideMark/>
          </w:tcPr>
          <w:p w14:paraId="600F5AD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Paeniglutamicibacter</w:t>
            </w:r>
          </w:p>
        </w:tc>
        <w:tc>
          <w:tcPr>
            <w:tcW w:w="852" w:type="dxa"/>
            <w:noWrap/>
            <w:hideMark/>
          </w:tcPr>
          <w:p w14:paraId="481C34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7D23A3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5B4804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23.1</w:t>
            </w:r>
          </w:p>
        </w:tc>
        <w:tc>
          <w:tcPr>
            <w:tcW w:w="739" w:type="dxa"/>
            <w:noWrap/>
            <w:hideMark/>
          </w:tcPr>
          <w:p w14:paraId="74E9BC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69.2</w:t>
            </w:r>
          </w:p>
        </w:tc>
        <w:tc>
          <w:tcPr>
            <w:tcW w:w="721" w:type="dxa"/>
            <w:noWrap/>
            <w:hideMark/>
          </w:tcPr>
          <w:p w14:paraId="45E2AA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3AE4E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11133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BFD6E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47C91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23.1</w:t>
            </w:r>
          </w:p>
        </w:tc>
        <w:tc>
          <w:tcPr>
            <w:tcW w:w="751" w:type="dxa"/>
            <w:noWrap/>
            <w:hideMark/>
          </w:tcPr>
          <w:p w14:paraId="39D96C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526E9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0EB7D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5405B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10FCF3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5307AF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8F4CB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2D5C064" w14:textId="77777777" w:rsidTr="006750F2">
        <w:trPr>
          <w:trHeight w:val="280"/>
        </w:trPr>
        <w:tc>
          <w:tcPr>
            <w:tcW w:w="919" w:type="dxa"/>
            <w:noWrap/>
            <w:hideMark/>
          </w:tcPr>
          <w:p w14:paraId="3749AE1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Pauljensenia</w:t>
            </w:r>
          </w:p>
        </w:tc>
        <w:tc>
          <w:tcPr>
            <w:tcW w:w="852" w:type="dxa"/>
            <w:noWrap/>
            <w:hideMark/>
          </w:tcPr>
          <w:p w14:paraId="20A87A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7A7816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w:t>
            </w:r>
          </w:p>
        </w:tc>
        <w:tc>
          <w:tcPr>
            <w:tcW w:w="768" w:type="dxa"/>
            <w:noWrap/>
            <w:hideMark/>
          </w:tcPr>
          <w:p w14:paraId="6C0E53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C9582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59.3</w:t>
            </w:r>
          </w:p>
        </w:tc>
        <w:tc>
          <w:tcPr>
            <w:tcW w:w="721" w:type="dxa"/>
            <w:noWrap/>
            <w:hideMark/>
          </w:tcPr>
          <w:p w14:paraId="0EB776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27.8</w:t>
            </w:r>
          </w:p>
        </w:tc>
        <w:tc>
          <w:tcPr>
            <w:tcW w:w="674" w:type="dxa"/>
            <w:noWrap/>
            <w:hideMark/>
          </w:tcPr>
          <w:p w14:paraId="2F4C5C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F84E9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9044E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909" w:type="dxa"/>
            <w:noWrap/>
            <w:hideMark/>
          </w:tcPr>
          <w:p w14:paraId="454A7C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751" w:type="dxa"/>
            <w:noWrap/>
            <w:hideMark/>
          </w:tcPr>
          <w:p w14:paraId="559991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27.8</w:t>
            </w:r>
          </w:p>
        </w:tc>
        <w:tc>
          <w:tcPr>
            <w:tcW w:w="1008" w:type="dxa"/>
            <w:noWrap/>
            <w:hideMark/>
          </w:tcPr>
          <w:p w14:paraId="7F8212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C14C9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48BB6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EF520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CF635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C65A7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9183788" w14:textId="77777777" w:rsidTr="006750F2">
        <w:trPr>
          <w:trHeight w:val="280"/>
        </w:trPr>
        <w:tc>
          <w:tcPr>
            <w:tcW w:w="919" w:type="dxa"/>
            <w:noWrap/>
            <w:hideMark/>
          </w:tcPr>
          <w:p w14:paraId="6D429F7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Pedococcus</w:t>
            </w:r>
          </w:p>
        </w:tc>
        <w:tc>
          <w:tcPr>
            <w:tcW w:w="852" w:type="dxa"/>
            <w:noWrap/>
            <w:hideMark/>
          </w:tcPr>
          <w:p w14:paraId="2FEC31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132A7E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60395B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39" w:type="dxa"/>
            <w:noWrap/>
            <w:hideMark/>
          </w:tcPr>
          <w:p w14:paraId="13715A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721" w:type="dxa"/>
            <w:noWrap/>
            <w:hideMark/>
          </w:tcPr>
          <w:p w14:paraId="7EA397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4FC64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1A20C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0BE2C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AC0FE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51" w:type="dxa"/>
            <w:noWrap/>
            <w:hideMark/>
          </w:tcPr>
          <w:p w14:paraId="78EAEC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76DE7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E5FB3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87D87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42C18A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15DE22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5E83A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E2821ED" w14:textId="77777777" w:rsidTr="006750F2">
        <w:trPr>
          <w:trHeight w:val="280"/>
        </w:trPr>
        <w:tc>
          <w:tcPr>
            <w:tcW w:w="919" w:type="dxa"/>
            <w:noWrap/>
            <w:hideMark/>
          </w:tcPr>
          <w:p w14:paraId="711734B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Phycicoccus</w:t>
            </w:r>
          </w:p>
        </w:tc>
        <w:tc>
          <w:tcPr>
            <w:tcW w:w="852" w:type="dxa"/>
            <w:noWrap/>
            <w:hideMark/>
          </w:tcPr>
          <w:p w14:paraId="224F63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5A9B61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15FEFE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w:t>
            </w:r>
          </w:p>
        </w:tc>
        <w:tc>
          <w:tcPr>
            <w:tcW w:w="739" w:type="dxa"/>
            <w:noWrap/>
            <w:hideMark/>
          </w:tcPr>
          <w:p w14:paraId="7276F1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58.8</w:t>
            </w:r>
          </w:p>
        </w:tc>
        <w:tc>
          <w:tcPr>
            <w:tcW w:w="721" w:type="dxa"/>
            <w:noWrap/>
            <w:hideMark/>
          </w:tcPr>
          <w:p w14:paraId="581CD7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58830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4A814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F3796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29199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w:t>
            </w:r>
          </w:p>
        </w:tc>
        <w:tc>
          <w:tcPr>
            <w:tcW w:w="751" w:type="dxa"/>
            <w:noWrap/>
            <w:hideMark/>
          </w:tcPr>
          <w:p w14:paraId="26C52F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5AEA6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8259B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5D758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117A3D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198FAE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81A25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3102F20" w14:textId="77777777" w:rsidTr="006750F2">
        <w:trPr>
          <w:trHeight w:val="280"/>
        </w:trPr>
        <w:tc>
          <w:tcPr>
            <w:tcW w:w="919" w:type="dxa"/>
            <w:noWrap/>
            <w:hideMark/>
          </w:tcPr>
          <w:p w14:paraId="44AA6AB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Planktophila</w:t>
            </w:r>
          </w:p>
        </w:tc>
        <w:tc>
          <w:tcPr>
            <w:tcW w:w="852" w:type="dxa"/>
            <w:noWrap/>
            <w:hideMark/>
          </w:tcPr>
          <w:p w14:paraId="58CDFF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71D26A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30429D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6909F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21" w:type="dxa"/>
            <w:noWrap/>
            <w:hideMark/>
          </w:tcPr>
          <w:p w14:paraId="75466A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969B4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7318A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28D93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C7170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707D3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25A12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747BE5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02D3D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2AA98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5A786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6D3B6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E815BF3" w14:textId="77777777" w:rsidTr="006750F2">
        <w:trPr>
          <w:trHeight w:val="280"/>
        </w:trPr>
        <w:tc>
          <w:tcPr>
            <w:tcW w:w="919" w:type="dxa"/>
            <w:noWrap/>
            <w:hideMark/>
          </w:tcPr>
          <w:p w14:paraId="6EEC8C8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Prauserella</w:t>
            </w:r>
          </w:p>
        </w:tc>
        <w:tc>
          <w:tcPr>
            <w:tcW w:w="852" w:type="dxa"/>
            <w:noWrap/>
            <w:hideMark/>
          </w:tcPr>
          <w:p w14:paraId="03D90A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387BD9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024F37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57.9</w:t>
            </w:r>
          </w:p>
        </w:tc>
        <w:tc>
          <w:tcPr>
            <w:tcW w:w="739" w:type="dxa"/>
            <w:noWrap/>
            <w:hideMark/>
          </w:tcPr>
          <w:p w14:paraId="3401CA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26.3</w:t>
            </w:r>
          </w:p>
        </w:tc>
        <w:tc>
          <w:tcPr>
            <w:tcW w:w="721" w:type="dxa"/>
            <w:noWrap/>
            <w:hideMark/>
          </w:tcPr>
          <w:p w14:paraId="43C6F8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324F8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C58AB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0B926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9FA2E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57.9</w:t>
            </w:r>
          </w:p>
        </w:tc>
        <w:tc>
          <w:tcPr>
            <w:tcW w:w="751" w:type="dxa"/>
            <w:noWrap/>
            <w:hideMark/>
          </w:tcPr>
          <w:p w14:paraId="5DD471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A0F59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9F40D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2B971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3F4634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355D2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E8990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AE75B1A" w14:textId="77777777" w:rsidTr="006750F2">
        <w:trPr>
          <w:trHeight w:val="280"/>
        </w:trPr>
        <w:tc>
          <w:tcPr>
            <w:tcW w:w="919" w:type="dxa"/>
            <w:noWrap/>
            <w:hideMark/>
          </w:tcPr>
          <w:p w14:paraId="53B15E3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Promicromonospora</w:t>
            </w:r>
          </w:p>
        </w:tc>
        <w:tc>
          <w:tcPr>
            <w:tcW w:w="852" w:type="dxa"/>
            <w:noWrap/>
            <w:hideMark/>
          </w:tcPr>
          <w:p w14:paraId="5677E4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50832D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536BA9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39" w:type="dxa"/>
            <w:noWrap/>
            <w:hideMark/>
          </w:tcPr>
          <w:p w14:paraId="6446BE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21" w:type="dxa"/>
            <w:noWrap/>
            <w:hideMark/>
          </w:tcPr>
          <w:p w14:paraId="09129D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A419D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23239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BD434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6E9F0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51" w:type="dxa"/>
            <w:noWrap/>
            <w:hideMark/>
          </w:tcPr>
          <w:p w14:paraId="77C351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B0933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B0F05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A4761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3F771B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762C7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37D59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5B5F888" w14:textId="77777777" w:rsidTr="006750F2">
        <w:trPr>
          <w:trHeight w:val="280"/>
        </w:trPr>
        <w:tc>
          <w:tcPr>
            <w:tcW w:w="919" w:type="dxa"/>
            <w:noWrap/>
            <w:hideMark/>
          </w:tcPr>
          <w:p w14:paraId="189EF94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Propioniciclava</w:t>
            </w:r>
          </w:p>
        </w:tc>
        <w:tc>
          <w:tcPr>
            <w:tcW w:w="852" w:type="dxa"/>
            <w:noWrap/>
            <w:hideMark/>
          </w:tcPr>
          <w:p w14:paraId="25CE8E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002BB6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27FD89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4894D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721" w:type="dxa"/>
            <w:noWrap/>
            <w:hideMark/>
          </w:tcPr>
          <w:p w14:paraId="626774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5F280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32985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AF02C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909" w:type="dxa"/>
            <w:noWrap/>
            <w:hideMark/>
          </w:tcPr>
          <w:p w14:paraId="4ADA4B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751" w:type="dxa"/>
            <w:noWrap/>
            <w:hideMark/>
          </w:tcPr>
          <w:p w14:paraId="339CBD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F2AC9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787C8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F1116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0DAA25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36A5C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25C30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C11B59B" w14:textId="77777777" w:rsidTr="006750F2">
        <w:trPr>
          <w:trHeight w:val="280"/>
        </w:trPr>
        <w:tc>
          <w:tcPr>
            <w:tcW w:w="919" w:type="dxa"/>
            <w:noWrap/>
            <w:hideMark/>
          </w:tcPr>
          <w:p w14:paraId="010C24D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Propionicimonas</w:t>
            </w:r>
          </w:p>
        </w:tc>
        <w:tc>
          <w:tcPr>
            <w:tcW w:w="852" w:type="dxa"/>
            <w:noWrap/>
            <w:hideMark/>
          </w:tcPr>
          <w:p w14:paraId="49EF19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74B662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13DB31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B11A9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59.1</w:t>
            </w:r>
          </w:p>
        </w:tc>
        <w:tc>
          <w:tcPr>
            <w:tcW w:w="721" w:type="dxa"/>
            <w:noWrap/>
            <w:hideMark/>
          </w:tcPr>
          <w:p w14:paraId="4F908C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22.7</w:t>
            </w:r>
          </w:p>
        </w:tc>
        <w:tc>
          <w:tcPr>
            <w:tcW w:w="674" w:type="dxa"/>
            <w:noWrap/>
            <w:hideMark/>
          </w:tcPr>
          <w:p w14:paraId="77617C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694" w:type="dxa"/>
            <w:noWrap/>
            <w:hideMark/>
          </w:tcPr>
          <w:p w14:paraId="71F5AB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8AF4D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13.6</w:t>
            </w:r>
          </w:p>
        </w:tc>
        <w:tc>
          <w:tcPr>
            <w:tcW w:w="909" w:type="dxa"/>
            <w:noWrap/>
            <w:hideMark/>
          </w:tcPr>
          <w:p w14:paraId="784155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31.8</w:t>
            </w:r>
          </w:p>
        </w:tc>
        <w:tc>
          <w:tcPr>
            <w:tcW w:w="751" w:type="dxa"/>
            <w:noWrap/>
            <w:hideMark/>
          </w:tcPr>
          <w:p w14:paraId="7D80BF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22.7</w:t>
            </w:r>
          </w:p>
        </w:tc>
        <w:tc>
          <w:tcPr>
            <w:tcW w:w="1008" w:type="dxa"/>
            <w:noWrap/>
            <w:hideMark/>
          </w:tcPr>
          <w:p w14:paraId="4F3A33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6E2BB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33E4B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47F198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A6430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0B6B3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795399A" w14:textId="77777777" w:rsidTr="006750F2">
        <w:trPr>
          <w:trHeight w:val="280"/>
        </w:trPr>
        <w:tc>
          <w:tcPr>
            <w:tcW w:w="919" w:type="dxa"/>
            <w:noWrap/>
            <w:hideMark/>
          </w:tcPr>
          <w:p w14:paraId="5E70CF4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Pseudoclavibacter</w:t>
            </w:r>
          </w:p>
        </w:tc>
        <w:tc>
          <w:tcPr>
            <w:tcW w:w="852" w:type="dxa"/>
            <w:noWrap/>
            <w:hideMark/>
          </w:tcPr>
          <w:p w14:paraId="28CDAE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75AEB2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49F8A5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2F2FE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F0A8E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2FF00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BCA53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C028B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8BB30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0522B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B5226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9ACCC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53152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403A11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ECD4A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49D74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52767F8" w14:textId="77777777" w:rsidTr="006750F2">
        <w:trPr>
          <w:trHeight w:val="280"/>
        </w:trPr>
        <w:tc>
          <w:tcPr>
            <w:tcW w:w="919" w:type="dxa"/>
            <w:noWrap/>
            <w:hideMark/>
          </w:tcPr>
          <w:p w14:paraId="12CF9DF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Pseudonocardia</w:t>
            </w:r>
          </w:p>
        </w:tc>
        <w:tc>
          <w:tcPr>
            <w:tcW w:w="852" w:type="dxa"/>
            <w:noWrap/>
            <w:hideMark/>
          </w:tcPr>
          <w:p w14:paraId="41ECD2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356648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w:t>
            </w:r>
          </w:p>
        </w:tc>
        <w:tc>
          <w:tcPr>
            <w:tcW w:w="768" w:type="dxa"/>
            <w:noWrap/>
            <w:hideMark/>
          </w:tcPr>
          <w:p w14:paraId="2FFF64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54.1</w:t>
            </w:r>
          </w:p>
        </w:tc>
        <w:tc>
          <w:tcPr>
            <w:tcW w:w="739" w:type="dxa"/>
            <w:noWrap/>
            <w:hideMark/>
          </w:tcPr>
          <w:p w14:paraId="73C13C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50.8</w:t>
            </w:r>
          </w:p>
        </w:tc>
        <w:tc>
          <w:tcPr>
            <w:tcW w:w="721" w:type="dxa"/>
            <w:noWrap/>
            <w:hideMark/>
          </w:tcPr>
          <w:p w14:paraId="572E8B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F9A34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9CF13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82E1D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C30AA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54.1</w:t>
            </w:r>
          </w:p>
        </w:tc>
        <w:tc>
          <w:tcPr>
            <w:tcW w:w="751" w:type="dxa"/>
            <w:noWrap/>
            <w:hideMark/>
          </w:tcPr>
          <w:p w14:paraId="421548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58FE6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C9A48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5E581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0A716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514FD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1542B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68A82C6" w14:textId="77777777" w:rsidTr="006750F2">
        <w:trPr>
          <w:trHeight w:val="280"/>
        </w:trPr>
        <w:tc>
          <w:tcPr>
            <w:tcW w:w="919" w:type="dxa"/>
            <w:noWrap/>
            <w:hideMark/>
          </w:tcPr>
          <w:p w14:paraId="23CC424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Rathayibacter</w:t>
            </w:r>
          </w:p>
        </w:tc>
        <w:tc>
          <w:tcPr>
            <w:tcW w:w="852" w:type="dxa"/>
            <w:noWrap/>
            <w:hideMark/>
          </w:tcPr>
          <w:p w14:paraId="6E1771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1459CE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768" w:type="dxa"/>
            <w:noWrap/>
            <w:hideMark/>
          </w:tcPr>
          <w:p w14:paraId="5460E3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13.8</w:t>
            </w:r>
          </w:p>
        </w:tc>
        <w:tc>
          <w:tcPr>
            <w:tcW w:w="739" w:type="dxa"/>
            <w:noWrap/>
            <w:hideMark/>
          </w:tcPr>
          <w:p w14:paraId="240E07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94F2A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D0B47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4D4EC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785C5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1F126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13.8</w:t>
            </w:r>
          </w:p>
        </w:tc>
        <w:tc>
          <w:tcPr>
            <w:tcW w:w="751" w:type="dxa"/>
            <w:noWrap/>
            <w:hideMark/>
          </w:tcPr>
          <w:p w14:paraId="6B4F78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2CCDF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89962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F67ED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11525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354B5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3C779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C81E926" w14:textId="77777777" w:rsidTr="006750F2">
        <w:trPr>
          <w:trHeight w:val="280"/>
        </w:trPr>
        <w:tc>
          <w:tcPr>
            <w:tcW w:w="919" w:type="dxa"/>
            <w:noWrap/>
            <w:hideMark/>
          </w:tcPr>
          <w:p w14:paraId="0AC7AB8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Rhodococcus</w:t>
            </w:r>
          </w:p>
        </w:tc>
        <w:tc>
          <w:tcPr>
            <w:tcW w:w="852" w:type="dxa"/>
            <w:noWrap/>
            <w:hideMark/>
          </w:tcPr>
          <w:p w14:paraId="290C9D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63F5E1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144</w:t>
            </w:r>
          </w:p>
        </w:tc>
        <w:tc>
          <w:tcPr>
            <w:tcW w:w="768" w:type="dxa"/>
            <w:noWrap/>
            <w:hideMark/>
          </w:tcPr>
          <w:p w14:paraId="6AC84B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48.6</w:t>
            </w:r>
          </w:p>
        </w:tc>
        <w:tc>
          <w:tcPr>
            <w:tcW w:w="739" w:type="dxa"/>
            <w:noWrap/>
            <w:hideMark/>
          </w:tcPr>
          <w:p w14:paraId="210CFB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49.3</w:t>
            </w:r>
          </w:p>
        </w:tc>
        <w:tc>
          <w:tcPr>
            <w:tcW w:w="721" w:type="dxa"/>
            <w:noWrap/>
            <w:hideMark/>
          </w:tcPr>
          <w:p w14:paraId="0A2899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w:t>
            </w:r>
          </w:p>
        </w:tc>
        <w:tc>
          <w:tcPr>
            <w:tcW w:w="674" w:type="dxa"/>
            <w:noWrap/>
            <w:hideMark/>
          </w:tcPr>
          <w:p w14:paraId="529E08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3BEBC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7478A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E8A1E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48.6</w:t>
            </w:r>
          </w:p>
        </w:tc>
        <w:tc>
          <w:tcPr>
            <w:tcW w:w="751" w:type="dxa"/>
            <w:noWrap/>
            <w:hideMark/>
          </w:tcPr>
          <w:p w14:paraId="03CF54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w:t>
            </w:r>
          </w:p>
        </w:tc>
        <w:tc>
          <w:tcPr>
            <w:tcW w:w="1008" w:type="dxa"/>
            <w:noWrap/>
            <w:hideMark/>
          </w:tcPr>
          <w:p w14:paraId="43F856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91430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69D23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556BF6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9E357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19A6E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6F32767" w14:textId="77777777" w:rsidTr="006750F2">
        <w:trPr>
          <w:trHeight w:val="280"/>
        </w:trPr>
        <w:tc>
          <w:tcPr>
            <w:tcW w:w="919" w:type="dxa"/>
            <w:noWrap/>
            <w:hideMark/>
          </w:tcPr>
          <w:p w14:paraId="4EDA3C1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Rhodoglobus</w:t>
            </w:r>
          </w:p>
        </w:tc>
        <w:tc>
          <w:tcPr>
            <w:tcW w:w="852" w:type="dxa"/>
            <w:noWrap/>
            <w:hideMark/>
          </w:tcPr>
          <w:p w14:paraId="2540C7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413ED8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768" w:type="dxa"/>
            <w:noWrap/>
            <w:hideMark/>
          </w:tcPr>
          <w:p w14:paraId="230C05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w:t>
            </w:r>
          </w:p>
        </w:tc>
        <w:tc>
          <w:tcPr>
            <w:tcW w:w="739" w:type="dxa"/>
            <w:noWrap/>
            <w:hideMark/>
          </w:tcPr>
          <w:p w14:paraId="1F491F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w:t>
            </w:r>
          </w:p>
        </w:tc>
        <w:tc>
          <w:tcPr>
            <w:tcW w:w="721" w:type="dxa"/>
            <w:noWrap/>
            <w:hideMark/>
          </w:tcPr>
          <w:p w14:paraId="535826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w:t>
            </w:r>
          </w:p>
        </w:tc>
        <w:tc>
          <w:tcPr>
            <w:tcW w:w="674" w:type="dxa"/>
            <w:noWrap/>
            <w:hideMark/>
          </w:tcPr>
          <w:p w14:paraId="77C7AF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2B76F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230EB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9C121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w:t>
            </w:r>
          </w:p>
        </w:tc>
        <w:tc>
          <w:tcPr>
            <w:tcW w:w="751" w:type="dxa"/>
            <w:noWrap/>
            <w:hideMark/>
          </w:tcPr>
          <w:p w14:paraId="013C79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w:t>
            </w:r>
          </w:p>
        </w:tc>
        <w:tc>
          <w:tcPr>
            <w:tcW w:w="1008" w:type="dxa"/>
            <w:noWrap/>
            <w:hideMark/>
          </w:tcPr>
          <w:p w14:paraId="0807F4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4292F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B0FEB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CD00C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747FF7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C5153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44E5E9E" w14:textId="77777777" w:rsidTr="006750F2">
        <w:trPr>
          <w:trHeight w:val="280"/>
        </w:trPr>
        <w:tc>
          <w:tcPr>
            <w:tcW w:w="919" w:type="dxa"/>
            <w:noWrap/>
            <w:hideMark/>
          </w:tcPr>
          <w:p w14:paraId="393B3E9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Rhodoluna</w:t>
            </w:r>
          </w:p>
        </w:tc>
        <w:tc>
          <w:tcPr>
            <w:tcW w:w="852" w:type="dxa"/>
            <w:noWrap/>
            <w:hideMark/>
          </w:tcPr>
          <w:p w14:paraId="30DDB6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44A564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68" w:type="dxa"/>
            <w:noWrap/>
            <w:hideMark/>
          </w:tcPr>
          <w:p w14:paraId="181FBF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50A6A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B9FED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15794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7D96F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BA5DA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4C364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6F3AF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DA0F7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34C6A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5AAC2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2EF86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A0086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13C60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5C12EF7" w14:textId="77777777" w:rsidTr="006750F2">
        <w:trPr>
          <w:trHeight w:val="280"/>
        </w:trPr>
        <w:tc>
          <w:tcPr>
            <w:tcW w:w="919" w:type="dxa"/>
            <w:noWrap/>
            <w:hideMark/>
          </w:tcPr>
          <w:p w14:paraId="2D90D0F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Rothia</w:t>
            </w:r>
          </w:p>
        </w:tc>
        <w:tc>
          <w:tcPr>
            <w:tcW w:w="852" w:type="dxa"/>
            <w:noWrap/>
            <w:hideMark/>
          </w:tcPr>
          <w:p w14:paraId="27ADF1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5708E8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49</w:t>
            </w:r>
          </w:p>
        </w:tc>
        <w:tc>
          <w:tcPr>
            <w:tcW w:w="768" w:type="dxa"/>
            <w:noWrap/>
            <w:hideMark/>
          </w:tcPr>
          <w:p w14:paraId="0BD0B6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0F693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79.6</w:t>
            </w:r>
          </w:p>
        </w:tc>
        <w:tc>
          <w:tcPr>
            <w:tcW w:w="721" w:type="dxa"/>
            <w:noWrap/>
            <w:hideMark/>
          </w:tcPr>
          <w:p w14:paraId="6E85CC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34.7</w:t>
            </w:r>
          </w:p>
        </w:tc>
        <w:tc>
          <w:tcPr>
            <w:tcW w:w="674" w:type="dxa"/>
            <w:noWrap/>
            <w:hideMark/>
          </w:tcPr>
          <w:p w14:paraId="1E108C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BF96A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A861D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616F6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9EE77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34.7</w:t>
            </w:r>
          </w:p>
        </w:tc>
        <w:tc>
          <w:tcPr>
            <w:tcW w:w="1008" w:type="dxa"/>
            <w:noWrap/>
            <w:hideMark/>
          </w:tcPr>
          <w:p w14:paraId="7C7BDB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36940E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8FE78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56D6B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51B940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AF074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58BD09B" w14:textId="77777777" w:rsidTr="006750F2">
        <w:trPr>
          <w:trHeight w:val="280"/>
        </w:trPr>
        <w:tc>
          <w:tcPr>
            <w:tcW w:w="919" w:type="dxa"/>
            <w:noWrap/>
            <w:hideMark/>
          </w:tcPr>
          <w:p w14:paraId="5F336EE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Saccharomonospora</w:t>
            </w:r>
          </w:p>
        </w:tc>
        <w:tc>
          <w:tcPr>
            <w:tcW w:w="852" w:type="dxa"/>
            <w:noWrap/>
            <w:hideMark/>
          </w:tcPr>
          <w:p w14:paraId="533378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78B3EF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2A09FA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739" w:type="dxa"/>
            <w:noWrap/>
            <w:hideMark/>
          </w:tcPr>
          <w:p w14:paraId="5BD423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42.9</w:t>
            </w:r>
          </w:p>
        </w:tc>
        <w:tc>
          <w:tcPr>
            <w:tcW w:w="721" w:type="dxa"/>
            <w:noWrap/>
            <w:hideMark/>
          </w:tcPr>
          <w:p w14:paraId="7463DD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6406F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11057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AF087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8852B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751" w:type="dxa"/>
            <w:noWrap/>
            <w:hideMark/>
          </w:tcPr>
          <w:p w14:paraId="77DA74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2A3CD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11358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E38D7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75A70E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4E2BF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9C63F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605DA28C" w14:textId="77777777" w:rsidTr="006750F2">
        <w:trPr>
          <w:trHeight w:val="280"/>
        </w:trPr>
        <w:tc>
          <w:tcPr>
            <w:tcW w:w="919" w:type="dxa"/>
            <w:noWrap/>
            <w:hideMark/>
          </w:tcPr>
          <w:p w14:paraId="4FCE984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Saccharopolyspora</w:t>
            </w:r>
          </w:p>
        </w:tc>
        <w:tc>
          <w:tcPr>
            <w:tcW w:w="852" w:type="dxa"/>
            <w:noWrap/>
            <w:hideMark/>
          </w:tcPr>
          <w:p w14:paraId="43B5EB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352821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768" w:type="dxa"/>
            <w:noWrap/>
            <w:hideMark/>
          </w:tcPr>
          <w:p w14:paraId="5FACA0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57.1</w:t>
            </w:r>
          </w:p>
        </w:tc>
        <w:tc>
          <w:tcPr>
            <w:tcW w:w="739" w:type="dxa"/>
            <w:noWrap/>
            <w:hideMark/>
          </w:tcPr>
          <w:p w14:paraId="7C8EAF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51.4</w:t>
            </w:r>
          </w:p>
        </w:tc>
        <w:tc>
          <w:tcPr>
            <w:tcW w:w="721" w:type="dxa"/>
            <w:noWrap/>
            <w:hideMark/>
          </w:tcPr>
          <w:p w14:paraId="08EC88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54F57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FDEA4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B603C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5FA97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57.1</w:t>
            </w:r>
          </w:p>
        </w:tc>
        <w:tc>
          <w:tcPr>
            <w:tcW w:w="751" w:type="dxa"/>
            <w:noWrap/>
            <w:hideMark/>
          </w:tcPr>
          <w:p w14:paraId="09A375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ED059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9F397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1086B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0B01E8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32EA8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013BD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0AFED32" w14:textId="77777777" w:rsidTr="006750F2">
        <w:trPr>
          <w:trHeight w:val="280"/>
        </w:trPr>
        <w:tc>
          <w:tcPr>
            <w:tcW w:w="919" w:type="dxa"/>
            <w:noWrap/>
            <w:hideMark/>
          </w:tcPr>
          <w:p w14:paraId="0331BA6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Serinicoccus</w:t>
            </w:r>
          </w:p>
        </w:tc>
        <w:tc>
          <w:tcPr>
            <w:tcW w:w="852" w:type="dxa"/>
            <w:noWrap/>
            <w:hideMark/>
          </w:tcPr>
          <w:p w14:paraId="25C846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0F4665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1AAB73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E83A9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71.4</w:t>
            </w:r>
          </w:p>
        </w:tc>
        <w:tc>
          <w:tcPr>
            <w:tcW w:w="721" w:type="dxa"/>
            <w:noWrap/>
            <w:hideMark/>
          </w:tcPr>
          <w:p w14:paraId="5C11E6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78.6</w:t>
            </w:r>
          </w:p>
        </w:tc>
        <w:tc>
          <w:tcPr>
            <w:tcW w:w="674" w:type="dxa"/>
            <w:noWrap/>
            <w:hideMark/>
          </w:tcPr>
          <w:p w14:paraId="35C6CE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6DC65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029EF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3DEF3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B3677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78.6</w:t>
            </w:r>
          </w:p>
        </w:tc>
        <w:tc>
          <w:tcPr>
            <w:tcW w:w="1008" w:type="dxa"/>
            <w:noWrap/>
            <w:hideMark/>
          </w:tcPr>
          <w:p w14:paraId="239A2D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6CD122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E36CA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6F40A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5B4F65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0087C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1889932" w14:textId="77777777" w:rsidTr="006750F2">
        <w:trPr>
          <w:trHeight w:val="280"/>
        </w:trPr>
        <w:tc>
          <w:tcPr>
            <w:tcW w:w="919" w:type="dxa"/>
            <w:noWrap/>
            <w:hideMark/>
          </w:tcPr>
          <w:p w14:paraId="682B779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Sinomonas</w:t>
            </w:r>
          </w:p>
        </w:tc>
        <w:tc>
          <w:tcPr>
            <w:tcW w:w="852" w:type="dxa"/>
            <w:noWrap/>
            <w:hideMark/>
          </w:tcPr>
          <w:p w14:paraId="6697F9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6F516A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215DCA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37.5</w:t>
            </w:r>
          </w:p>
        </w:tc>
        <w:tc>
          <w:tcPr>
            <w:tcW w:w="739" w:type="dxa"/>
            <w:noWrap/>
            <w:hideMark/>
          </w:tcPr>
          <w:p w14:paraId="262CFF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68.8</w:t>
            </w:r>
          </w:p>
        </w:tc>
        <w:tc>
          <w:tcPr>
            <w:tcW w:w="721" w:type="dxa"/>
            <w:noWrap/>
            <w:hideMark/>
          </w:tcPr>
          <w:p w14:paraId="27654E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62.5</w:t>
            </w:r>
          </w:p>
        </w:tc>
        <w:tc>
          <w:tcPr>
            <w:tcW w:w="674" w:type="dxa"/>
            <w:noWrap/>
            <w:hideMark/>
          </w:tcPr>
          <w:p w14:paraId="7488EE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44332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0FDAC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EC663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37.5</w:t>
            </w:r>
          </w:p>
        </w:tc>
        <w:tc>
          <w:tcPr>
            <w:tcW w:w="751" w:type="dxa"/>
            <w:noWrap/>
            <w:hideMark/>
          </w:tcPr>
          <w:p w14:paraId="1BF72F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62.5</w:t>
            </w:r>
          </w:p>
        </w:tc>
        <w:tc>
          <w:tcPr>
            <w:tcW w:w="1008" w:type="dxa"/>
            <w:noWrap/>
            <w:hideMark/>
          </w:tcPr>
          <w:p w14:paraId="74F11F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151E6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E0CA7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6946C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700EB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969F9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AEF6718" w14:textId="77777777" w:rsidTr="006750F2">
        <w:trPr>
          <w:trHeight w:val="280"/>
        </w:trPr>
        <w:tc>
          <w:tcPr>
            <w:tcW w:w="919" w:type="dxa"/>
            <w:noWrap/>
            <w:hideMark/>
          </w:tcPr>
          <w:p w14:paraId="506A044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Specibacter</w:t>
            </w:r>
          </w:p>
        </w:tc>
        <w:tc>
          <w:tcPr>
            <w:tcW w:w="852" w:type="dxa"/>
            <w:noWrap/>
            <w:hideMark/>
          </w:tcPr>
          <w:p w14:paraId="0E3408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7D4303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768" w:type="dxa"/>
            <w:noWrap/>
            <w:hideMark/>
          </w:tcPr>
          <w:p w14:paraId="0EF013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739" w:type="dxa"/>
            <w:noWrap/>
            <w:hideMark/>
          </w:tcPr>
          <w:p w14:paraId="2B2FD7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721" w:type="dxa"/>
            <w:noWrap/>
            <w:hideMark/>
          </w:tcPr>
          <w:p w14:paraId="656542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67.9</w:t>
            </w:r>
          </w:p>
        </w:tc>
        <w:tc>
          <w:tcPr>
            <w:tcW w:w="674" w:type="dxa"/>
            <w:noWrap/>
            <w:hideMark/>
          </w:tcPr>
          <w:p w14:paraId="78BCD7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F9B50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476AC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7C650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751" w:type="dxa"/>
            <w:noWrap/>
            <w:hideMark/>
          </w:tcPr>
          <w:p w14:paraId="6E1E34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67.9</w:t>
            </w:r>
          </w:p>
        </w:tc>
        <w:tc>
          <w:tcPr>
            <w:tcW w:w="1008" w:type="dxa"/>
            <w:noWrap/>
            <w:hideMark/>
          </w:tcPr>
          <w:p w14:paraId="17C4B7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0D2E7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61A73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1FC194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060AA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77B94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D463C32" w14:textId="77777777" w:rsidTr="006750F2">
        <w:trPr>
          <w:trHeight w:val="280"/>
        </w:trPr>
        <w:tc>
          <w:tcPr>
            <w:tcW w:w="919" w:type="dxa"/>
            <w:noWrap/>
            <w:hideMark/>
          </w:tcPr>
          <w:p w14:paraId="2D52F62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Sphaerisporangium</w:t>
            </w:r>
          </w:p>
        </w:tc>
        <w:tc>
          <w:tcPr>
            <w:tcW w:w="852" w:type="dxa"/>
            <w:noWrap/>
            <w:hideMark/>
          </w:tcPr>
          <w:p w14:paraId="62B95E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7C5FC1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008709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35.7</w:t>
            </w:r>
          </w:p>
        </w:tc>
        <w:tc>
          <w:tcPr>
            <w:tcW w:w="739" w:type="dxa"/>
            <w:noWrap/>
            <w:hideMark/>
          </w:tcPr>
          <w:p w14:paraId="5793AA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21" w:type="dxa"/>
            <w:noWrap/>
            <w:hideMark/>
          </w:tcPr>
          <w:p w14:paraId="56FFCF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ED019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068D6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0EB7A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4C056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35.7</w:t>
            </w:r>
          </w:p>
        </w:tc>
        <w:tc>
          <w:tcPr>
            <w:tcW w:w="751" w:type="dxa"/>
            <w:noWrap/>
            <w:hideMark/>
          </w:tcPr>
          <w:p w14:paraId="11C1B7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FA39A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25B26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DD31F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776685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311F1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26A26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9309379" w14:textId="77777777" w:rsidTr="006750F2">
        <w:trPr>
          <w:trHeight w:val="280"/>
        </w:trPr>
        <w:tc>
          <w:tcPr>
            <w:tcW w:w="919" w:type="dxa"/>
            <w:noWrap/>
            <w:hideMark/>
          </w:tcPr>
          <w:p w14:paraId="1A80337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Spirillospora</w:t>
            </w:r>
          </w:p>
        </w:tc>
        <w:tc>
          <w:tcPr>
            <w:tcW w:w="852" w:type="dxa"/>
            <w:noWrap/>
            <w:hideMark/>
          </w:tcPr>
          <w:p w14:paraId="434231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5D6DC4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768" w:type="dxa"/>
            <w:noWrap/>
            <w:hideMark/>
          </w:tcPr>
          <w:p w14:paraId="570A41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51.9</w:t>
            </w:r>
          </w:p>
        </w:tc>
        <w:tc>
          <w:tcPr>
            <w:tcW w:w="739" w:type="dxa"/>
            <w:noWrap/>
            <w:hideMark/>
          </w:tcPr>
          <w:p w14:paraId="3F7B68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76.6</w:t>
            </w:r>
          </w:p>
        </w:tc>
        <w:tc>
          <w:tcPr>
            <w:tcW w:w="721" w:type="dxa"/>
            <w:noWrap/>
            <w:hideMark/>
          </w:tcPr>
          <w:p w14:paraId="7C65DC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674" w:type="dxa"/>
            <w:noWrap/>
            <w:hideMark/>
          </w:tcPr>
          <w:p w14:paraId="6ACEFC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1AC96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51F0B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30354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51.9</w:t>
            </w:r>
          </w:p>
        </w:tc>
        <w:tc>
          <w:tcPr>
            <w:tcW w:w="751" w:type="dxa"/>
            <w:noWrap/>
            <w:hideMark/>
          </w:tcPr>
          <w:p w14:paraId="71DB5B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1008" w:type="dxa"/>
            <w:noWrap/>
            <w:hideMark/>
          </w:tcPr>
          <w:p w14:paraId="075BE1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AD9F1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60E10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2496E9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C82D7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28667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8AB970F" w14:textId="77777777" w:rsidTr="006750F2">
        <w:trPr>
          <w:trHeight w:val="280"/>
        </w:trPr>
        <w:tc>
          <w:tcPr>
            <w:tcW w:w="919" w:type="dxa"/>
            <w:noWrap/>
            <w:hideMark/>
          </w:tcPr>
          <w:p w14:paraId="27963AF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Streptacidiphilus</w:t>
            </w:r>
          </w:p>
        </w:tc>
        <w:tc>
          <w:tcPr>
            <w:tcW w:w="852" w:type="dxa"/>
            <w:noWrap/>
            <w:hideMark/>
          </w:tcPr>
          <w:p w14:paraId="495FC2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79B8AD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3CD9DD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39" w:type="dxa"/>
            <w:noWrap/>
            <w:hideMark/>
          </w:tcPr>
          <w:p w14:paraId="0D1B7A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13.3</w:t>
            </w:r>
          </w:p>
        </w:tc>
        <w:tc>
          <w:tcPr>
            <w:tcW w:w="721" w:type="dxa"/>
            <w:noWrap/>
            <w:hideMark/>
          </w:tcPr>
          <w:p w14:paraId="724831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6A51B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72FE1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2DC5A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A7B2F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51" w:type="dxa"/>
            <w:noWrap/>
            <w:hideMark/>
          </w:tcPr>
          <w:p w14:paraId="62D0CD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F6659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486F0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7CA52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47CB64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0E982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9359B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1E8466D" w14:textId="77777777" w:rsidTr="006750F2">
        <w:trPr>
          <w:trHeight w:val="280"/>
        </w:trPr>
        <w:tc>
          <w:tcPr>
            <w:tcW w:w="919" w:type="dxa"/>
            <w:noWrap/>
            <w:hideMark/>
          </w:tcPr>
          <w:p w14:paraId="09CEEAB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Streptantibioticus</w:t>
            </w:r>
          </w:p>
        </w:tc>
        <w:tc>
          <w:tcPr>
            <w:tcW w:w="852" w:type="dxa"/>
            <w:noWrap/>
            <w:hideMark/>
          </w:tcPr>
          <w:p w14:paraId="620E9D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65AE0A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60E7B7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39" w:type="dxa"/>
            <w:noWrap/>
            <w:hideMark/>
          </w:tcPr>
          <w:p w14:paraId="3467D5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21" w:type="dxa"/>
            <w:noWrap/>
            <w:hideMark/>
          </w:tcPr>
          <w:p w14:paraId="0E8501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F96EF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C7697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C97F0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BFF50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51" w:type="dxa"/>
            <w:noWrap/>
            <w:hideMark/>
          </w:tcPr>
          <w:p w14:paraId="2CAE1A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E35A1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A75E5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7EBFC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34FB3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3B278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0D4E1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93AB9AA" w14:textId="77777777" w:rsidTr="006750F2">
        <w:trPr>
          <w:trHeight w:val="280"/>
        </w:trPr>
        <w:tc>
          <w:tcPr>
            <w:tcW w:w="919" w:type="dxa"/>
            <w:noWrap/>
            <w:hideMark/>
          </w:tcPr>
          <w:p w14:paraId="06E2973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Streptomyces</w:t>
            </w:r>
          </w:p>
        </w:tc>
        <w:tc>
          <w:tcPr>
            <w:tcW w:w="852" w:type="dxa"/>
            <w:noWrap/>
            <w:hideMark/>
          </w:tcPr>
          <w:p w14:paraId="3DD00E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71B984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1299</w:t>
            </w:r>
          </w:p>
        </w:tc>
        <w:tc>
          <w:tcPr>
            <w:tcW w:w="768" w:type="dxa"/>
            <w:noWrap/>
            <w:hideMark/>
          </w:tcPr>
          <w:p w14:paraId="752BCD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43.1</w:t>
            </w:r>
          </w:p>
        </w:tc>
        <w:tc>
          <w:tcPr>
            <w:tcW w:w="739" w:type="dxa"/>
            <w:noWrap/>
            <w:hideMark/>
          </w:tcPr>
          <w:p w14:paraId="2C8913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34.7</w:t>
            </w:r>
          </w:p>
        </w:tc>
        <w:tc>
          <w:tcPr>
            <w:tcW w:w="721" w:type="dxa"/>
            <w:noWrap/>
            <w:hideMark/>
          </w:tcPr>
          <w:p w14:paraId="21C124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0.2</w:t>
            </w:r>
          </w:p>
        </w:tc>
        <w:tc>
          <w:tcPr>
            <w:tcW w:w="674" w:type="dxa"/>
            <w:noWrap/>
            <w:hideMark/>
          </w:tcPr>
          <w:p w14:paraId="099E65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C9A51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724EE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ED383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43.1</w:t>
            </w:r>
          </w:p>
        </w:tc>
        <w:tc>
          <w:tcPr>
            <w:tcW w:w="751" w:type="dxa"/>
            <w:noWrap/>
            <w:hideMark/>
          </w:tcPr>
          <w:p w14:paraId="635C55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0.2</w:t>
            </w:r>
          </w:p>
        </w:tc>
        <w:tc>
          <w:tcPr>
            <w:tcW w:w="1008" w:type="dxa"/>
            <w:noWrap/>
            <w:hideMark/>
          </w:tcPr>
          <w:p w14:paraId="684234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EDC93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F231E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015F5B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424DEB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25CB2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4292208" w14:textId="77777777" w:rsidTr="006750F2">
        <w:trPr>
          <w:trHeight w:val="280"/>
        </w:trPr>
        <w:tc>
          <w:tcPr>
            <w:tcW w:w="919" w:type="dxa"/>
            <w:noWrap/>
            <w:hideMark/>
          </w:tcPr>
          <w:p w14:paraId="5CF1A4E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Streptosporangium</w:t>
            </w:r>
          </w:p>
        </w:tc>
        <w:tc>
          <w:tcPr>
            <w:tcW w:w="852" w:type="dxa"/>
            <w:noWrap/>
            <w:hideMark/>
          </w:tcPr>
          <w:p w14:paraId="3D50B6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5C73FC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68AC45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39" w:type="dxa"/>
            <w:noWrap/>
            <w:hideMark/>
          </w:tcPr>
          <w:p w14:paraId="33E4B4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721" w:type="dxa"/>
            <w:noWrap/>
            <w:hideMark/>
          </w:tcPr>
          <w:p w14:paraId="67E568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46.7</w:t>
            </w:r>
          </w:p>
        </w:tc>
        <w:tc>
          <w:tcPr>
            <w:tcW w:w="674" w:type="dxa"/>
            <w:noWrap/>
            <w:hideMark/>
          </w:tcPr>
          <w:p w14:paraId="66ECAC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0A1AE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59EC1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664B0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51" w:type="dxa"/>
            <w:noWrap/>
            <w:hideMark/>
          </w:tcPr>
          <w:p w14:paraId="3FE2C5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46.7</w:t>
            </w:r>
          </w:p>
        </w:tc>
        <w:tc>
          <w:tcPr>
            <w:tcW w:w="1008" w:type="dxa"/>
            <w:noWrap/>
            <w:hideMark/>
          </w:tcPr>
          <w:p w14:paraId="79BE27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EF54F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3E53B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3C1FB8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7FDCE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EE00B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9844B9E" w14:textId="77777777" w:rsidTr="006750F2">
        <w:trPr>
          <w:trHeight w:val="280"/>
        </w:trPr>
        <w:tc>
          <w:tcPr>
            <w:tcW w:w="919" w:type="dxa"/>
            <w:noWrap/>
            <w:hideMark/>
          </w:tcPr>
          <w:p w14:paraId="390B4AA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Subtercola</w:t>
            </w:r>
          </w:p>
        </w:tc>
        <w:tc>
          <w:tcPr>
            <w:tcW w:w="852" w:type="dxa"/>
            <w:noWrap/>
            <w:hideMark/>
          </w:tcPr>
          <w:p w14:paraId="013B8F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64FF1E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2A4EF9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21.4</w:t>
            </w:r>
          </w:p>
        </w:tc>
        <w:tc>
          <w:tcPr>
            <w:tcW w:w="739" w:type="dxa"/>
            <w:noWrap/>
            <w:hideMark/>
          </w:tcPr>
          <w:p w14:paraId="32BE99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51C22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35610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7BA2C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C5AA3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C4B5E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21.4</w:t>
            </w:r>
          </w:p>
        </w:tc>
        <w:tc>
          <w:tcPr>
            <w:tcW w:w="751" w:type="dxa"/>
            <w:noWrap/>
            <w:hideMark/>
          </w:tcPr>
          <w:p w14:paraId="426F32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EF165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DC4CD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20B29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154E8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417AA4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8FCE9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9CE092C" w14:textId="77777777" w:rsidTr="006750F2">
        <w:trPr>
          <w:trHeight w:val="280"/>
        </w:trPr>
        <w:tc>
          <w:tcPr>
            <w:tcW w:w="919" w:type="dxa"/>
            <w:noWrap/>
            <w:hideMark/>
          </w:tcPr>
          <w:p w14:paraId="2355CE5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Terrabacter</w:t>
            </w:r>
          </w:p>
        </w:tc>
        <w:tc>
          <w:tcPr>
            <w:tcW w:w="852" w:type="dxa"/>
            <w:noWrap/>
            <w:hideMark/>
          </w:tcPr>
          <w:p w14:paraId="2DD955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05BFE7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2E3298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39" w:type="dxa"/>
            <w:noWrap/>
            <w:hideMark/>
          </w:tcPr>
          <w:p w14:paraId="66188D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56F381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6B704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64337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BA5DA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4CD9B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51" w:type="dxa"/>
            <w:noWrap/>
            <w:hideMark/>
          </w:tcPr>
          <w:p w14:paraId="1EDF0D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E167F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02390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F5EF9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19A4AC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D80C8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09D9E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1B0494B" w14:textId="77777777" w:rsidTr="006750F2">
        <w:trPr>
          <w:trHeight w:val="280"/>
        </w:trPr>
        <w:tc>
          <w:tcPr>
            <w:tcW w:w="919" w:type="dxa"/>
            <w:noWrap/>
            <w:hideMark/>
          </w:tcPr>
          <w:p w14:paraId="6042AEB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Tsukamurella</w:t>
            </w:r>
          </w:p>
        </w:tc>
        <w:tc>
          <w:tcPr>
            <w:tcW w:w="852" w:type="dxa"/>
            <w:noWrap/>
            <w:hideMark/>
          </w:tcPr>
          <w:p w14:paraId="79361C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2BE833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0606CF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739" w:type="dxa"/>
            <w:noWrap/>
            <w:hideMark/>
          </w:tcPr>
          <w:p w14:paraId="4E6279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2EE5A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D0C92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6582D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FD217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9ED3E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751" w:type="dxa"/>
            <w:noWrap/>
            <w:hideMark/>
          </w:tcPr>
          <w:p w14:paraId="3D7F1A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029A0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80251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BFA2E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7E2E3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2640EA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37B71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1640A73" w14:textId="77777777" w:rsidTr="006750F2">
        <w:trPr>
          <w:trHeight w:val="280"/>
        </w:trPr>
        <w:tc>
          <w:tcPr>
            <w:tcW w:w="919" w:type="dxa"/>
            <w:noWrap/>
            <w:hideMark/>
          </w:tcPr>
          <w:p w14:paraId="72F8AC9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UBA10649</w:t>
            </w:r>
          </w:p>
        </w:tc>
        <w:tc>
          <w:tcPr>
            <w:tcW w:w="852" w:type="dxa"/>
            <w:noWrap/>
            <w:hideMark/>
          </w:tcPr>
          <w:p w14:paraId="49012D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4D3058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52B624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09E7F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63.6</w:t>
            </w:r>
          </w:p>
        </w:tc>
        <w:tc>
          <w:tcPr>
            <w:tcW w:w="721" w:type="dxa"/>
            <w:noWrap/>
            <w:hideMark/>
          </w:tcPr>
          <w:p w14:paraId="4B92BD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770F7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3C4E6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3BC7A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0A4AD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8AE7A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8AA1F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617EE8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CA733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57D0A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8F5EA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D2F79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495EA8F" w14:textId="77777777" w:rsidTr="006750F2">
        <w:trPr>
          <w:trHeight w:val="280"/>
        </w:trPr>
        <w:tc>
          <w:tcPr>
            <w:tcW w:w="919" w:type="dxa"/>
            <w:noWrap/>
            <w:hideMark/>
          </w:tcPr>
          <w:p w14:paraId="25F1C9D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Williamsia</w:t>
            </w:r>
          </w:p>
        </w:tc>
        <w:tc>
          <w:tcPr>
            <w:tcW w:w="852" w:type="dxa"/>
            <w:noWrap/>
            <w:hideMark/>
          </w:tcPr>
          <w:p w14:paraId="47D87A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56EBA1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289036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38.1</w:t>
            </w:r>
          </w:p>
        </w:tc>
        <w:tc>
          <w:tcPr>
            <w:tcW w:w="739" w:type="dxa"/>
            <w:noWrap/>
            <w:hideMark/>
          </w:tcPr>
          <w:p w14:paraId="3F90D7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721" w:type="dxa"/>
            <w:noWrap/>
            <w:hideMark/>
          </w:tcPr>
          <w:p w14:paraId="32B22B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83342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178A3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C3809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CD48F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38.1</w:t>
            </w:r>
          </w:p>
        </w:tc>
        <w:tc>
          <w:tcPr>
            <w:tcW w:w="751" w:type="dxa"/>
            <w:noWrap/>
            <w:hideMark/>
          </w:tcPr>
          <w:p w14:paraId="419E13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87129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851D8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6EBD8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30D323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F08BD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D6B33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12AA738" w14:textId="77777777" w:rsidTr="006750F2">
        <w:trPr>
          <w:trHeight w:val="280"/>
        </w:trPr>
        <w:tc>
          <w:tcPr>
            <w:tcW w:w="919" w:type="dxa"/>
            <w:noWrap/>
            <w:hideMark/>
          </w:tcPr>
          <w:p w14:paraId="56543AC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Xylanimonas</w:t>
            </w:r>
          </w:p>
        </w:tc>
        <w:tc>
          <w:tcPr>
            <w:tcW w:w="852" w:type="dxa"/>
            <w:noWrap/>
            <w:hideMark/>
          </w:tcPr>
          <w:p w14:paraId="7860B5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Actinomycetes</w:t>
            </w:r>
          </w:p>
        </w:tc>
        <w:tc>
          <w:tcPr>
            <w:tcW w:w="513" w:type="dxa"/>
            <w:noWrap/>
            <w:hideMark/>
          </w:tcPr>
          <w:p w14:paraId="312FE4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1557D4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39" w:type="dxa"/>
            <w:noWrap/>
            <w:hideMark/>
          </w:tcPr>
          <w:p w14:paraId="656F70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21" w:type="dxa"/>
            <w:noWrap/>
            <w:hideMark/>
          </w:tcPr>
          <w:p w14:paraId="7F42C1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674" w:type="dxa"/>
            <w:noWrap/>
            <w:hideMark/>
          </w:tcPr>
          <w:p w14:paraId="3F0A8E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3014F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46217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22E21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51" w:type="dxa"/>
            <w:noWrap/>
            <w:hideMark/>
          </w:tcPr>
          <w:p w14:paraId="2EBB10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1008" w:type="dxa"/>
            <w:noWrap/>
            <w:hideMark/>
          </w:tcPr>
          <w:p w14:paraId="597FE8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B0C3A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F370F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E50DD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F5C82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B1149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E117DD2" w14:textId="77777777" w:rsidTr="006750F2">
        <w:trPr>
          <w:trHeight w:val="280"/>
        </w:trPr>
        <w:tc>
          <w:tcPr>
            <w:tcW w:w="919" w:type="dxa"/>
            <w:noWrap/>
            <w:hideMark/>
          </w:tcPr>
          <w:p w14:paraId="1C5DF2D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28-YEA-48</w:t>
            </w:r>
          </w:p>
        </w:tc>
        <w:tc>
          <w:tcPr>
            <w:tcW w:w="852" w:type="dxa"/>
            <w:noWrap/>
            <w:hideMark/>
          </w:tcPr>
          <w:p w14:paraId="5B3A51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744B1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768" w:type="dxa"/>
            <w:noWrap/>
            <w:hideMark/>
          </w:tcPr>
          <w:p w14:paraId="5160EB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739" w:type="dxa"/>
            <w:noWrap/>
            <w:hideMark/>
          </w:tcPr>
          <w:p w14:paraId="0E3E1D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721" w:type="dxa"/>
            <w:noWrap/>
            <w:hideMark/>
          </w:tcPr>
          <w:p w14:paraId="000510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674" w:type="dxa"/>
            <w:noWrap/>
            <w:hideMark/>
          </w:tcPr>
          <w:p w14:paraId="5D54D1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9FFF2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B00EC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D87EA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751" w:type="dxa"/>
            <w:noWrap/>
            <w:hideMark/>
          </w:tcPr>
          <w:p w14:paraId="2229EB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1008" w:type="dxa"/>
            <w:noWrap/>
            <w:hideMark/>
          </w:tcPr>
          <w:p w14:paraId="3D4343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8848F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06F1E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1EF78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AFF8F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93840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646E183" w14:textId="77777777" w:rsidTr="006750F2">
        <w:trPr>
          <w:trHeight w:val="280"/>
        </w:trPr>
        <w:tc>
          <w:tcPr>
            <w:tcW w:w="919" w:type="dxa"/>
            <w:noWrap/>
            <w:hideMark/>
          </w:tcPr>
          <w:p w14:paraId="1014D34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51-20</w:t>
            </w:r>
          </w:p>
        </w:tc>
        <w:tc>
          <w:tcPr>
            <w:tcW w:w="852" w:type="dxa"/>
            <w:noWrap/>
            <w:hideMark/>
          </w:tcPr>
          <w:p w14:paraId="09F949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B7307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46F68C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B7A40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C0796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A22D0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49A37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B4A57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DFB7C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3F252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24E0A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6ED3F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6B763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480DA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E3A21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711F0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BD4E70F" w14:textId="77777777" w:rsidTr="006750F2">
        <w:trPr>
          <w:trHeight w:val="280"/>
        </w:trPr>
        <w:tc>
          <w:tcPr>
            <w:tcW w:w="919" w:type="dxa"/>
            <w:noWrap/>
            <w:hideMark/>
          </w:tcPr>
          <w:p w14:paraId="58463B9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AG-337-I02</w:t>
            </w:r>
          </w:p>
        </w:tc>
        <w:tc>
          <w:tcPr>
            <w:tcW w:w="852" w:type="dxa"/>
            <w:noWrap/>
            <w:hideMark/>
          </w:tcPr>
          <w:p w14:paraId="196860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543F70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20D16E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D7FF8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721" w:type="dxa"/>
            <w:noWrap/>
            <w:hideMark/>
          </w:tcPr>
          <w:p w14:paraId="5159F4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674" w:type="dxa"/>
            <w:noWrap/>
            <w:hideMark/>
          </w:tcPr>
          <w:p w14:paraId="031571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8AF1F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14CC5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932D5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E2FEC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1008" w:type="dxa"/>
            <w:noWrap/>
            <w:hideMark/>
          </w:tcPr>
          <w:p w14:paraId="1F9119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1C793D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22B58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3F40E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44DA41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41CB1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6FC9123" w14:textId="77777777" w:rsidTr="006750F2">
        <w:trPr>
          <w:trHeight w:val="280"/>
        </w:trPr>
        <w:tc>
          <w:tcPr>
            <w:tcW w:w="919" w:type="dxa"/>
            <w:noWrap/>
            <w:hideMark/>
          </w:tcPr>
          <w:p w14:paraId="11B10D0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AG-422-B15</w:t>
            </w:r>
          </w:p>
        </w:tc>
        <w:tc>
          <w:tcPr>
            <w:tcW w:w="852" w:type="dxa"/>
            <w:noWrap/>
            <w:hideMark/>
          </w:tcPr>
          <w:p w14:paraId="504EAD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755FF2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7CDAC8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05503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86EB9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ACFAF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C87FF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85F7E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28F3A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BD3D3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86529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C050B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89B3C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661A3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AD12F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61E64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091A165" w14:textId="77777777" w:rsidTr="006750F2">
        <w:trPr>
          <w:trHeight w:val="280"/>
        </w:trPr>
        <w:tc>
          <w:tcPr>
            <w:tcW w:w="919" w:type="dxa"/>
            <w:noWrap/>
            <w:hideMark/>
          </w:tcPr>
          <w:p w14:paraId="4258A74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Acetobacter</w:t>
            </w:r>
          </w:p>
        </w:tc>
        <w:tc>
          <w:tcPr>
            <w:tcW w:w="852" w:type="dxa"/>
            <w:noWrap/>
            <w:hideMark/>
          </w:tcPr>
          <w:p w14:paraId="5E165E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1B3463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82</w:t>
            </w:r>
          </w:p>
        </w:tc>
        <w:tc>
          <w:tcPr>
            <w:tcW w:w="768" w:type="dxa"/>
            <w:noWrap/>
            <w:hideMark/>
          </w:tcPr>
          <w:p w14:paraId="43DB75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39</w:t>
            </w:r>
          </w:p>
        </w:tc>
        <w:tc>
          <w:tcPr>
            <w:tcW w:w="739" w:type="dxa"/>
            <w:noWrap/>
            <w:hideMark/>
          </w:tcPr>
          <w:p w14:paraId="5535D8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20.7</w:t>
            </w:r>
          </w:p>
        </w:tc>
        <w:tc>
          <w:tcPr>
            <w:tcW w:w="721" w:type="dxa"/>
            <w:noWrap/>
            <w:hideMark/>
          </w:tcPr>
          <w:p w14:paraId="0DC18B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50874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9.8</w:t>
            </w:r>
          </w:p>
        </w:tc>
        <w:tc>
          <w:tcPr>
            <w:tcW w:w="694" w:type="dxa"/>
            <w:noWrap/>
            <w:hideMark/>
          </w:tcPr>
          <w:p w14:paraId="40724F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C522C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77E6A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48.8</w:t>
            </w:r>
          </w:p>
        </w:tc>
        <w:tc>
          <w:tcPr>
            <w:tcW w:w="751" w:type="dxa"/>
            <w:noWrap/>
            <w:hideMark/>
          </w:tcPr>
          <w:p w14:paraId="47D9A5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3B876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6A76F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06E9C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5E75FF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FEA56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C07C1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DD3599D" w14:textId="77777777" w:rsidTr="006750F2">
        <w:trPr>
          <w:trHeight w:val="280"/>
        </w:trPr>
        <w:tc>
          <w:tcPr>
            <w:tcW w:w="919" w:type="dxa"/>
            <w:noWrap/>
            <w:hideMark/>
          </w:tcPr>
          <w:p w14:paraId="0DE9514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Acidiphilium</w:t>
            </w:r>
          </w:p>
        </w:tc>
        <w:tc>
          <w:tcPr>
            <w:tcW w:w="852" w:type="dxa"/>
            <w:noWrap/>
            <w:hideMark/>
          </w:tcPr>
          <w:p w14:paraId="4AE08D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23A241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22B29E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39" w:type="dxa"/>
            <w:noWrap/>
            <w:hideMark/>
          </w:tcPr>
          <w:p w14:paraId="397279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21" w:type="dxa"/>
            <w:noWrap/>
            <w:hideMark/>
          </w:tcPr>
          <w:p w14:paraId="77AEFF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F7F53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694" w:type="dxa"/>
            <w:noWrap/>
            <w:hideMark/>
          </w:tcPr>
          <w:p w14:paraId="22B661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9D4E9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80F80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751" w:type="dxa"/>
            <w:noWrap/>
            <w:hideMark/>
          </w:tcPr>
          <w:p w14:paraId="55CC87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27028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3D3B2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B73EF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19A5DC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B09D9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3EE73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231F2D8" w14:textId="77777777" w:rsidTr="006750F2">
        <w:trPr>
          <w:trHeight w:val="280"/>
        </w:trPr>
        <w:tc>
          <w:tcPr>
            <w:tcW w:w="919" w:type="dxa"/>
            <w:noWrap/>
            <w:hideMark/>
          </w:tcPr>
          <w:p w14:paraId="7021A5C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Acidocella</w:t>
            </w:r>
          </w:p>
        </w:tc>
        <w:tc>
          <w:tcPr>
            <w:tcW w:w="852" w:type="dxa"/>
            <w:noWrap/>
            <w:hideMark/>
          </w:tcPr>
          <w:p w14:paraId="55E11F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88FCB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68" w:type="dxa"/>
            <w:noWrap/>
            <w:hideMark/>
          </w:tcPr>
          <w:p w14:paraId="7F784D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42.3</w:t>
            </w:r>
          </w:p>
        </w:tc>
        <w:tc>
          <w:tcPr>
            <w:tcW w:w="739" w:type="dxa"/>
            <w:noWrap/>
            <w:hideMark/>
          </w:tcPr>
          <w:p w14:paraId="453874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23.1</w:t>
            </w:r>
          </w:p>
        </w:tc>
        <w:tc>
          <w:tcPr>
            <w:tcW w:w="721" w:type="dxa"/>
            <w:noWrap/>
            <w:hideMark/>
          </w:tcPr>
          <w:p w14:paraId="21CBF4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87A21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694" w:type="dxa"/>
            <w:noWrap/>
            <w:hideMark/>
          </w:tcPr>
          <w:p w14:paraId="7056AB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7EF38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F48ED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6BC3AB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CA411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D507B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39346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63F1F6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481A7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D0BA1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44F7126" w14:textId="77777777" w:rsidTr="006750F2">
        <w:trPr>
          <w:trHeight w:val="280"/>
        </w:trPr>
        <w:tc>
          <w:tcPr>
            <w:tcW w:w="919" w:type="dxa"/>
            <w:noWrap/>
            <w:hideMark/>
          </w:tcPr>
          <w:p w14:paraId="213DF94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Aestuariivirga</w:t>
            </w:r>
          </w:p>
        </w:tc>
        <w:tc>
          <w:tcPr>
            <w:tcW w:w="852" w:type="dxa"/>
            <w:noWrap/>
            <w:hideMark/>
          </w:tcPr>
          <w:p w14:paraId="618FC9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42823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68" w:type="dxa"/>
            <w:noWrap/>
            <w:hideMark/>
          </w:tcPr>
          <w:p w14:paraId="72F2F0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39" w:type="dxa"/>
            <w:noWrap/>
            <w:hideMark/>
          </w:tcPr>
          <w:p w14:paraId="6CEF13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21" w:type="dxa"/>
            <w:noWrap/>
            <w:hideMark/>
          </w:tcPr>
          <w:p w14:paraId="2ADE83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53.3</w:t>
            </w:r>
          </w:p>
        </w:tc>
        <w:tc>
          <w:tcPr>
            <w:tcW w:w="674" w:type="dxa"/>
            <w:noWrap/>
            <w:hideMark/>
          </w:tcPr>
          <w:p w14:paraId="35671D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FDA7E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C3ED0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0E470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51" w:type="dxa"/>
            <w:noWrap/>
            <w:hideMark/>
          </w:tcPr>
          <w:p w14:paraId="36B4ED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53.3</w:t>
            </w:r>
          </w:p>
        </w:tc>
        <w:tc>
          <w:tcPr>
            <w:tcW w:w="1008" w:type="dxa"/>
            <w:noWrap/>
            <w:hideMark/>
          </w:tcPr>
          <w:p w14:paraId="55FAA6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BE43B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DCF76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AF011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56CD30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8D7A7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4838B7D" w14:textId="77777777" w:rsidTr="006750F2">
        <w:trPr>
          <w:trHeight w:val="280"/>
        </w:trPr>
        <w:tc>
          <w:tcPr>
            <w:tcW w:w="919" w:type="dxa"/>
            <w:noWrap/>
            <w:hideMark/>
          </w:tcPr>
          <w:p w14:paraId="16B48A8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Afipia</w:t>
            </w:r>
          </w:p>
        </w:tc>
        <w:tc>
          <w:tcPr>
            <w:tcW w:w="852" w:type="dxa"/>
            <w:noWrap/>
            <w:hideMark/>
          </w:tcPr>
          <w:p w14:paraId="27345B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1EB773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68" w:type="dxa"/>
            <w:noWrap/>
            <w:hideMark/>
          </w:tcPr>
          <w:p w14:paraId="7EE938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53.8</w:t>
            </w:r>
          </w:p>
        </w:tc>
        <w:tc>
          <w:tcPr>
            <w:tcW w:w="739" w:type="dxa"/>
            <w:noWrap/>
            <w:hideMark/>
          </w:tcPr>
          <w:p w14:paraId="543127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69.2</w:t>
            </w:r>
          </w:p>
        </w:tc>
        <w:tc>
          <w:tcPr>
            <w:tcW w:w="721" w:type="dxa"/>
            <w:noWrap/>
            <w:hideMark/>
          </w:tcPr>
          <w:p w14:paraId="7CB34F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34.6</w:t>
            </w:r>
          </w:p>
        </w:tc>
        <w:tc>
          <w:tcPr>
            <w:tcW w:w="674" w:type="dxa"/>
            <w:noWrap/>
            <w:hideMark/>
          </w:tcPr>
          <w:p w14:paraId="05FAC3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11.5</w:t>
            </w:r>
          </w:p>
        </w:tc>
        <w:tc>
          <w:tcPr>
            <w:tcW w:w="694" w:type="dxa"/>
            <w:noWrap/>
            <w:hideMark/>
          </w:tcPr>
          <w:p w14:paraId="001F0A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1E04A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48957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65.4</w:t>
            </w:r>
          </w:p>
        </w:tc>
        <w:tc>
          <w:tcPr>
            <w:tcW w:w="751" w:type="dxa"/>
            <w:noWrap/>
            <w:hideMark/>
          </w:tcPr>
          <w:p w14:paraId="33DC1A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34.6</w:t>
            </w:r>
          </w:p>
        </w:tc>
        <w:tc>
          <w:tcPr>
            <w:tcW w:w="1008" w:type="dxa"/>
            <w:noWrap/>
            <w:hideMark/>
          </w:tcPr>
          <w:p w14:paraId="1DE070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64D15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6424A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08403B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23454C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49E35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ED18FDB" w14:textId="77777777" w:rsidTr="006750F2">
        <w:trPr>
          <w:trHeight w:val="280"/>
        </w:trPr>
        <w:tc>
          <w:tcPr>
            <w:tcW w:w="919" w:type="dxa"/>
            <w:noWrap/>
            <w:hideMark/>
          </w:tcPr>
          <w:p w14:paraId="358AF7D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Agrobacterium</w:t>
            </w:r>
          </w:p>
        </w:tc>
        <w:tc>
          <w:tcPr>
            <w:tcW w:w="852" w:type="dxa"/>
            <w:noWrap/>
            <w:hideMark/>
          </w:tcPr>
          <w:p w14:paraId="2F533D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277BEE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w:t>
            </w:r>
          </w:p>
        </w:tc>
        <w:tc>
          <w:tcPr>
            <w:tcW w:w="768" w:type="dxa"/>
            <w:noWrap/>
            <w:hideMark/>
          </w:tcPr>
          <w:p w14:paraId="587BE4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60.9</w:t>
            </w:r>
          </w:p>
        </w:tc>
        <w:tc>
          <w:tcPr>
            <w:tcW w:w="739" w:type="dxa"/>
            <w:noWrap/>
            <w:hideMark/>
          </w:tcPr>
          <w:p w14:paraId="23E6BE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30.4</w:t>
            </w:r>
          </w:p>
        </w:tc>
        <w:tc>
          <w:tcPr>
            <w:tcW w:w="721" w:type="dxa"/>
            <w:noWrap/>
            <w:hideMark/>
          </w:tcPr>
          <w:p w14:paraId="6617A6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32.6</w:t>
            </w:r>
          </w:p>
        </w:tc>
        <w:tc>
          <w:tcPr>
            <w:tcW w:w="674" w:type="dxa"/>
            <w:noWrap/>
            <w:hideMark/>
          </w:tcPr>
          <w:p w14:paraId="346387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96394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C504B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F657F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60.9</w:t>
            </w:r>
          </w:p>
        </w:tc>
        <w:tc>
          <w:tcPr>
            <w:tcW w:w="751" w:type="dxa"/>
            <w:noWrap/>
            <w:hideMark/>
          </w:tcPr>
          <w:p w14:paraId="13E293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32.6</w:t>
            </w:r>
          </w:p>
        </w:tc>
        <w:tc>
          <w:tcPr>
            <w:tcW w:w="1008" w:type="dxa"/>
            <w:noWrap/>
            <w:hideMark/>
          </w:tcPr>
          <w:p w14:paraId="764B5D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4494A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AC631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0721F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529A6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9DC98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984100F" w14:textId="77777777" w:rsidTr="006750F2">
        <w:trPr>
          <w:trHeight w:val="280"/>
        </w:trPr>
        <w:tc>
          <w:tcPr>
            <w:tcW w:w="919" w:type="dxa"/>
            <w:noWrap/>
            <w:hideMark/>
          </w:tcPr>
          <w:p w14:paraId="388885B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Albidovulum</w:t>
            </w:r>
          </w:p>
        </w:tc>
        <w:tc>
          <w:tcPr>
            <w:tcW w:w="852" w:type="dxa"/>
            <w:noWrap/>
            <w:hideMark/>
          </w:tcPr>
          <w:p w14:paraId="687FCB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9A622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4596F0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9.5</w:t>
            </w:r>
          </w:p>
        </w:tc>
        <w:tc>
          <w:tcPr>
            <w:tcW w:w="739" w:type="dxa"/>
            <w:noWrap/>
            <w:hideMark/>
          </w:tcPr>
          <w:p w14:paraId="4AA3E1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721" w:type="dxa"/>
            <w:noWrap/>
            <w:hideMark/>
          </w:tcPr>
          <w:p w14:paraId="0C1185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85.7</w:t>
            </w:r>
          </w:p>
        </w:tc>
        <w:tc>
          <w:tcPr>
            <w:tcW w:w="674" w:type="dxa"/>
            <w:noWrap/>
            <w:hideMark/>
          </w:tcPr>
          <w:p w14:paraId="17306D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7E16A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DAF1F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24874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9.5</w:t>
            </w:r>
          </w:p>
        </w:tc>
        <w:tc>
          <w:tcPr>
            <w:tcW w:w="751" w:type="dxa"/>
            <w:noWrap/>
            <w:hideMark/>
          </w:tcPr>
          <w:p w14:paraId="5099B1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85.7</w:t>
            </w:r>
          </w:p>
        </w:tc>
        <w:tc>
          <w:tcPr>
            <w:tcW w:w="1008" w:type="dxa"/>
            <w:noWrap/>
            <w:hideMark/>
          </w:tcPr>
          <w:p w14:paraId="334128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5C3AE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EFDC8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912A2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2AE3EC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4E9D4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1FC9B7F1" w14:textId="77777777" w:rsidTr="006750F2">
        <w:trPr>
          <w:trHeight w:val="280"/>
        </w:trPr>
        <w:tc>
          <w:tcPr>
            <w:tcW w:w="919" w:type="dxa"/>
            <w:noWrap/>
            <w:hideMark/>
          </w:tcPr>
          <w:p w14:paraId="7A68CBF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Aliiroseovarius</w:t>
            </w:r>
          </w:p>
        </w:tc>
        <w:tc>
          <w:tcPr>
            <w:tcW w:w="852" w:type="dxa"/>
            <w:noWrap/>
            <w:hideMark/>
          </w:tcPr>
          <w:p w14:paraId="2166A0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79199E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66EDFA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39" w:type="dxa"/>
            <w:noWrap/>
            <w:hideMark/>
          </w:tcPr>
          <w:p w14:paraId="52B502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87.5</w:t>
            </w:r>
          </w:p>
        </w:tc>
        <w:tc>
          <w:tcPr>
            <w:tcW w:w="721" w:type="dxa"/>
            <w:noWrap/>
            <w:hideMark/>
          </w:tcPr>
          <w:p w14:paraId="053C26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70.8</w:t>
            </w:r>
          </w:p>
        </w:tc>
        <w:tc>
          <w:tcPr>
            <w:tcW w:w="674" w:type="dxa"/>
            <w:noWrap/>
            <w:hideMark/>
          </w:tcPr>
          <w:p w14:paraId="6F8C1F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D96EC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2095F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CB112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51" w:type="dxa"/>
            <w:noWrap/>
            <w:hideMark/>
          </w:tcPr>
          <w:p w14:paraId="40288C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70.8</w:t>
            </w:r>
          </w:p>
        </w:tc>
        <w:tc>
          <w:tcPr>
            <w:tcW w:w="1008" w:type="dxa"/>
            <w:noWrap/>
            <w:hideMark/>
          </w:tcPr>
          <w:p w14:paraId="6EAD06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ED3F2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4024B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70A34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D9636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6B52E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DF60EE6" w14:textId="77777777" w:rsidTr="006750F2">
        <w:trPr>
          <w:trHeight w:val="280"/>
        </w:trPr>
        <w:tc>
          <w:tcPr>
            <w:tcW w:w="919" w:type="dxa"/>
            <w:noWrap/>
            <w:hideMark/>
          </w:tcPr>
          <w:p w14:paraId="18A264E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Allorhizobium</w:t>
            </w:r>
          </w:p>
        </w:tc>
        <w:tc>
          <w:tcPr>
            <w:tcW w:w="852" w:type="dxa"/>
            <w:noWrap/>
            <w:hideMark/>
          </w:tcPr>
          <w:p w14:paraId="2905CF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5EEDBD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768" w:type="dxa"/>
            <w:noWrap/>
            <w:hideMark/>
          </w:tcPr>
          <w:p w14:paraId="617B33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46.3</w:t>
            </w:r>
          </w:p>
        </w:tc>
        <w:tc>
          <w:tcPr>
            <w:tcW w:w="739" w:type="dxa"/>
            <w:noWrap/>
            <w:hideMark/>
          </w:tcPr>
          <w:p w14:paraId="4E627F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37.3</w:t>
            </w:r>
          </w:p>
        </w:tc>
        <w:tc>
          <w:tcPr>
            <w:tcW w:w="721" w:type="dxa"/>
            <w:noWrap/>
            <w:hideMark/>
          </w:tcPr>
          <w:p w14:paraId="33D240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52.2</w:t>
            </w:r>
          </w:p>
        </w:tc>
        <w:tc>
          <w:tcPr>
            <w:tcW w:w="674" w:type="dxa"/>
            <w:noWrap/>
            <w:hideMark/>
          </w:tcPr>
          <w:p w14:paraId="23FE58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16.4</w:t>
            </w:r>
          </w:p>
        </w:tc>
        <w:tc>
          <w:tcPr>
            <w:tcW w:w="694" w:type="dxa"/>
            <w:noWrap/>
            <w:hideMark/>
          </w:tcPr>
          <w:p w14:paraId="6F8AD5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C2B81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C1BCA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62.7</w:t>
            </w:r>
          </w:p>
        </w:tc>
        <w:tc>
          <w:tcPr>
            <w:tcW w:w="751" w:type="dxa"/>
            <w:noWrap/>
            <w:hideMark/>
          </w:tcPr>
          <w:p w14:paraId="01216C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52.2</w:t>
            </w:r>
          </w:p>
        </w:tc>
        <w:tc>
          <w:tcPr>
            <w:tcW w:w="1008" w:type="dxa"/>
            <w:noWrap/>
            <w:hideMark/>
          </w:tcPr>
          <w:p w14:paraId="7A50C4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7984A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86532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D40A3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13DDC5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DE2B9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529B0E2" w14:textId="77777777" w:rsidTr="006750F2">
        <w:trPr>
          <w:trHeight w:val="280"/>
        </w:trPr>
        <w:tc>
          <w:tcPr>
            <w:tcW w:w="919" w:type="dxa"/>
            <w:noWrap/>
            <w:hideMark/>
          </w:tcPr>
          <w:p w14:paraId="23A666D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Allosphingosinicella</w:t>
            </w:r>
          </w:p>
        </w:tc>
        <w:tc>
          <w:tcPr>
            <w:tcW w:w="852" w:type="dxa"/>
            <w:noWrap/>
            <w:hideMark/>
          </w:tcPr>
          <w:p w14:paraId="41C540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73F66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665CF7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w:t>
            </w:r>
          </w:p>
        </w:tc>
        <w:tc>
          <w:tcPr>
            <w:tcW w:w="739" w:type="dxa"/>
            <w:noWrap/>
            <w:hideMark/>
          </w:tcPr>
          <w:p w14:paraId="178277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21" w:type="dxa"/>
            <w:noWrap/>
            <w:hideMark/>
          </w:tcPr>
          <w:p w14:paraId="033205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w:t>
            </w:r>
          </w:p>
        </w:tc>
        <w:tc>
          <w:tcPr>
            <w:tcW w:w="674" w:type="dxa"/>
            <w:noWrap/>
            <w:hideMark/>
          </w:tcPr>
          <w:p w14:paraId="30FCF0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29119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381D1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649AA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w:t>
            </w:r>
          </w:p>
        </w:tc>
        <w:tc>
          <w:tcPr>
            <w:tcW w:w="751" w:type="dxa"/>
            <w:noWrap/>
            <w:hideMark/>
          </w:tcPr>
          <w:p w14:paraId="330CFF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w:t>
            </w:r>
          </w:p>
        </w:tc>
        <w:tc>
          <w:tcPr>
            <w:tcW w:w="1008" w:type="dxa"/>
            <w:noWrap/>
            <w:hideMark/>
          </w:tcPr>
          <w:p w14:paraId="14B392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8162A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56F71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F5B9E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8E9C3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B0E0D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BDD6BBE" w14:textId="77777777" w:rsidTr="006750F2">
        <w:trPr>
          <w:trHeight w:val="280"/>
        </w:trPr>
        <w:tc>
          <w:tcPr>
            <w:tcW w:w="919" w:type="dxa"/>
            <w:noWrap/>
            <w:hideMark/>
          </w:tcPr>
          <w:p w14:paraId="3B73BAD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Alteraurantiacibacter</w:t>
            </w:r>
          </w:p>
        </w:tc>
        <w:tc>
          <w:tcPr>
            <w:tcW w:w="852" w:type="dxa"/>
            <w:noWrap/>
            <w:hideMark/>
          </w:tcPr>
          <w:p w14:paraId="61D2F9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75BF92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768" w:type="dxa"/>
            <w:noWrap/>
            <w:hideMark/>
          </w:tcPr>
          <w:p w14:paraId="5165BE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24.3</w:t>
            </w:r>
          </w:p>
        </w:tc>
        <w:tc>
          <w:tcPr>
            <w:tcW w:w="739" w:type="dxa"/>
            <w:noWrap/>
            <w:hideMark/>
          </w:tcPr>
          <w:p w14:paraId="474662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w:t>
            </w:r>
          </w:p>
        </w:tc>
        <w:tc>
          <w:tcPr>
            <w:tcW w:w="721" w:type="dxa"/>
            <w:noWrap/>
            <w:hideMark/>
          </w:tcPr>
          <w:p w14:paraId="723B47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w:t>
            </w:r>
          </w:p>
        </w:tc>
        <w:tc>
          <w:tcPr>
            <w:tcW w:w="674" w:type="dxa"/>
            <w:noWrap/>
            <w:hideMark/>
          </w:tcPr>
          <w:p w14:paraId="673465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w:t>
            </w:r>
          </w:p>
        </w:tc>
        <w:tc>
          <w:tcPr>
            <w:tcW w:w="694" w:type="dxa"/>
            <w:noWrap/>
            <w:hideMark/>
          </w:tcPr>
          <w:p w14:paraId="602E8B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4B8CF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10D1F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w:t>
            </w:r>
          </w:p>
        </w:tc>
        <w:tc>
          <w:tcPr>
            <w:tcW w:w="751" w:type="dxa"/>
            <w:noWrap/>
            <w:hideMark/>
          </w:tcPr>
          <w:p w14:paraId="1F6CDD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w:t>
            </w:r>
          </w:p>
        </w:tc>
        <w:tc>
          <w:tcPr>
            <w:tcW w:w="1008" w:type="dxa"/>
            <w:noWrap/>
            <w:hideMark/>
          </w:tcPr>
          <w:p w14:paraId="2E7AAF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3A9A5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E4C2B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B3B48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C6B5F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E2F69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D59B9B0" w14:textId="77777777" w:rsidTr="006750F2">
        <w:trPr>
          <w:trHeight w:val="280"/>
        </w:trPr>
        <w:tc>
          <w:tcPr>
            <w:tcW w:w="919" w:type="dxa"/>
            <w:noWrap/>
            <w:hideMark/>
          </w:tcPr>
          <w:p w14:paraId="487B19F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Alteriqipengyuania</w:t>
            </w:r>
          </w:p>
        </w:tc>
        <w:tc>
          <w:tcPr>
            <w:tcW w:w="852" w:type="dxa"/>
            <w:noWrap/>
            <w:hideMark/>
          </w:tcPr>
          <w:p w14:paraId="359FC6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D83E9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5898EC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DAB90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9D00B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D5405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B68DC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0F0A8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B8E29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7E947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B6F6E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CEAFB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DC00D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BD504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61BD0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41DFC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C291A23" w14:textId="77777777" w:rsidTr="006750F2">
        <w:trPr>
          <w:trHeight w:val="280"/>
        </w:trPr>
        <w:tc>
          <w:tcPr>
            <w:tcW w:w="919" w:type="dxa"/>
            <w:noWrap/>
            <w:hideMark/>
          </w:tcPr>
          <w:p w14:paraId="16354A1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Amaricoccus</w:t>
            </w:r>
          </w:p>
        </w:tc>
        <w:tc>
          <w:tcPr>
            <w:tcW w:w="852" w:type="dxa"/>
            <w:noWrap/>
            <w:hideMark/>
          </w:tcPr>
          <w:p w14:paraId="156719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2F43C3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55B75A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39" w:type="dxa"/>
            <w:noWrap/>
            <w:hideMark/>
          </w:tcPr>
          <w:p w14:paraId="760995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21" w:type="dxa"/>
            <w:noWrap/>
            <w:hideMark/>
          </w:tcPr>
          <w:p w14:paraId="68B397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674" w:type="dxa"/>
            <w:noWrap/>
            <w:hideMark/>
          </w:tcPr>
          <w:p w14:paraId="4CB7BD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000B0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57C7E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41332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51" w:type="dxa"/>
            <w:noWrap/>
            <w:hideMark/>
          </w:tcPr>
          <w:p w14:paraId="2F9442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1008" w:type="dxa"/>
            <w:noWrap/>
            <w:hideMark/>
          </w:tcPr>
          <w:p w14:paraId="65C605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8D3A3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A2B72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1FD34E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87FBC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773AF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FDDC93C" w14:textId="77777777" w:rsidTr="006750F2">
        <w:trPr>
          <w:trHeight w:val="280"/>
        </w:trPr>
        <w:tc>
          <w:tcPr>
            <w:tcW w:w="919" w:type="dxa"/>
            <w:noWrap/>
            <w:hideMark/>
          </w:tcPr>
          <w:p w14:paraId="6FDC609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Aminobacter</w:t>
            </w:r>
          </w:p>
        </w:tc>
        <w:tc>
          <w:tcPr>
            <w:tcW w:w="852" w:type="dxa"/>
            <w:noWrap/>
            <w:hideMark/>
          </w:tcPr>
          <w:p w14:paraId="747283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83289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75DB2E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76.9</w:t>
            </w:r>
          </w:p>
        </w:tc>
        <w:tc>
          <w:tcPr>
            <w:tcW w:w="739" w:type="dxa"/>
            <w:noWrap/>
            <w:hideMark/>
          </w:tcPr>
          <w:p w14:paraId="749923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61.5</w:t>
            </w:r>
          </w:p>
        </w:tc>
        <w:tc>
          <w:tcPr>
            <w:tcW w:w="721" w:type="dxa"/>
            <w:noWrap/>
            <w:hideMark/>
          </w:tcPr>
          <w:p w14:paraId="31F931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76.9</w:t>
            </w:r>
          </w:p>
        </w:tc>
        <w:tc>
          <w:tcPr>
            <w:tcW w:w="674" w:type="dxa"/>
            <w:noWrap/>
            <w:hideMark/>
          </w:tcPr>
          <w:p w14:paraId="3FE558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694" w:type="dxa"/>
            <w:noWrap/>
            <w:hideMark/>
          </w:tcPr>
          <w:p w14:paraId="5C7C28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23BD6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C9F1A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84.6</w:t>
            </w:r>
          </w:p>
        </w:tc>
        <w:tc>
          <w:tcPr>
            <w:tcW w:w="751" w:type="dxa"/>
            <w:noWrap/>
            <w:hideMark/>
          </w:tcPr>
          <w:p w14:paraId="2ED10B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76.9</w:t>
            </w:r>
          </w:p>
        </w:tc>
        <w:tc>
          <w:tcPr>
            <w:tcW w:w="1008" w:type="dxa"/>
            <w:noWrap/>
            <w:hideMark/>
          </w:tcPr>
          <w:p w14:paraId="24ACE4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7BCFD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8686F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69943C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6E93C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CC796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38666446" w14:textId="77777777" w:rsidTr="006750F2">
        <w:trPr>
          <w:trHeight w:val="280"/>
        </w:trPr>
        <w:tc>
          <w:tcPr>
            <w:tcW w:w="919" w:type="dxa"/>
            <w:noWrap/>
            <w:hideMark/>
          </w:tcPr>
          <w:p w14:paraId="3A7DE4B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Amylibacter</w:t>
            </w:r>
          </w:p>
        </w:tc>
        <w:tc>
          <w:tcPr>
            <w:tcW w:w="852" w:type="dxa"/>
            <w:noWrap/>
            <w:hideMark/>
          </w:tcPr>
          <w:p w14:paraId="0ABC9C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0DCCC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68" w:type="dxa"/>
            <w:noWrap/>
            <w:hideMark/>
          </w:tcPr>
          <w:p w14:paraId="318CB8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39" w:type="dxa"/>
            <w:noWrap/>
            <w:hideMark/>
          </w:tcPr>
          <w:p w14:paraId="7E95E0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721" w:type="dxa"/>
            <w:noWrap/>
            <w:hideMark/>
          </w:tcPr>
          <w:p w14:paraId="56D731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674" w:type="dxa"/>
            <w:noWrap/>
            <w:hideMark/>
          </w:tcPr>
          <w:p w14:paraId="188B51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3B075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39D4D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4A666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51" w:type="dxa"/>
            <w:noWrap/>
            <w:hideMark/>
          </w:tcPr>
          <w:p w14:paraId="4EC499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1008" w:type="dxa"/>
            <w:noWrap/>
            <w:hideMark/>
          </w:tcPr>
          <w:p w14:paraId="673547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1FE8E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DBFD3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31DF4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F3235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441B9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022BF92" w14:textId="77777777" w:rsidTr="006750F2">
        <w:trPr>
          <w:trHeight w:val="280"/>
        </w:trPr>
        <w:tc>
          <w:tcPr>
            <w:tcW w:w="919" w:type="dxa"/>
            <w:noWrap/>
            <w:hideMark/>
          </w:tcPr>
          <w:p w14:paraId="4B219EC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Ancylobacter</w:t>
            </w:r>
          </w:p>
        </w:tc>
        <w:tc>
          <w:tcPr>
            <w:tcW w:w="852" w:type="dxa"/>
            <w:noWrap/>
            <w:hideMark/>
          </w:tcPr>
          <w:p w14:paraId="63D43D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041E3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768" w:type="dxa"/>
            <w:noWrap/>
            <w:hideMark/>
          </w:tcPr>
          <w:p w14:paraId="5ABA2A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21.2</w:t>
            </w:r>
          </w:p>
        </w:tc>
        <w:tc>
          <w:tcPr>
            <w:tcW w:w="739" w:type="dxa"/>
            <w:noWrap/>
            <w:hideMark/>
          </w:tcPr>
          <w:p w14:paraId="32ED66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12.1</w:t>
            </w:r>
          </w:p>
        </w:tc>
        <w:tc>
          <w:tcPr>
            <w:tcW w:w="721" w:type="dxa"/>
            <w:noWrap/>
            <w:hideMark/>
          </w:tcPr>
          <w:p w14:paraId="587E8A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w:t>
            </w:r>
          </w:p>
        </w:tc>
        <w:tc>
          <w:tcPr>
            <w:tcW w:w="674" w:type="dxa"/>
            <w:noWrap/>
            <w:hideMark/>
          </w:tcPr>
          <w:p w14:paraId="099478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FD3B6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81CCA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39489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21.2</w:t>
            </w:r>
          </w:p>
        </w:tc>
        <w:tc>
          <w:tcPr>
            <w:tcW w:w="751" w:type="dxa"/>
            <w:noWrap/>
            <w:hideMark/>
          </w:tcPr>
          <w:p w14:paraId="147DF9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w:t>
            </w:r>
          </w:p>
        </w:tc>
        <w:tc>
          <w:tcPr>
            <w:tcW w:w="1008" w:type="dxa"/>
            <w:noWrap/>
            <w:hideMark/>
          </w:tcPr>
          <w:p w14:paraId="3FCA97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A1CBB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B4752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1A3A75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FAA8B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CA77A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9163786" w14:textId="77777777" w:rsidTr="006750F2">
        <w:trPr>
          <w:trHeight w:val="280"/>
        </w:trPr>
        <w:tc>
          <w:tcPr>
            <w:tcW w:w="919" w:type="dxa"/>
            <w:noWrap/>
            <w:hideMark/>
          </w:tcPr>
          <w:p w14:paraId="701BFAB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Aquisediminimonas</w:t>
            </w:r>
          </w:p>
        </w:tc>
        <w:tc>
          <w:tcPr>
            <w:tcW w:w="852" w:type="dxa"/>
            <w:noWrap/>
            <w:hideMark/>
          </w:tcPr>
          <w:p w14:paraId="7C6EEF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6D620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1FB889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739" w:type="dxa"/>
            <w:noWrap/>
            <w:hideMark/>
          </w:tcPr>
          <w:p w14:paraId="058CF4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30.8</w:t>
            </w:r>
          </w:p>
        </w:tc>
        <w:tc>
          <w:tcPr>
            <w:tcW w:w="721" w:type="dxa"/>
            <w:noWrap/>
            <w:hideMark/>
          </w:tcPr>
          <w:p w14:paraId="0B7D01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5A6E2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E465D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C726A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C7855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751" w:type="dxa"/>
            <w:noWrap/>
            <w:hideMark/>
          </w:tcPr>
          <w:p w14:paraId="2F7AA2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EA720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C8E9B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5F967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C1291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F53A5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6EE8F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12E89B1" w14:textId="77777777" w:rsidTr="006750F2">
        <w:trPr>
          <w:trHeight w:val="280"/>
        </w:trPr>
        <w:tc>
          <w:tcPr>
            <w:tcW w:w="919" w:type="dxa"/>
            <w:noWrap/>
            <w:hideMark/>
          </w:tcPr>
          <w:p w14:paraId="345CD10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Asaia</w:t>
            </w:r>
          </w:p>
        </w:tc>
        <w:tc>
          <w:tcPr>
            <w:tcW w:w="852" w:type="dxa"/>
            <w:noWrap/>
            <w:hideMark/>
          </w:tcPr>
          <w:p w14:paraId="67CB6F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278D5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709240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5D05D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5A471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0AECB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CD0E4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4E5CF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F5B40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AD21F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A11B3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41C32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8DBD8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45028F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E45DD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95371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5FC5B0F" w14:textId="77777777" w:rsidTr="006750F2">
        <w:trPr>
          <w:trHeight w:val="280"/>
        </w:trPr>
        <w:tc>
          <w:tcPr>
            <w:tcW w:w="919" w:type="dxa"/>
            <w:noWrap/>
            <w:hideMark/>
          </w:tcPr>
          <w:p w14:paraId="7165024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Asticcacaulis</w:t>
            </w:r>
          </w:p>
        </w:tc>
        <w:tc>
          <w:tcPr>
            <w:tcW w:w="852" w:type="dxa"/>
            <w:noWrap/>
            <w:hideMark/>
          </w:tcPr>
          <w:p w14:paraId="4B1603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269FFE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68" w:type="dxa"/>
            <w:noWrap/>
            <w:hideMark/>
          </w:tcPr>
          <w:p w14:paraId="62F6F2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739" w:type="dxa"/>
            <w:noWrap/>
            <w:hideMark/>
          </w:tcPr>
          <w:p w14:paraId="36D407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21" w:type="dxa"/>
            <w:noWrap/>
            <w:hideMark/>
          </w:tcPr>
          <w:p w14:paraId="7F32CF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B4647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223BE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0574F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0A08B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751" w:type="dxa"/>
            <w:noWrap/>
            <w:hideMark/>
          </w:tcPr>
          <w:p w14:paraId="3A0779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BD14E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7AD51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F1C55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CFA53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A710C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DEDC7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B587038" w14:textId="77777777" w:rsidTr="006750F2">
        <w:trPr>
          <w:trHeight w:val="280"/>
        </w:trPr>
        <w:tc>
          <w:tcPr>
            <w:tcW w:w="919" w:type="dxa"/>
            <w:noWrap/>
            <w:hideMark/>
          </w:tcPr>
          <w:p w14:paraId="7D3E18C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Aurantimonas</w:t>
            </w:r>
          </w:p>
        </w:tc>
        <w:tc>
          <w:tcPr>
            <w:tcW w:w="852" w:type="dxa"/>
            <w:noWrap/>
            <w:hideMark/>
          </w:tcPr>
          <w:p w14:paraId="52496B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5A731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5A29DA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739" w:type="dxa"/>
            <w:noWrap/>
            <w:hideMark/>
          </w:tcPr>
          <w:p w14:paraId="12C13D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21" w:type="dxa"/>
            <w:noWrap/>
            <w:hideMark/>
          </w:tcPr>
          <w:p w14:paraId="1A65D0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674" w:type="dxa"/>
            <w:noWrap/>
            <w:hideMark/>
          </w:tcPr>
          <w:p w14:paraId="4EEC8E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431C1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3D17A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66747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751" w:type="dxa"/>
            <w:noWrap/>
            <w:hideMark/>
          </w:tcPr>
          <w:p w14:paraId="7327FC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1008" w:type="dxa"/>
            <w:noWrap/>
            <w:hideMark/>
          </w:tcPr>
          <w:p w14:paraId="6016CF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63369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D69DC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141CA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40666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4855D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5584EB4" w14:textId="77777777" w:rsidTr="006750F2">
        <w:trPr>
          <w:trHeight w:val="280"/>
        </w:trPr>
        <w:tc>
          <w:tcPr>
            <w:tcW w:w="919" w:type="dxa"/>
            <w:noWrap/>
            <w:hideMark/>
          </w:tcPr>
          <w:p w14:paraId="2AD5DEC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Aureimonas</w:t>
            </w:r>
          </w:p>
        </w:tc>
        <w:tc>
          <w:tcPr>
            <w:tcW w:w="852" w:type="dxa"/>
            <w:noWrap/>
            <w:hideMark/>
          </w:tcPr>
          <w:p w14:paraId="69CF2D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C0D0D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w:t>
            </w:r>
          </w:p>
        </w:tc>
        <w:tc>
          <w:tcPr>
            <w:tcW w:w="768" w:type="dxa"/>
            <w:noWrap/>
            <w:hideMark/>
          </w:tcPr>
          <w:p w14:paraId="2BC410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26.5</w:t>
            </w:r>
          </w:p>
        </w:tc>
        <w:tc>
          <w:tcPr>
            <w:tcW w:w="739" w:type="dxa"/>
            <w:noWrap/>
            <w:hideMark/>
          </w:tcPr>
          <w:p w14:paraId="1BC35E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0FC23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674" w:type="dxa"/>
            <w:noWrap/>
            <w:hideMark/>
          </w:tcPr>
          <w:p w14:paraId="53F5DB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9E012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4234D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965FF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26.5</w:t>
            </w:r>
          </w:p>
        </w:tc>
        <w:tc>
          <w:tcPr>
            <w:tcW w:w="751" w:type="dxa"/>
            <w:noWrap/>
            <w:hideMark/>
          </w:tcPr>
          <w:p w14:paraId="790EF9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1008" w:type="dxa"/>
            <w:noWrap/>
            <w:hideMark/>
          </w:tcPr>
          <w:p w14:paraId="4E93DD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9B04D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BA751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7CFDDD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21885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1C032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120F4ED" w14:textId="77777777" w:rsidTr="006750F2">
        <w:trPr>
          <w:trHeight w:val="280"/>
        </w:trPr>
        <w:tc>
          <w:tcPr>
            <w:tcW w:w="919" w:type="dxa"/>
            <w:noWrap/>
            <w:hideMark/>
          </w:tcPr>
          <w:p w14:paraId="57D04F9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Azospirillum</w:t>
            </w:r>
          </w:p>
        </w:tc>
        <w:tc>
          <w:tcPr>
            <w:tcW w:w="852" w:type="dxa"/>
            <w:noWrap/>
            <w:hideMark/>
          </w:tcPr>
          <w:p w14:paraId="6D8A4B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D9123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w:t>
            </w:r>
          </w:p>
        </w:tc>
        <w:tc>
          <w:tcPr>
            <w:tcW w:w="768" w:type="dxa"/>
            <w:noWrap/>
            <w:hideMark/>
          </w:tcPr>
          <w:p w14:paraId="73FBF3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49.2</w:t>
            </w:r>
          </w:p>
        </w:tc>
        <w:tc>
          <w:tcPr>
            <w:tcW w:w="739" w:type="dxa"/>
            <w:noWrap/>
            <w:hideMark/>
          </w:tcPr>
          <w:p w14:paraId="23BD81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3829CF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72.1</w:t>
            </w:r>
          </w:p>
        </w:tc>
        <w:tc>
          <w:tcPr>
            <w:tcW w:w="674" w:type="dxa"/>
            <w:noWrap/>
            <w:hideMark/>
          </w:tcPr>
          <w:p w14:paraId="37167B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95.1</w:t>
            </w:r>
          </w:p>
        </w:tc>
        <w:tc>
          <w:tcPr>
            <w:tcW w:w="694" w:type="dxa"/>
            <w:noWrap/>
            <w:hideMark/>
          </w:tcPr>
          <w:p w14:paraId="747FC5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4D66D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12CF2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144.3</w:t>
            </w:r>
          </w:p>
        </w:tc>
        <w:tc>
          <w:tcPr>
            <w:tcW w:w="751" w:type="dxa"/>
            <w:noWrap/>
            <w:hideMark/>
          </w:tcPr>
          <w:p w14:paraId="045761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72.1</w:t>
            </w:r>
          </w:p>
        </w:tc>
        <w:tc>
          <w:tcPr>
            <w:tcW w:w="1008" w:type="dxa"/>
            <w:noWrap/>
            <w:hideMark/>
          </w:tcPr>
          <w:p w14:paraId="2746AE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D8E03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C3971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2BDF3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3C22B2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A28FA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238FD5D1" w14:textId="77777777" w:rsidTr="006750F2">
        <w:trPr>
          <w:trHeight w:val="280"/>
        </w:trPr>
        <w:tc>
          <w:tcPr>
            <w:tcW w:w="919" w:type="dxa"/>
            <w:noWrap/>
            <w:hideMark/>
          </w:tcPr>
          <w:p w14:paraId="5860EBA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Bartonella</w:t>
            </w:r>
          </w:p>
        </w:tc>
        <w:tc>
          <w:tcPr>
            <w:tcW w:w="852" w:type="dxa"/>
            <w:noWrap/>
            <w:hideMark/>
          </w:tcPr>
          <w:p w14:paraId="193E6C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ACC68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68" w:type="dxa"/>
            <w:noWrap/>
            <w:hideMark/>
          </w:tcPr>
          <w:p w14:paraId="5EDCB9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4B497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21" w:type="dxa"/>
            <w:noWrap/>
            <w:hideMark/>
          </w:tcPr>
          <w:p w14:paraId="2F1360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674" w:type="dxa"/>
            <w:noWrap/>
            <w:hideMark/>
          </w:tcPr>
          <w:p w14:paraId="157C4A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C4EC7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558E2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DF28D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D31A3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1008" w:type="dxa"/>
            <w:noWrap/>
            <w:hideMark/>
          </w:tcPr>
          <w:p w14:paraId="245853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6B940E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A05F0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w:t>
            </w:r>
            <w:r w:rsidRPr="00A057D9">
              <w:rPr>
                <w:rFonts w:ascii="Times New Roman" w:eastAsia="宋体" w:hAnsi="Times New Roman" w:cs="Times New Roman" w:hint="eastAsia"/>
                <w:sz w:val="13"/>
                <w:szCs w:val="13"/>
                <w:lang w:eastAsia="zh-CN"/>
              </w:rPr>
              <w:lastRenderedPageBreak/>
              <w:t>ed</w:t>
            </w:r>
          </w:p>
        </w:tc>
        <w:tc>
          <w:tcPr>
            <w:tcW w:w="657" w:type="dxa"/>
            <w:noWrap/>
            <w:hideMark/>
          </w:tcPr>
          <w:p w14:paraId="40E0A8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lastRenderedPageBreak/>
              <w:t>5</w:t>
            </w:r>
          </w:p>
        </w:tc>
        <w:tc>
          <w:tcPr>
            <w:tcW w:w="854" w:type="dxa"/>
            <w:noWrap/>
            <w:hideMark/>
          </w:tcPr>
          <w:p w14:paraId="05A141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649AD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384D6A7" w14:textId="77777777" w:rsidTr="006750F2">
        <w:trPr>
          <w:trHeight w:val="280"/>
        </w:trPr>
        <w:tc>
          <w:tcPr>
            <w:tcW w:w="919" w:type="dxa"/>
            <w:noWrap/>
            <w:hideMark/>
          </w:tcPr>
          <w:p w14:paraId="600A7FE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Blastomonas</w:t>
            </w:r>
          </w:p>
        </w:tc>
        <w:tc>
          <w:tcPr>
            <w:tcW w:w="852" w:type="dxa"/>
            <w:noWrap/>
            <w:hideMark/>
          </w:tcPr>
          <w:p w14:paraId="0DD8A3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AF6A1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72A138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39" w:type="dxa"/>
            <w:noWrap/>
            <w:hideMark/>
          </w:tcPr>
          <w:p w14:paraId="2E0363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30342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F1FCC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1FC70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C7896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938E5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51" w:type="dxa"/>
            <w:noWrap/>
            <w:hideMark/>
          </w:tcPr>
          <w:p w14:paraId="66DB89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F2695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63912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690CF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C8772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334FA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26F51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156A68A" w14:textId="77777777" w:rsidTr="006750F2">
        <w:trPr>
          <w:trHeight w:val="280"/>
        </w:trPr>
        <w:tc>
          <w:tcPr>
            <w:tcW w:w="919" w:type="dxa"/>
            <w:noWrap/>
            <w:hideMark/>
          </w:tcPr>
          <w:p w14:paraId="4A2BC5B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Bombella</w:t>
            </w:r>
          </w:p>
        </w:tc>
        <w:tc>
          <w:tcPr>
            <w:tcW w:w="852" w:type="dxa"/>
            <w:noWrap/>
            <w:hideMark/>
          </w:tcPr>
          <w:p w14:paraId="0C4C0F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5CF80F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337791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D27A3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4AD8A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09A39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79E13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651F6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16272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8CB23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416D5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AF96D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DF376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01119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B1551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BF140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000D1C8" w14:textId="77777777" w:rsidTr="006750F2">
        <w:trPr>
          <w:trHeight w:val="280"/>
        </w:trPr>
        <w:tc>
          <w:tcPr>
            <w:tcW w:w="919" w:type="dxa"/>
            <w:noWrap/>
            <w:hideMark/>
          </w:tcPr>
          <w:p w14:paraId="643FCF4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Bosea</w:t>
            </w:r>
          </w:p>
        </w:tc>
        <w:tc>
          <w:tcPr>
            <w:tcW w:w="852" w:type="dxa"/>
            <w:noWrap/>
            <w:hideMark/>
          </w:tcPr>
          <w:p w14:paraId="7F00AE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583892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768" w:type="dxa"/>
            <w:noWrap/>
            <w:hideMark/>
          </w:tcPr>
          <w:p w14:paraId="0D4A0F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26.9</w:t>
            </w:r>
          </w:p>
        </w:tc>
        <w:tc>
          <w:tcPr>
            <w:tcW w:w="739" w:type="dxa"/>
            <w:noWrap/>
            <w:hideMark/>
          </w:tcPr>
          <w:p w14:paraId="6D3E4E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58.2</w:t>
            </w:r>
          </w:p>
        </w:tc>
        <w:tc>
          <w:tcPr>
            <w:tcW w:w="721" w:type="dxa"/>
            <w:noWrap/>
            <w:hideMark/>
          </w:tcPr>
          <w:p w14:paraId="0A48A5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37.3</w:t>
            </w:r>
          </w:p>
        </w:tc>
        <w:tc>
          <w:tcPr>
            <w:tcW w:w="674" w:type="dxa"/>
            <w:noWrap/>
            <w:hideMark/>
          </w:tcPr>
          <w:p w14:paraId="200F6F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B4453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745F3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1AAE1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26.9</w:t>
            </w:r>
          </w:p>
        </w:tc>
        <w:tc>
          <w:tcPr>
            <w:tcW w:w="751" w:type="dxa"/>
            <w:noWrap/>
            <w:hideMark/>
          </w:tcPr>
          <w:p w14:paraId="038C4E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37.3</w:t>
            </w:r>
          </w:p>
        </w:tc>
        <w:tc>
          <w:tcPr>
            <w:tcW w:w="1008" w:type="dxa"/>
            <w:noWrap/>
            <w:hideMark/>
          </w:tcPr>
          <w:p w14:paraId="38B769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F4452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B1C3F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75BAFC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1818F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27790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9C12E61" w14:textId="77777777" w:rsidTr="006750F2">
        <w:trPr>
          <w:trHeight w:val="280"/>
        </w:trPr>
        <w:tc>
          <w:tcPr>
            <w:tcW w:w="919" w:type="dxa"/>
            <w:noWrap/>
            <w:hideMark/>
          </w:tcPr>
          <w:p w14:paraId="7A7CCA2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Bradyrhizobium</w:t>
            </w:r>
          </w:p>
        </w:tc>
        <w:tc>
          <w:tcPr>
            <w:tcW w:w="852" w:type="dxa"/>
            <w:noWrap/>
            <w:hideMark/>
          </w:tcPr>
          <w:p w14:paraId="206381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2469DF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268</w:t>
            </w:r>
          </w:p>
        </w:tc>
        <w:tc>
          <w:tcPr>
            <w:tcW w:w="768" w:type="dxa"/>
            <w:noWrap/>
            <w:hideMark/>
          </w:tcPr>
          <w:p w14:paraId="0CAD8A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30.2</w:t>
            </w:r>
          </w:p>
        </w:tc>
        <w:tc>
          <w:tcPr>
            <w:tcW w:w="739" w:type="dxa"/>
            <w:noWrap/>
            <w:hideMark/>
          </w:tcPr>
          <w:p w14:paraId="789ACC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74.6</w:t>
            </w:r>
          </w:p>
        </w:tc>
        <w:tc>
          <w:tcPr>
            <w:tcW w:w="721" w:type="dxa"/>
            <w:noWrap/>
            <w:hideMark/>
          </w:tcPr>
          <w:p w14:paraId="65B434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56.7</w:t>
            </w:r>
          </w:p>
        </w:tc>
        <w:tc>
          <w:tcPr>
            <w:tcW w:w="674" w:type="dxa"/>
            <w:noWrap/>
            <w:hideMark/>
          </w:tcPr>
          <w:p w14:paraId="4D5995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63.4</w:t>
            </w:r>
          </w:p>
        </w:tc>
        <w:tc>
          <w:tcPr>
            <w:tcW w:w="694" w:type="dxa"/>
            <w:noWrap/>
            <w:hideMark/>
          </w:tcPr>
          <w:p w14:paraId="00BEB1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EA1F2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5D2EA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93.7</w:t>
            </w:r>
          </w:p>
        </w:tc>
        <w:tc>
          <w:tcPr>
            <w:tcW w:w="751" w:type="dxa"/>
            <w:noWrap/>
            <w:hideMark/>
          </w:tcPr>
          <w:p w14:paraId="5769E9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56.7</w:t>
            </w:r>
          </w:p>
        </w:tc>
        <w:tc>
          <w:tcPr>
            <w:tcW w:w="1008" w:type="dxa"/>
            <w:noWrap/>
            <w:hideMark/>
          </w:tcPr>
          <w:p w14:paraId="151E5E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91344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32E14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19C812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B712B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FA436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13BAB11" w14:textId="77777777" w:rsidTr="006750F2">
        <w:trPr>
          <w:trHeight w:val="280"/>
        </w:trPr>
        <w:tc>
          <w:tcPr>
            <w:tcW w:w="919" w:type="dxa"/>
            <w:noWrap/>
            <w:hideMark/>
          </w:tcPr>
          <w:p w14:paraId="131D1AE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Brevundimonas</w:t>
            </w:r>
          </w:p>
        </w:tc>
        <w:tc>
          <w:tcPr>
            <w:tcW w:w="852" w:type="dxa"/>
            <w:noWrap/>
            <w:hideMark/>
          </w:tcPr>
          <w:p w14:paraId="5E9CE2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3B6EE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137</w:t>
            </w:r>
          </w:p>
        </w:tc>
        <w:tc>
          <w:tcPr>
            <w:tcW w:w="768" w:type="dxa"/>
            <w:noWrap/>
            <w:hideMark/>
          </w:tcPr>
          <w:p w14:paraId="5BF9DD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0.7</w:t>
            </w:r>
          </w:p>
        </w:tc>
        <w:tc>
          <w:tcPr>
            <w:tcW w:w="739" w:type="dxa"/>
            <w:noWrap/>
            <w:hideMark/>
          </w:tcPr>
          <w:p w14:paraId="1BC104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17.5</w:t>
            </w:r>
          </w:p>
        </w:tc>
        <w:tc>
          <w:tcPr>
            <w:tcW w:w="721" w:type="dxa"/>
            <w:noWrap/>
            <w:hideMark/>
          </w:tcPr>
          <w:p w14:paraId="56E522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9.5</w:t>
            </w:r>
          </w:p>
        </w:tc>
        <w:tc>
          <w:tcPr>
            <w:tcW w:w="674" w:type="dxa"/>
            <w:noWrap/>
            <w:hideMark/>
          </w:tcPr>
          <w:p w14:paraId="2F60BE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D889E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D29F5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DAE9E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0.7</w:t>
            </w:r>
          </w:p>
        </w:tc>
        <w:tc>
          <w:tcPr>
            <w:tcW w:w="751" w:type="dxa"/>
            <w:noWrap/>
            <w:hideMark/>
          </w:tcPr>
          <w:p w14:paraId="2F10E8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9.5</w:t>
            </w:r>
          </w:p>
        </w:tc>
        <w:tc>
          <w:tcPr>
            <w:tcW w:w="1008" w:type="dxa"/>
            <w:noWrap/>
            <w:hideMark/>
          </w:tcPr>
          <w:p w14:paraId="36AE0E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E75B7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516FD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E02D6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3DFD97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49989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9CBA844" w14:textId="77777777" w:rsidTr="006750F2">
        <w:trPr>
          <w:trHeight w:val="280"/>
        </w:trPr>
        <w:tc>
          <w:tcPr>
            <w:tcW w:w="919" w:type="dxa"/>
            <w:noWrap/>
            <w:hideMark/>
          </w:tcPr>
          <w:p w14:paraId="791E894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Brucella</w:t>
            </w:r>
          </w:p>
        </w:tc>
        <w:tc>
          <w:tcPr>
            <w:tcW w:w="852" w:type="dxa"/>
            <w:noWrap/>
            <w:hideMark/>
          </w:tcPr>
          <w:p w14:paraId="238594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56A884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68" w:type="dxa"/>
            <w:noWrap/>
            <w:hideMark/>
          </w:tcPr>
          <w:p w14:paraId="19FDB0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459E0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77153F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674" w:type="dxa"/>
            <w:noWrap/>
            <w:hideMark/>
          </w:tcPr>
          <w:p w14:paraId="0534E5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96116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CA296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47245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EE2AC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1008" w:type="dxa"/>
            <w:noWrap/>
            <w:hideMark/>
          </w:tcPr>
          <w:p w14:paraId="490FF7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049F84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6A316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699F29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9F9F4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52DD1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5637AF08" w14:textId="77777777" w:rsidTr="006750F2">
        <w:trPr>
          <w:trHeight w:val="280"/>
        </w:trPr>
        <w:tc>
          <w:tcPr>
            <w:tcW w:w="919" w:type="dxa"/>
            <w:noWrap/>
            <w:hideMark/>
          </w:tcPr>
          <w:p w14:paraId="4503277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CAG-267</w:t>
            </w:r>
          </w:p>
        </w:tc>
        <w:tc>
          <w:tcPr>
            <w:tcW w:w="852" w:type="dxa"/>
            <w:noWrap/>
            <w:hideMark/>
          </w:tcPr>
          <w:p w14:paraId="250D2C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56122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7A7598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C7717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FBF1E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20AF2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90BE1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7C8C7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CAA51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D10C7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7B952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BA08C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934CA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94AB6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42593F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4E026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861FCCB" w14:textId="77777777" w:rsidTr="006750F2">
        <w:trPr>
          <w:trHeight w:val="280"/>
        </w:trPr>
        <w:tc>
          <w:tcPr>
            <w:tcW w:w="919" w:type="dxa"/>
            <w:noWrap/>
            <w:hideMark/>
          </w:tcPr>
          <w:p w14:paraId="3142A22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CAJLXD01</w:t>
            </w:r>
          </w:p>
        </w:tc>
        <w:tc>
          <w:tcPr>
            <w:tcW w:w="852" w:type="dxa"/>
            <w:noWrap/>
            <w:hideMark/>
          </w:tcPr>
          <w:p w14:paraId="64532F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66239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613E98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9797E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4F479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1F2D6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C28D6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5BE1D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96E4C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76C3D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E7B51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BE652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DFB2E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83458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B3876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039E7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BBFFA67" w14:textId="77777777" w:rsidTr="006750F2">
        <w:trPr>
          <w:trHeight w:val="280"/>
        </w:trPr>
        <w:tc>
          <w:tcPr>
            <w:tcW w:w="919" w:type="dxa"/>
            <w:noWrap/>
            <w:hideMark/>
          </w:tcPr>
          <w:p w14:paraId="122BE97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CAZU01</w:t>
            </w:r>
          </w:p>
        </w:tc>
        <w:tc>
          <w:tcPr>
            <w:tcW w:w="852" w:type="dxa"/>
            <w:noWrap/>
            <w:hideMark/>
          </w:tcPr>
          <w:p w14:paraId="39A92F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2A9FCC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w:t>
            </w:r>
          </w:p>
        </w:tc>
        <w:tc>
          <w:tcPr>
            <w:tcW w:w="768" w:type="dxa"/>
            <w:noWrap/>
            <w:hideMark/>
          </w:tcPr>
          <w:p w14:paraId="4F7F74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79A22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F3884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62DD1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6BE23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7587D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8CA86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C998C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9A8F4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1AEA8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4921F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4D9CC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429338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4E1F6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FAD58CE" w14:textId="77777777" w:rsidTr="006750F2">
        <w:trPr>
          <w:trHeight w:val="280"/>
        </w:trPr>
        <w:tc>
          <w:tcPr>
            <w:tcW w:w="919" w:type="dxa"/>
            <w:noWrap/>
            <w:hideMark/>
          </w:tcPr>
          <w:p w14:paraId="5EF5E87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Caulobacter</w:t>
            </w:r>
          </w:p>
        </w:tc>
        <w:tc>
          <w:tcPr>
            <w:tcW w:w="852" w:type="dxa"/>
            <w:noWrap/>
            <w:hideMark/>
          </w:tcPr>
          <w:p w14:paraId="1AE39C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28F13B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74</w:t>
            </w:r>
          </w:p>
        </w:tc>
        <w:tc>
          <w:tcPr>
            <w:tcW w:w="768" w:type="dxa"/>
            <w:noWrap/>
            <w:hideMark/>
          </w:tcPr>
          <w:p w14:paraId="4990EA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w:t>
            </w:r>
          </w:p>
        </w:tc>
        <w:tc>
          <w:tcPr>
            <w:tcW w:w="739" w:type="dxa"/>
            <w:noWrap/>
            <w:hideMark/>
          </w:tcPr>
          <w:p w14:paraId="577DB9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12.2</w:t>
            </w:r>
          </w:p>
        </w:tc>
        <w:tc>
          <w:tcPr>
            <w:tcW w:w="721" w:type="dxa"/>
            <w:noWrap/>
            <w:hideMark/>
          </w:tcPr>
          <w:p w14:paraId="0D3E76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12.2</w:t>
            </w:r>
          </w:p>
        </w:tc>
        <w:tc>
          <w:tcPr>
            <w:tcW w:w="674" w:type="dxa"/>
            <w:noWrap/>
            <w:hideMark/>
          </w:tcPr>
          <w:p w14:paraId="305668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E05CD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FBAFE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3AF49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w:t>
            </w:r>
          </w:p>
        </w:tc>
        <w:tc>
          <w:tcPr>
            <w:tcW w:w="751" w:type="dxa"/>
            <w:noWrap/>
            <w:hideMark/>
          </w:tcPr>
          <w:p w14:paraId="76A944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12.2</w:t>
            </w:r>
          </w:p>
        </w:tc>
        <w:tc>
          <w:tcPr>
            <w:tcW w:w="1008" w:type="dxa"/>
            <w:noWrap/>
            <w:hideMark/>
          </w:tcPr>
          <w:p w14:paraId="56BA16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C04A4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9151E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A2C92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7B05FA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F6CE5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606A067A" w14:textId="77777777" w:rsidTr="006750F2">
        <w:trPr>
          <w:trHeight w:val="280"/>
        </w:trPr>
        <w:tc>
          <w:tcPr>
            <w:tcW w:w="919" w:type="dxa"/>
            <w:noWrap/>
            <w:hideMark/>
          </w:tcPr>
          <w:p w14:paraId="3834D9F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Celeribacter</w:t>
            </w:r>
          </w:p>
        </w:tc>
        <w:tc>
          <w:tcPr>
            <w:tcW w:w="852" w:type="dxa"/>
            <w:noWrap/>
            <w:hideMark/>
          </w:tcPr>
          <w:p w14:paraId="5E9A87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949A7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49A04A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39" w:type="dxa"/>
            <w:noWrap/>
            <w:hideMark/>
          </w:tcPr>
          <w:p w14:paraId="255653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21" w:type="dxa"/>
            <w:noWrap/>
            <w:hideMark/>
          </w:tcPr>
          <w:p w14:paraId="7BD441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31.8</w:t>
            </w:r>
          </w:p>
        </w:tc>
        <w:tc>
          <w:tcPr>
            <w:tcW w:w="674" w:type="dxa"/>
            <w:noWrap/>
            <w:hideMark/>
          </w:tcPr>
          <w:p w14:paraId="18DBF4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92EBF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17C8D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24A0A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51" w:type="dxa"/>
            <w:noWrap/>
            <w:hideMark/>
          </w:tcPr>
          <w:p w14:paraId="2D80C4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31.8</w:t>
            </w:r>
          </w:p>
        </w:tc>
        <w:tc>
          <w:tcPr>
            <w:tcW w:w="1008" w:type="dxa"/>
            <w:noWrap/>
            <w:hideMark/>
          </w:tcPr>
          <w:p w14:paraId="400089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FB7E7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D39A9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282528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47FD9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7C58A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65B82F4" w14:textId="77777777" w:rsidTr="006750F2">
        <w:trPr>
          <w:trHeight w:val="280"/>
        </w:trPr>
        <w:tc>
          <w:tcPr>
            <w:tcW w:w="919" w:type="dxa"/>
            <w:noWrap/>
            <w:hideMark/>
          </w:tcPr>
          <w:p w14:paraId="5E875EC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Cereibacter</w:t>
            </w:r>
          </w:p>
        </w:tc>
        <w:tc>
          <w:tcPr>
            <w:tcW w:w="852" w:type="dxa"/>
            <w:noWrap/>
            <w:hideMark/>
          </w:tcPr>
          <w:p w14:paraId="0A4B8D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F7A6A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665DEB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C314C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70.6</w:t>
            </w:r>
          </w:p>
        </w:tc>
        <w:tc>
          <w:tcPr>
            <w:tcW w:w="721" w:type="dxa"/>
            <w:noWrap/>
            <w:hideMark/>
          </w:tcPr>
          <w:p w14:paraId="4A423D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41.2</w:t>
            </w:r>
          </w:p>
        </w:tc>
        <w:tc>
          <w:tcPr>
            <w:tcW w:w="674" w:type="dxa"/>
            <w:noWrap/>
            <w:hideMark/>
          </w:tcPr>
          <w:p w14:paraId="6A468A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94" w:type="dxa"/>
            <w:noWrap/>
            <w:hideMark/>
          </w:tcPr>
          <w:p w14:paraId="2F371F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0CAD0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FB891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51" w:type="dxa"/>
            <w:noWrap/>
            <w:hideMark/>
          </w:tcPr>
          <w:p w14:paraId="56AEE2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41.2</w:t>
            </w:r>
          </w:p>
        </w:tc>
        <w:tc>
          <w:tcPr>
            <w:tcW w:w="1008" w:type="dxa"/>
            <w:noWrap/>
            <w:hideMark/>
          </w:tcPr>
          <w:p w14:paraId="0E4475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349E8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578C6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3566DB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600BA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4EEC0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B799175" w14:textId="77777777" w:rsidTr="006750F2">
        <w:trPr>
          <w:trHeight w:val="280"/>
        </w:trPr>
        <w:tc>
          <w:tcPr>
            <w:tcW w:w="919" w:type="dxa"/>
            <w:noWrap/>
            <w:hideMark/>
          </w:tcPr>
          <w:p w14:paraId="2FBBBB0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Chelativorans</w:t>
            </w:r>
          </w:p>
        </w:tc>
        <w:tc>
          <w:tcPr>
            <w:tcW w:w="852" w:type="dxa"/>
            <w:noWrap/>
            <w:hideMark/>
          </w:tcPr>
          <w:p w14:paraId="50030D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202701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1372D7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39" w:type="dxa"/>
            <w:noWrap/>
            <w:hideMark/>
          </w:tcPr>
          <w:p w14:paraId="37B04E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21" w:type="dxa"/>
            <w:noWrap/>
            <w:hideMark/>
          </w:tcPr>
          <w:p w14:paraId="01B439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72.7</w:t>
            </w:r>
          </w:p>
        </w:tc>
        <w:tc>
          <w:tcPr>
            <w:tcW w:w="674" w:type="dxa"/>
            <w:noWrap/>
            <w:hideMark/>
          </w:tcPr>
          <w:p w14:paraId="7A16F6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E04F2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ED245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3D190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51" w:type="dxa"/>
            <w:noWrap/>
            <w:hideMark/>
          </w:tcPr>
          <w:p w14:paraId="799325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72.7</w:t>
            </w:r>
          </w:p>
        </w:tc>
        <w:tc>
          <w:tcPr>
            <w:tcW w:w="1008" w:type="dxa"/>
            <w:noWrap/>
            <w:hideMark/>
          </w:tcPr>
          <w:p w14:paraId="1D1AD4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95B84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6E581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1D9C33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C6788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AE5C3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D24072D" w14:textId="77777777" w:rsidTr="006750F2">
        <w:trPr>
          <w:trHeight w:val="280"/>
        </w:trPr>
        <w:tc>
          <w:tcPr>
            <w:tcW w:w="919" w:type="dxa"/>
            <w:noWrap/>
            <w:hideMark/>
          </w:tcPr>
          <w:p w14:paraId="61CE228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Chelatococcus</w:t>
            </w:r>
          </w:p>
        </w:tc>
        <w:tc>
          <w:tcPr>
            <w:tcW w:w="852" w:type="dxa"/>
            <w:noWrap/>
            <w:hideMark/>
          </w:tcPr>
          <w:p w14:paraId="3C0F53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30474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4D087C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739" w:type="dxa"/>
            <w:noWrap/>
            <w:hideMark/>
          </w:tcPr>
          <w:p w14:paraId="59929C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21" w:type="dxa"/>
            <w:noWrap/>
            <w:hideMark/>
          </w:tcPr>
          <w:p w14:paraId="6877B1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674" w:type="dxa"/>
            <w:noWrap/>
            <w:hideMark/>
          </w:tcPr>
          <w:p w14:paraId="52E22F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A4083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81277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76C8C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751" w:type="dxa"/>
            <w:noWrap/>
            <w:hideMark/>
          </w:tcPr>
          <w:p w14:paraId="4A511F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1008" w:type="dxa"/>
            <w:noWrap/>
            <w:hideMark/>
          </w:tcPr>
          <w:p w14:paraId="253264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93E4F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671AC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51FDFF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84BF7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566A0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B73B719" w14:textId="77777777" w:rsidTr="006750F2">
        <w:trPr>
          <w:trHeight w:val="280"/>
        </w:trPr>
        <w:tc>
          <w:tcPr>
            <w:tcW w:w="919" w:type="dxa"/>
            <w:noWrap/>
            <w:hideMark/>
          </w:tcPr>
          <w:p w14:paraId="2A3423F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Croceibacterium</w:t>
            </w:r>
          </w:p>
        </w:tc>
        <w:tc>
          <w:tcPr>
            <w:tcW w:w="852" w:type="dxa"/>
            <w:noWrap/>
            <w:hideMark/>
          </w:tcPr>
          <w:p w14:paraId="2D5378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764EC0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463A8D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39" w:type="dxa"/>
            <w:noWrap/>
            <w:hideMark/>
          </w:tcPr>
          <w:p w14:paraId="4F55C2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721" w:type="dxa"/>
            <w:noWrap/>
            <w:hideMark/>
          </w:tcPr>
          <w:p w14:paraId="281C25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674" w:type="dxa"/>
            <w:noWrap/>
            <w:hideMark/>
          </w:tcPr>
          <w:p w14:paraId="5ACDCD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44841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3180E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CEA85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5C1743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1008" w:type="dxa"/>
            <w:noWrap/>
            <w:hideMark/>
          </w:tcPr>
          <w:p w14:paraId="039497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67D99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B8406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2EAFF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C557B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67ED9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D917774" w14:textId="77777777" w:rsidTr="006750F2">
        <w:trPr>
          <w:trHeight w:val="280"/>
        </w:trPr>
        <w:tc>
          <w:tcPr>
            <w:tcW w:w="919" w:type="dxa"/>
            <w:noWrap/>
            <w:hideMark/>
          </w:tcPr>
          <w:p w14:paraId="1143FD9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Croceicoccus</w:t>
            </w:r>
          </w:p>
        </w:tc>
        <w:tc>
          <w:tcPr>
            <w:tcW w:w="852" w:type="dxa"/>
            <w:noWrap/>
            <w:hideMark/>
          </w:tcPr>
          <w:p w14:paraId="78647C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21A29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00C0A2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58.8</w:t>
            </w:r>
          </w:p>
        </w:tc>
        <w:tc>
          <w:tcPr>
            <w:tcW w:w="739" w:type="dxa"/>
            <w:noWrap/>
            <w:hideMark/>
          </w:tcPr>
          <w:p w14:paraId="7934B2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5A83E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26968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0CABC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C9E2B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B07E2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58.8</w:t>
            </w:r>
          </w:p>
        </w:tc>
        <w:tc>
          <w:tcPr>
            <w:tcW w:w="751" w:type="dxa"/>
            <w:noWrap/>
            <w:hideMark/>
          </w:tcPr>
          <w:p w14:paraId="489142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7A56F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0B16F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2043B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772BD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7DB08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8D925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1FB8053" w14:textId="77777777" w:rsidTr="006750F2">
        <w:trPr>
          <w:trHeight w:val="280"/>
        </w:trPr>
        <w:tc>
          <w:tcPr>
            <w:tcW w:w="919" w:type="dxa"/>
            <w:noWrap/>
            <w:hideMark/>
          </w:tcPr>
          <w:p w14:paraId="70A05C0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Cypionkella</w:t>
            </w:r>
          </w:p>
        </w:tc>
        <w:tc>
          <w:tcPr>
            <w:tcW w:w="852" w:type="dxa"/>
            <w:noWrap/>
            <w:hideMark/>
          </w:tcPr>
          <w:p w14:paraId="52F67B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54E95E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17D99D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739" w:type="dxa"/>
            <w:noWrap/>
            <w:hideMark/>
          </w:tcPr>
          <w:p w14:paraId="127265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721" w:type="dxa"/>
            <w:noWrap/>
            <w:hideMark/>
          </w:tcPr>
          <w:p w14:paraId="49AEF9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21.4</w:t>
            </w:r>
          </w:p>
        </w:tc>
        <w:tc>
          <w:tcPr>
            <w:tcW w:w="674" w:type="dxa"/>
            <w:noWrap/>
            <w:hideMark/>
          </w:tcPr>
          <w:p w14:paraId="58A50D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F12BE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D22B9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82E43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751" w:type="dxa"/>
            <w:noWrap/>
            <w:hideMark/>
          </w:tcPr>
          <w:p w14:paraId="01F0FA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21.4</w:t>
            </w:r>
          </w:p>
        </w:tc>
        <w:tc>
          <w:tcPr>
            <w:tcW w:w="1008" w:type="dxa"/>
            <w:noWrap/>
            <w:hideMark/>
          </w:tcPr>
          <w:p w14:paraId="14BA35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69E00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67DD6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4A067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8BE31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37170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E8B8FDA" w14:textId="77777777" w:rsidTr="006750F2">
        <w:trPr>
          <w:trHeight w:val="280"/>
        </w:trPr>
        <w:tc>
          <w:tcPr>
            <w:tcW w:w="919" w:type="dxa"/>
            <w:noWrap/>
            <w:hideMark/>
          </w:tcPr>
          <w:p w14:paraId="7876B8D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Devosia</w:t>
            </w:r>
          </w:p>
        </w:tc>
        <w:tc>
          <w:tcPr>
            <w:tcW w:w="852" w:type="dxa"/>
            <w:noWrap/>
            <w:hideMark/>
          </w:tcPr>
          <w:p w14:paraId="7D9DA4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23BEF2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w:t>
            </w:r>
          </w:p>
        </w:tc>
        <w:tc>
          <w:tcPr>
            <w:tcW w:w="768" w:type="dxa"/>
            <w:noWrap/>
            <w:hideMark/>
          </w:tcPr>
          <w:p w14:paraId="6F66BF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21.5</w:t>
            </w:r>
          </w:p>
        </w:tc>
        <w:tc>
          <w:tcPr>
            <w:tcW w:w="739" w:type="dxa"/>
            <w:noWrap/>
            <w:hideMark/>
          </w:tcPr>
          <w:p w14:paraId="53BD0B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w:t>
            </w:r>
          </w:p>
        </w:tc>
        <w:tc>
          <w:tcPr>
            <w:tcW w:w="721" w:type="dxa"/>
            <w:noWrap/>
            <w:hideMark/>
          </w:tcPr>
          <w:p w14:paraId="16685D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45.2</w:t>
            </w:r>
          </w:p>
        </w:tc>
        <w:tc>
          <w:tcPr>
            <w:tcW w:w="674" w:type="dxa"/>
            <w:noWrap/>
            <w:hideMark/>
          </w:tcPr>
          <w:p w14:paraId="3CDE66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B058C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EDD90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4FE49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21.5</w:t>
            </w:r>
          </w:p>
        </w:tc>
        <w:tc>
          <w:tcPr>
            <w:tcW w:w="751" w:type="dxa"/>
            <w:noWrap/>
            <w:hideMark/>
          </w:tcPr>
          <w:p w14:paraId="5A6632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45.2</w:t>
            </w:r>
          </w:p>
        </w:tc>
        <w:tc>
          <w:tcPr>
            <w:tcW w:w="1008" w:type="dxa"/>
            <w:noWrap/>
            <w:hideMark/>
          </w:tcPr>
          <w:p w14:paraId="1DA5B3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8F0BA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63990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295BDC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4422D9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7F7F5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8C88FDE" w14:textId="77777777" w:rsidTr="006750F2">
        <w:trPr>
          <w:trHeight w:val="280"/>
        </w:trPr>
        <w:tc>
          <w:tcPr>
            <w:tcW w:w="919" w:type="dxa"/>
            <w:noWrap/>
            <w:hideMark/>
          </w:tcPr>
          <w:p w14:paraId="5B1A6D1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Ensifer</w:t>
            </w:r>
          </w:p>
        </w:tc>
        <w:tc>
          <w:tcPr>
            <w:tcW w:w="852" w:type="dxa"/>
            <w:noWrap/>
            <w:hideMark/>
          </w:tcPr>
          <w:p w14:paraId="1FD815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FCA0C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68" w:type="dxa"/>
            <w:noWrap/>
            <w:hideMark/>
          </w:tcPr>
          <w:p w14:paraId="455DDE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739" w:type="dxa"/>
            <w:noWrap/>
            <w:hideMark/>
          </w:tcPr>
          <w:p w14:paraId="3D2119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721" w:type="dxa"/>
            <w:noWrap/>
            <w:hideMark/>
          </w:tcPr>
          <w:p w14:paraId="39CF88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w:t>
            </w:r>
          </w:p>
        </w:tc>
        <w:tc>
          <w:tcPr>
            <w:tcW w:w="674" w:type="dxa"/>
            <w:noWrap/>
            <w:hideMark/>
          </w:tcPr>
          <w:p w14:paraId="69C77A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694" w:type="dxa"/>
            <w:noWrap/>
            <w:hideMark/>
          </w:tcPr>
          <w:p w14:paraId="24B62E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C1DCB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E18AB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w:t>
            </w:r>
          </w:p>
        </w:tc>
        <w:tc>
          <w:tcPr>
            <w:tcW w:w="751" w:type="dxa"/>
            <w:noWrap/>
            <w:hideMark/>
          </w:tcPr>
          <w:p w14:paraId="337E4E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w:t>
            </w:r>
          </w:p>
        </w:tc>
        <w:tc>
          <w:tcPr>
            <w:tcW w:w="1008" w:type="dxa"/>
            <w:noWrap/>
            <w:hideMark/>
          </w:tcPr>
          <w:p w14:paraId="0F9B67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7D7F0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2319F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14B79B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2D4F5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EDD3F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623E27F" w14:textId="77777777" w:rsidTr="006750F2">
        <w:trPr>
          <w:trHeight w:val="280"/>
        </w:trPr>
        <w:tc>
          <w:tcPr>
            <w:tcW w:w="919" w:type="dxa"/>
            <w:noWrap/>
            <w:hideMark/>
          </w:tcPr>
          <w:p w14:paraId="31440FB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Enterousia</w:t>
            </w:r>
          </w:p>
        </w:tc>
        <w:tc>
          <w:tcPr>
            <w:tcW w:w="852" w:type="dxa"/>
            <w:noWrap/>
            <w:hideMark/>
          </w:tcPr>
          <w:p w14:paraId="1B1ABD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BD8A3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710AB6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2FBAF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C97AC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1B029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E3963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AA701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3E4A2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53C72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B0B42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9F5F6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BEC9A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EF4C0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E86AF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019BA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6B58712" w14:textId="77777777" w:rsidTr="006750F2">
        <w:trPr>
          <w:trHeight w:val="280"/>
        </w:trPr>
        <w:tc>
          <w:tcPr>
            <w:tcW w:w="919" w:type="dxa"/>
            <w:noWrap/>
            <w:hideMark/>
          </w:tcPr>
          <w:p w14:paraId="19B4ECE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Epibacterium</w:t>
            </w:r>
          </w:p>
        </w:tc>
        <w:tc>
          <w:tcPr>
            <w:tcW w:w="852" w:type="dxa"/>
            <w:noWrap/>
            <w:hideMark/>
          </w:tcPr>
          <w:p w14:paraId="4CF1B1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F32D2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68" w:type="dxa"/>
            <w:noWrap/>
            <w:hideMark/>
          </w:tcPr>
          <w:p w14:paraId="0BB47E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52.2</w:t>
            </w:r>
          </w:p>
        </w:tc>
        <w:tc>
          <w:tcPr>
            <w:tcW w:w="739" w:type="dxa"/>
            <w:noWrap/>
            <w:hideMark/>
          </w:tcPr>
          <w:p w14:paraId="266E82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w:t>
            </w:r>
          </w:p>
        </w:tc>
        <w:tc>
          <w:tcPr>
            <w:tcW w:w="721" w:type="dxa"/>
            <w:noWrap/>
            <w:hideMark/>
          </w:tcPr>
          <w:p w14:paraId="78992B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21.7</w:t>
            </w:r>
          </w:p>
        </w:tc>
        <w:tc>
          <w:tcPr>
            <w:tcW w:w="674" w:type="dxa"/>
            <w:noWrap/>
            <w:hideMark/>
          </w:tcPr>
          <w:p w14:paraId="27184E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A8889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31576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970EE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52.2</w:t>
            </w:r>
          </w:p>
        </w:tc>
        <w:tc>
          <w:tcPr>
            <w:tcW w:w="751" w:type="dxa"/>
            <w:noWrap/>
            <w:hideMark/>
          </w:tcPr>
          <w:p w14:paraId="3C8D20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21.7</w:t>
            </w:r>
          </w:p>
        </w:tc>
        <w:tc>
          <w:tcPr>
            <w:tcW w:w="1008" w:type="dxa"/>
            <w:noWrap/>
            <w:hideMark/>
          </w:tcPr>
          <w:p w14:paraId="0D2498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FE83F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BD7C8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02131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46558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EF8B7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3A84DCD" w14:textId="77777777" w:rsidTr="006750F2">
        <w:trPr>
          <w:trHeight w:val="280"/>
        </w:trPr>
        <w:tc>
          <w:tcPr>
            <w:tcW w:w="919" w:type="dxa"/>
            <w:noWrap/>
            <w:hideMark/>
          </w:tcPr>
          <w:p w14:paraId="6D0B944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Erythrobacter</w:t>
            </w:r>
          </w:p>
        </w:tc>
        <w:tc>
          <w:tcPr>
            <w:tcW w:w="852" w:type="dxa"/>
            <w:noWrap/>
            <w:hideMark/>
          </w:tcPr>
          <w:p w14:paraId="70455B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2FC90F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102</w:t>
            </w:r>
          </w:p>
        </w:tc>
        <w:tc>
          <w:tcPr>
            <w:tcW w:w="768" w:type="dxa"/>
            <w:noWrap/>
            <w:hideMark/>
          </w:tcPr>
          <w:p w14:paraId="4F6800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739" w:type="dxa"/>
            <w:noWrap/>
            <w:hideMark/>
          </w:tcPr>
          <w:p w14:paraId="63D9B7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13.7</w:t>
            </w:r>
          </w:p>
        </w:tc>
        <w:tc>
          <w:tcPr>
            <w:tcW w:w="721" w:type="dxa"/>
            <w:noWrap/>
            <w:hideMark/>
          </w:tcPr>
          <w:p w14:paraId="326258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1F301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29EEF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66205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9849B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751" w:type="dxa"/>
            <w:noWrap/>
            <w:hideMark/>
          </w:tcPr>
          <w:p w14:paraId="6F533E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78D40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0E29F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116D6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42BDE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20387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C5F00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6E2B796" w14:textId="77777777" w:rsidTr="006750F2">
        <w:trPr>
          <w:trHeight w:val="280"/>
        </w:trPr>
        <w:tc>
          <w:tcPr>
            <w:tcW w:w="919" w:type="dxa"/>
            <w:noWrap/>
            <w:hideMark/>
          </w:tcPr>
          <w:p w14:paraId="2ABD812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Falsiroseomonas</w:t>
            </w:r>
          </w:p>
        </w:tc>
        <w:tc>
          <w:tcPr>
            <w:tcW w:w="852" w:type="dxa"/>
            <w:noWrap/>
            <w:hideMark/>
          </w:tcPr>
          <w:p w14:paraId="430F5F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FC8BD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131CD8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4ADD0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43.8</w:t>
            </w:r>
          </w:p>
        </w:tc>
        <w:tc>
          <w:tcPr>
            <w:tcW w:w="721" w:type="dxa"/>
            <w:noWrap/>
            <w:hideMark/>
          </w:tcPr>
          <w:p w14:paraId="2B3122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7108E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1266D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A40CD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30E3A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3D9F5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BB31C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615F29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AD956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EC7E7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61B29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B2072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54E2785" w14:textId="77777777" w:rsidTr="006750F2">
        <w:trPr>
          <w:trHeight w:val="280"/>
        </w:trPr>
        <w:tc>
          <w:tcPr>
            <w:tcW w:w="919" w:type="dxa"/>
            <w:noWrap/>
            <w:hideMark/>
          </w:tcPr>
          <w:p w14:paraId="72A9DDA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GCA-2402195</w:t>
            </w:r>
          </w:p>
        </w:tc>
        <w:tc>
          <w:tcPr>
            <w:tcW w:w="852" w:type="dxa"/>
            <w:noWrap/>
            <w:hideMark/>
          </w:tcPr>
          <w:p w14:paraId="79A8C8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5B33D8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6F073A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3645F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CB9A6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94122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2C8DD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ED551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8A77F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CCF1D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0A619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F39B7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450E3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E2AC8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A6AC1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C9AAF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F339991" w14:textId="77777777" w:rsidTr="006750F2">
        <w:trPr>
          <w:trHeight w:val="280"/>
        </w:trPr>
        <w:tc>
          <w:tcPr>
            <w:tcW w:w="919" w:type="dxa"/>
            <w:noWrap/>
            <w:hideMark/>
          </w:tcPr>
          <w:p w14:paraId="224EC4B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GCA-2731375</w:t>
            </w:r>
          </w:p>
        </w:tc>
        <w:tc>
          <w:tcPr>
            <w:tcW w:w="852" w:type="dxa"/>
            <w:noWrap/>
            <w:hideMark/>
          </w:tcPr>
          <w:p w14:paraId="42DCE7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2FA58B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7CD4FD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39" w:type="dxa"/>
            <w:noWrap/>
            <w:hideMark/>
          </w:tcPr>
          <w:p w14:paraId="121451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21" w:type="dxa"/>
            <w:noWrap/>
            <w:hideMark/>
          </w:tcPr>
          <w:p w14:paraId="308A67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674" w:type="dxa"/>
            <w:noWrap/>
            <w:hideMark/>
          </w:tcPr>
          <w:p w14:paraId="48A2C7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7C315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21336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6106F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51" w:type="dxa"/>
            <w:noWrap/>
            <w:hideMark/>
          </w:tcPr>
          <w:p w14:paraId="2F9EB1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1008" w:type="dxa"/>
            <w:noWrap/>
            <w:hideMark/>
          </w:tcPr>
          <w:p w14:paraId="760656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C3475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3834A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ED994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C353A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10C48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BB5224C" w14:textId="77777777" w:rsidTr="006750F2">
        <w:trPr>
          <w:trHeight w:val="280"/>
        </w:trPr>
        <w:tc>
          <w:tcPr>
            <w:tcW w:w="919" w:type="dxa"/>
            <w:noWrap/>
            <w:hideMark/>
          </w:tcPr>
          <w:p w14:paraId="799740E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Gemmobacter</w:t>
            </w:r>
          </w:p>
        </w:tc>
        <w:tc>
          <w:tcPr>
            <w:tcW w:w="852" w:type="dxa"/>
            <w:noWrap/>
            <w:hideMark/>
          </w:tcPr>
          <w:p w14:paraId="3AA156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5A7A87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w:t>
            </w:r>
          </w:p>
        </w:tc>
        <w:tc>
          <w:tcPr>
            <w:tcW w:w="768" w:type="dxa"/>
            <w:noWrap/>
            <w:hideMark/>
          </w:tcPr>
          <w:p w14:paraId="29A734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41.9</w:t>
            </w:r>
          </w:p>
        </w:tc>
        <w:tc>
          <w:tcPr>
            <w:tcW w:w="739" w:type="dxa"/>
            <w:noWrap/>
            <w:hideMark/>
          </w:tcPr>
          <w:p w14:paraId="0E8A84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35.5</w:t>
            </w:r>
          </w:p>
        </w:tc>
        <w:tc>
          <w:tcPr>
            <w:tcW w:w="721" w:type="dxa"/>
            <w:noWrap/>
            <w:hideMark/>
          </w:tcPr>
          <w:p w14:paraId="731106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35.5</w:t>
            </w:r>
          </w:p>
        </w:tc>
        <w:tc>
          <w:tcPr>
            <w:tcW w:w="674" w:type="dxa"/>
            <w:noWrap/>
            <w:hideMark/>
          </w:tcPr>
          <w:p w14:paraId="6F36A0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DBC14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3669E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2D70A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41.9</w:t>
            </w:r>
          </w:p>
        </w:tc>
        <w:tc>
          <w:tcPr>
            <w:tcW w:w="751" w:type="dxa"/>
            <w:noWrap/>
            <w:hideMark/>
          </w:tcPr>
          <w:p w14:paraId="2ECB84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35.5</w:t>
            </w:r>
          </w:p>
        </w:tc>
        <w:tc>
          <w:tcPr>
            <w:tcW w:w="1008" w:type="dxa"/>
            <w:noWrap/>
            <w:hideMark/>
          </w:tcPr>
          <w:p w14:paraId="509DC7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FFA2B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B5901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09687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9D0B2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66E97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3E861D6" w14:textId="77777777" w:rsidTr="006750F2">
        <w:trPr>
          <w:trHeight w:val="280"/>
        </w:trPr>
        <w:tc>
          <w:tcPr>
            <w:tcW w:w="919" w:type="dxa"/>
            <w:noWrap/>
            <w:hideMark/>
          </w:tcPr>
          <w:p w14:paraId="3EF1797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Gluconacetobacter</w:t>
            </w:r>
          </w:p>
        </w:tc>
        <w:tc>
          <w:tcPr>
            <w:tcW w:w="852" w:type="dxa"/>
            <w:noWrap/>
            <w:hideMark/>
          </w:tcPr>
          <w:p w14:paraId="50CE1C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E1BE8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5FC2B7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739" w:type="dxa"/>
            <w:noWrap/>
            <w:hideMark/>
          </w:tcPr>
          <w:p w14:paraId="4C0FB4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19F13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ECB04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694" w:type="dxa"/>
            <w:noWrap/>
            <w:hideMark/>
          </w:tcPr>
          <w:p w14:paraId="6D7FE5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E97FC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7C311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51" w:type="dxa"/>
            <w:noWrap/>
            <w:hideMark/>
          </w:tcPr>
          <w:p w14:paraId="618C5F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1356A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954FF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CE3BB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378E56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A9376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62711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A3EB4F0" w14:textId="77777777" w:rsidTr="006750F2">
        <w:trPr>
          <w:trHeight w:val="280"/>
        </w:trPr>
        <w:tc>
          <w:tcPr>
            <w:tcW w:w="919" w:type="dxa"/>
            <w:noWrap/>
            <w:hideMark/>
          </w:tcPr>
          <w:p w14:paraId="54FDF7F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Gluconobacter</w:t>
            </w:r>
          </w:p>
        </w:tc>
        <w:tc>
          <w:tcPr>
            <w:tcW w:w="852" w:type="dxa"/>
            <w:noWrap/>
            <w:hideMark/>
          </w:tcPr>
          <w:p w14:paraId="2E1E21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5500F7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68" w:type="dxa"/>
            <w:noWrap/>
            <w:hideMark/>
          </w:tcPr>
          <w:p w14:paraId="21301A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739" w:type="dxa"/>
            <w:noWrap/>
            <w:hideMark/>
          </w:tcPr>
          <w:p w14:paraId="4D8564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721" w:type="dxa"/>
            <w:noWrap/>
            <w:hideMark/>
          </w:tcPr>
          <w:p w14:paraId="117B54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36BEA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E1219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76A6F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93E3C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751" w:type="dxa"/>
            <w:noWrap/>
            <w:hideMark/>
          </w:tcPr>
          <w:p w14:paraId="33B2B9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A9508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2864D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54EF9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61C68E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195866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F6254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D1F1BE1" w14:textId="77777777" w:rsidTr="006750F2">
        <w:trPr>
          <w:trHeight w:val="280"/>
        </w:trPr>
        <w:tc>
          <w:tcPr>
            <w:tcW w:w="919" w:type="dxa"/>
            <w:noWrap/>
            <w:hideMark/>
          </w:tcPr>
          <w:p w14:paraId="42B022B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Gymnodinialimonas</w:t>
            </w:r>
          </w:p>
        </w:tc>
        <w:tc>
          <w:tcPr>
            <w:tcW w:w="852" w:type="dxa"/>
            <w:noWrap/>
            <w:hideMark/>
          </w:tcPr>
          <w:p w14:paraId="7A31BE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1706D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31144B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39" w:type="dxa"/>
            <w:noWrap/>
            <w:hideMark/>
          </w:tcPr>
          <w:p w14:paraId="729B04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27.3</w:t>
            </w:r>
          </w:p>
        </w:tc>
        <w:tc>
          <w:tcPr>
            <w:tcW w:w="721" w:type="dxa"/>
            <w:noWrap/>
            <w:hideMark/>
          </w:tcPr>
          <w:p w14:paraId="3FFED5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E4610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0F495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22AAB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A138D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51" w:type="dxa"/>
            <w:noWrap/>
            <w:hideMark/>
          </w:tcPr>
          <w:p w14:paraId="6B265E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A0439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F249D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ACA5F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0BB3D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A3ACD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CF7E5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6B47DEA0" w14:textId="77777777" w:rsidTr="006750F2">
        <w:trPr>
          <w:trHeight w:val="280"/>
        </w:trPr>
        <w:tc>
          <w:tcPr>
            <w:tcW w:w="919" w:type="dxa"/>
            <w:noWrap/>
            <w:hideMark/>
          </w:tcPr>
          <w:p w14:paraId="3D7D536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HGM16780</w:t>
            </w:r>
          </w:p>
        </w:tc>
        <w:tc>
          <w:tcPr>
            <w:tcW w:w="852" w:type="dxa"/>
            <w:noWrap/>
            <w:hideMark/>
          </w:tcPr>
          <w:p w14:paraId="0BF4F6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F95D8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42989A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377A2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FA50E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A299B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945A2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F8438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E8669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593C1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0656C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DFF5B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864A1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789DC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ECF92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C4417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9FA3AD5" w14:textId="77777777" w:rsidTr="006750F2">
        <w:trPr>
          <w:trHeight w:val="280"/>
        </w:trPr>
        <w:tc>
          <w:tcPr>
            <w:tcW w:w="919" w:type="dxa"/>
            <w:noWrap/>
            <w:hideMark/>
          </w:tcPr>
          <w:p w14:paraId="3F3483A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HIMB59</w:t>
            </w:r>
          </w:p>
        </w:tc>
        <w:tc>
          <w:tcPr>
            <w:tcW w:w="852" w:type="dxa"/>
            <w:noWrap/>
            <w:hideMark/>
          </w:tcPr>
          <w:p w14:paraId="5CAA99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17D806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5585FF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0AAC8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2EBF9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1D375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8478A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BA2C3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E3A0B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3E79C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766C1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C128A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E4BCD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D06F4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EE248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A159B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554FC05" w14:textId="77777777" w:rsidTr="006750F2">
        <w:trPr>
          <w:trHeight w:val="280"/>
        </w:trPr>
        <w:tc>
          <w:tcPr>
            <w:tcW w:w="919" w:type="dxa"/>
            <w:noWrap/>
            <w:hideMark/>
          </w:tcPr>
          <w:p w14:paraId="0FB0015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Henriciella</w:t>
            </w:r>
          </w:p>
        </w:tc>
        <w:tc>
          <w:tcPr>
            <w:tcW w:w="852" w:type="dxa"/>
            <w:noWrap/>
            <w:hideMark/>
          </w:tcPr>
          <w:p w14:paraId="6E2FC8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A2836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w:t>
            </w:r>
          </w:p>
        </w:tc>
        <w:tc>
          <w:tcPr>
            <w:tcW w:w="768" w:type="dxa"/>
            <w:noWrap/>
            <w:hideMark/>
          </w:tcPr>
          <w:p w14:paraId="33B6AB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11.1</w:t>
            </w:r>
          </w:p>
        </w:tc>
        <w:tc>
          <w:tcPr>
            <w:tcW w:w="739" w:type="dxa"/>
            <w:noWrap/>
            <w:hideMark/>
          </w:tcPr>
          <w:p w14:paraId="01DFA9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7.4</w:t>
            </w:r>
          </w:p>
        </w:tc>
        <w:tc>
          <w:tcPr>
            <w:tcW w:w="721" w:type="dxa"/>
            <w:noWrap/>
            <w:hideMark/>
          </w:tcPr>
          <w:p w14:paraId="7C630C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EE8A6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E4593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E25DE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DC9BA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11.1</w:t>
            </w:r>
          </w:p>
        </w:tc>
        <w:tc>
          <w:tcPr>
            <w:tcW w:w="751" w:type="dxa"/>
            <w:noWrap/>
            <w:hideMark/>
          </w:tcPr>
          <w:p w14:paraId="1EF8D3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AC661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79B72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175B7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C1051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9175A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FFA03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9C7652A" w14:textId="77777777" w:rsidTr="006750F2">
        <w:trPr>
          <w:trHeight w:val="280"/>
        </w:trPr>
        <w:tc>
          <w:tcPr>
            <w:tcW w:w="919" w:type="dxa"/>
            <w:noWrap/>
            <w:hideMark/>
          </w:tcPr>
          <w:p w14:paraId="485518E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Hoeflea</w:t>
            </w:r>
          </w:p>
        </w:tc>
        <w:tc>
          <w:tcPr>
            <w:tcW w:w="852" w:type="dxa"/>
            <w:noWrap/>
            <w:hideMark/>
          </w:tcPr>
          <w:p w14:paraId="03A9C5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2311D4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68" w:type="dxa"/>
            <w:noWrap/>
            <w:hideMark/>
          </w:tcPr>
          <w:p w14:paraId="7E0CF5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739" w:type="dxa"/>
            <w:noWrap/>
            <w:hideMark/>
          </w:tcPr>
          <w:p w14:paraId="522FA0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73.1</w:t>
            </w:r>
          </w:p>
        </w:tc>
        <w:tc>
          <w:tcPr>
            <w:tcW w:w="721" w:type="dxa"/>
            <w:noWrap/>
            <w:hideMark/>
          </w:tcPr>
          <w:p w14:paraId="081EC3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19.2</w:t>
            </w:r>
          </w:p>
        </w:tc>
        <w:tc>
          <w:tcPr>
            <w:tcW w:w="674" w:type="dxa"/>
            <w:noWrap/>
            <w:hideMark/>
          </w:tcPr>
          <w:p w14:paraId="1F3F7B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168B1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860E9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8F086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751" w:type="dxa"/>
            <w:noWrap/>
            <w:hideMark/>
          </w:tcPr>
          <w:p w14:paraId="0E5B5C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19.2</w:t>
            </w:r>
          </w:p>
        </w:tc>
        <w:tc>
          <w:tcPr>
            <w:tcW w:w="1008" w:type="dxa"/>
            <w:noWrap/>
            <w:hideMark/>
          </w:tcPr>
          <w:p w14:paraId="61FC7C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E4E89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5F105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A6DA3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B2333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07B00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79A98F2" w14:textId="77777777" w:rsidTr="006750F2">
        <w:trPr>
          <w:trHeight w:val="280"/>
        </w:trPr>
        <w:tc>
          <w:tcPr>
            <w:tcW w:w="919" w:type="dxa"/>
            <w:noWrap/>
            <w:hideMark/>
          </w:tcPr>
          <w:p w14:paraId="1180B1E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Hyphococcus</w:t>
            </w:r>
          </w:p>
        </w:tc>
        <w:tc>
          <w:tcPr>
            <w:tcW w:w="852" w:type="dxa"/>
            <w:noWrap/>
            <w:hideMark/>
          </w:tcPr>
          <w:p w14:paraId="1135ED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5CDA52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3E94A0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10.5</w:t>
            </w:r>
          </w:p>
        </w:tc>
        <w:tc>
          <w:tcPr>
            <w:tcW w:w="739" w:type="dxa"/>
            <w:noWrap/>
            <w:hideMark/>
          </w:tcPr>
          <w:p w14:paraId="66D0D0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57.9</w:t>
            </w:r>
          </w:p>
        </w:tc>
        <w:tc>
          <w:tcPr>
            <w:tcW w:w="721" w:type="dxa"/>
            <w:noWrap/>
            <w:hideMark/>
          </w:tcPr>
          <w:p w14:paraId="73EA4A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E32B6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A8032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327B1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4D5A0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10.5</w:t>
            </w:r>
          </w:p>
        </w:tc>
        <w:tc>
          <w:tcPr>
            <w:tcW w:w="751" w:type="dxa"/>
            <w:noWrap/>
            <w:hideMark/>
          </w:tcPr>
          <w:p w14:paraId="528DD2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5C94C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68ABE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3ABAF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C6979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565E8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19762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F333D77" w14:textId="77777777" w:rsidTr="006750F2">
        <w:trPr>
          <w:trHeight w:val="280"/>
        </w:trPr>
        <w:tc>
          <w:tcPr>
            <w:tcW w:w="919" w:type="dxa"/>
            <w:noWrap/>
            <w:hideMark/>
          </w:tcPr>
          <w:p w14:paraId="40EA432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Hyphomicrobium</w:t>
            </w:r>
          </w:p>
        </w:tc>
        <w:tc>
          <w:tcPr>
            <w:tcW w:w="852" w:type="dxa"/>
            <w:noWrap/>
            <w:hideMark/>
          </w:tcPr>
          <w:p w14:paraId="761FBE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AE9C9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w:t>
            </w:r>
          </w:p>
        </w:tc>
        <w:tc>
          <w:tcPr>
            <w:tcW w:w="768" w:type="dxa"/>
            <w:noWrap/>
            <w:hideMark/>
          </w:tcPr>
          <w:p w14:paraId="35E4FE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25.6</w:t>
            </w:r>
          </w:p>
        </w:tc>
        <w:tc>
          <w:tcPr>
            <w:tcW w:w="739" w:type="dxa"/>
            <w:noWrap/>
            <w:hideMark/>
          </w:tcPr>
          <w:p w14:paraId="2CF734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30.2</w:t>
            </w:r>
          </w:p>
        </w:tc>
        <w:tc>
          <w:tcPr>
            <w:tcW w:w="721" w:type="dxa"/>
            <w:noWrap/>
            <w:hideMark/>
          </w:tcPr>
          <w:p w14:paraId="22AAAD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32.6</w:t>
            </w:r>
          </w:p>
        </w:tc>
        <w:tc>
          <w:tcPr>
            <w:tcW w:w="674" w:type="dxa"/>
            <w:noWrap/>
            <w:hideMark/>
          </w:tcPr>
          <w:p w14:paraId="08D961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11.6</w:t>
            </w:r>
          </w:p>
        </w:tc>
        <w:tc>
          <w:tcPr>
            <w:tcW w:w="694" w:type="dxa"/>
            <w:noWrap/>
            <w:hideMark/>
          </w:tcPr>
          <w:p w14:paraId="169117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7462F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909" w:type="dxa"/>
            <w:noWrap/>
            <w:hideMark/>
          </w:tcPr>
          <w:p w14:paraId="3AA676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39.5</w:t>
            </w:r>
          </w:p>
        </w:tc>
        <w:tc>
          <w:tcPr>
            <w:tcW w:w="751" w:type="dxa"/>
            <w:noWrap/>
            <w:hideMark/>
          </w:tcPr>
          <w:p w14:paraId="1F101D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32.6</w:t>
            </w:r>
          </w:p>
        </w:tc>
        <w:tc>
          <w:tcPr>
            <w:tcW w:w="1008" w:type="dxa"/>
            <w:noWrap/>
            <w:hideMark/>
          </w:tcPr>
          <w:p w14:paraId="48449A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AE2A0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325CA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4BCD2F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19A8EB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0581B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163174B" w14:textId="77777777" w:rsidTr="006750F2">
        <w:trPr>
          <w:trHeight w:val="280"/>
        </w:trPr>
        <w:tc>
          <w:tcPr>
            <w:tcW w:w="919" w:type="dxa"/>
            <w:noWrap/>
            <w:hideMark/>
          </w:tcPr>
          <w:p w14:paraId="7BC9E22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Hyphomonas</w:t>
            </w:r>
          </w:p>
        </w:tc>
        <w:tc>
          <w:tcPr>
            <w:tcW w:w="852" w:type="dxa"/>
            <w:noWrap/>
            <w:hideMark/>
          </w:tcPr>
          <w:p w14:paraId="0AF719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48C3B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768" w:type="dxa"/>
            <w:noWrap/>
            <w:hideMark/>
          </w:tcPr>
          <w:p w14:paraId="52D31A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739" w:type="dxa"/>
            <w:noWrap/>
            <w:hideMark/>
          </w:tcPr>
          <w:p w14:paraId="07A117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37.1</w:t>
            </w:r>
          </w:p>
        </w:tc>
        <w:tc>
          <w:tcPr>
            <w:tcW w:w="721" w:type="dxa"/>
            <w:noWrap/>
            <w:hideMark/>
          </w:tcPr>
          <w:p w14:paraId="49FD55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6B61C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36706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26077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9E25F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751" w:type="dxa"/>
            <w:noWrap/>
            <w:hideMark/>
          </w:tcPr>
          <w:p w14:paraId="0C8031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CE98A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670E7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46EA4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3A2B0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3365D8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53FF3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3AB748E" w14:textId="77777777" w:rsidTr="006750F2">
        <w:trPr>
          <w:trHeight w:val="280"/>
        </w:trPr>
        <w:tc>
          <w:tcPr>
            <w:tcW w:w="919" w:type="dxa"/>
            <w:noWrap/>
            <w:hideMark/>
          </w:tcPr>
          <w:p w14:paraId="3181719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Jannaschia</w:t>
            </w:r>
          </w:p>
        </w:tc>
        <w:tc>
          <w:tcPr>
            <w:tcW w:w="852" w:type="dxa"/>
            <w:noWrap/>
            <w:hideMark/>
          </w:tcPr>
          <w:p w14:paraId="4DEE68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E2E78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67E174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39" w:type="dxa"/>
            <w:noWrap/>
            <w:hideMark/>
          </w:tcPr>
          <w:p w14:paraId="4F4369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29.2</w:t>
            </w:r>
          </w:p>
        </w:tc>
        <w:tc>
          <w:tcPr>
            <w:tcW w:w="721" w:type="dxa"/>
            <w:noWrap/>
            <w:hideMark/>
          </w:tcPr>
          <w:p w14:paraId="6822E7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37.5</w:t>
            </w:r>
          </w:p>
        </w:tc>
        <w:tc>
          <w:tcPr>
            <w:tcW w:w="674" w:type="dxa"/>
            <w:noWrap/>
            <w:hideMark/>
          </w:tcPr>
          <w:p w14:paraId="1E05CB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F5598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1D1CB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87F82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51" w:type="dxa"/>
            <w:noWrap/>
            <w:hideMark/>
          </w:tcPr>
          <w:p w14:paraId="6EAE88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37.5</w:t>
            </w:r>
          </w:p>
        </w:tc>
        <w:tc>
          <w:tcPr>
            <w:tcW w:w="1008" w:type="dxa"/>
            <w:noWrap/>
            <w:hideMark/>
          </w:tcPr>
          <w:p w14:paraId="38C679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123B8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263F1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F3918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C70F2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40D77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A0C3462" w14:textId="77777777" w:rsidTr="006750F2">
        <w:trPr>
          <w:trHeight w:val="280"/>
        </w:trPr>
        <w:tc>
          <w:tcPr>
            <w:tcW w:w="919" w:type="dxa"/>
            <w:noWrap/>
            <w:hideMark/>
          </w:tcPr>
          <w:p w14:paraId="63A32AE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Jiella</w:t>
            </w:r>
          </w:p>
        </w:tc>
        <w:tc>
          <w:tcPr>
            <w:tcW w:w="852" w:type="dxa"/>
            <w:noWrap/>
            <w:hideMark/>
          </w:tcPr>
          <w:p w14:paraId="05B1A6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B3C1B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1BEAD6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39" w:type="dxa"/>
            <w:noWrap/>
            <w:hideMark/>
          </w:tcPr>
          <w:p w14:paraId="1B4507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21" w:type="dxa"/>
            <w:noWrap/>
            <w:hideMark/>
          </w:tcPr>
          <w:p w14:paraId="422CC2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A1CA9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89463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FBCA1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28E32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51" w:type="dxa"/>
            <w:noWrap/>
            <w:hideMark/>
          </w:tcPr>
          <w:p w14:paraId="243827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94B30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49BBE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5F95D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A7192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1FD00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2127B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2DE641F" w14:textId="77777777" w:rsidTr="006750F2">
        <w:trPr>
          <w:trHeight w:val="280"/>
        </w:trPr>
        <w:tc>
          <w:tcPr>
            <w:tcW w:w="919" w:type="dxa"/>
            <w:noWrap/>
            <w:hideMark/>
          </w:tcPr>
          <w:p w14:paraId="11424E9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Kaistia</w:t>
            </w:r>
          </w:p>
        </w:tc>
        <w:tc>
          <w:tcPr>
            <w:tcW w:w="852" w:type="dxa"/>
            <w:noWrap/>
            <w:hideMark/>
          </w:tcPr>
          <w:p w14:paraId="37CD0F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50C57C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434B93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55D82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43.8</w:t>
            </w:r>
          </w:p>
        </w:tc>
        <w:tc>
          <w:tcPr>
            <w:tcW w:w="721" w:type="dxa"/>
            <w:noWrap/>
            <w:hideMark/>
          </w:tcPr>
          <w:p w14:paraId="2F7495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674" w:type="dxa"/>
            <w:noWrap/>
            <w:hideMark/>
          </w:tcPr>
          <w:p w14:paraId="268B48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86EBA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AF01B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866C8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A3932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1008" w:type="dxa"/>
            <w:noWrap/>
            <w:hideMark/>
          </w:tcPr>
          <w:p w14:paraId="6F5918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481FB5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3939B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0D157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A08F8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542E8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630D70D" w14:textId="77777777" w:rsidTr="006750F2">
        <w:trPr>
          <w:trHeight w:val="280"/>
        </w:trPr>
        <w:tc>
          <w:tcPr>
            <w:tcW w:w="919" w:type="dxa"/>
            <w:noWrap/>
            <w:hideMark/>
          </w:tcPr>
          <w:p w14:paraId="68B3C92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Komagataeibacter</w:t>
            </w:r>
          </w:p>
        </w:tc>
        <w:tc>
          <w:tcPr>
            <w:tcW w:w="852" w:type="dxa"/>
            <w:noWrap/>
            <w:hideMark/>
          </w:tcPr>
          <w:p w14:paraId="54380F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5B07A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768" w:type="dxa"/>
            <w:noWrap/>
            <w:hideMark/>
          </w:tcPr>
          <w:p w14:paraId="5E6500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739" w:type="dxa"/>
            <w:noWrap/>
            <w:hideMark/>
          </w:tcPr>
          <w:p w14:paraId="63C338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368B9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3A1F1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694" w:type="dxa"/>
            <w:noWrap/>
            <w:hideMark/>
          </w:tcPr>
          <w:p w14:paraId="26B0AD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30714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1B37D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751" w:type="dxa"/>
            <w:noWrap/>
            <w:hideMark/>
          </w:tcPr>
          <w:p w14:paraId="7DCFBA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53575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EDABF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90325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08CEC0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ECA5E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49C95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6939FBEB" w14:textId="77777777" w:rsidTr="006750F2">
        <w:trPr>
          <w:trHeight w:val="280"/>
        </w:trPr>
        <w:tc>
          <w:tcPr>
            <w:tcW w:w="919" w:type="dxa"/>
            <w:noWrap/>
            <w:hideMark/>
          </w:tcPr>
          <w:p w14:paraId="4AB6F6C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Kordiimonas</w:t>
            </w:r>
          </w:p>
        </w:tc>
        <w:tc>
          <w:tcPr>
            <w:tcW w:w="852" w:type="dxa"/>
            <w:noWrap/>
            <w:hideMark/>
          </w:tcPr>
          <w:p w14:paraId="6825D6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EB164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4668AE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20.8</w:t>
            </w:r>
          </w:p>
        </w:tc>
        <w:tc>
          <w:tcPr>
            <w:tcW w:w="739" w:type="dxa"/>
            <w:noWrap/>
            <w:hideMark/>
          </w:tcPr>
          <w:p w14:paraId="38F5B3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45.8</w:t>
            </w:r>
          </w:p>
        </w:tc>
        <w:tc>
          <w:tcPr>
            <w:tcW w:w="721" w:type="dxa"/>
            <w:noWrap/>
            <w:hideMark/>
          </w:tcPr>
          <w:p w14:paraId="44F6D2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BE58A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FFE3B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74D78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21FD6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20.8</w:t>
            </w:r>
          </w:p>
        </w:tc>
        <w:tc>
          <w:tcPr>
            <w:tcW w:w="751" w:type="dxa"/>
            <w:noWrap/>
            <w:hideMark/>
          </w:tcPr>
          <w:p w14:paraId="6A6522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4D9E8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6BC6B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56B6F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5981E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7CF5C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91582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12839AE" w14:textId="77777777" w:rsidTr="006750F2">
        <w:trPr>
          <w:trHeight w:val="280"/>
        </w:trPr>
        <w:tc>
          <w:tcPr>
            <w:tcW w:w="919" w:type="dxa"/>
            <w:noWrap/>
            <w:hideMark/>
          </w:tcPr>
          <w:p w14:paraId="7082628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Leisingera</w:t>
            </w:r>
          </w:p>
        </w:tc>
        <w:tc>
          <w:tcPr>
            <w:tcW w:w="852" w:type="dxa"/>
            <w:noWrap/>
            <w:hideMark/>
          </w:tcPr>
          <w:p w14:paraId="550AAE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15C447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25EC29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39" w:type="dxa"/>
            <w:noWrap/>
            <w:hideMark/>
          </w:tcPr>
          <w:p w14:paraId="7001C3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95.2</w:t>
            </w:r>
          </w:p>
        </w:tc>
        <w:tc>
          <w:tcPr>
            <w:tcW w:w="721" w:type="dxa"/>
            <w:noWrap/>
            <w:hideMark/>
          </w:tcPr>
          <w:p w14:paraId="0EC0C2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w:t>
            </w:r>
          </w:p>
        </w:tc>
        <w:tc>
          <w:tcPr>
            <w:tcW w:w="674" w:type="dxa"/>
            <w:noWrap/>
            <w:hideMark/>
          </w:tcPr>
          <w:p w14:paraId="13E4F4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17B7A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91BD5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BE590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51" w:type="dxa"/>
            <w:noWrap/>
            <w:hideMark/>
          </w:tcPr>
          <w:p w14:paraId="00F01F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w:t>
            </w:r>
          </w:p>
        </w:tc>
        <w:tc>
          <w:tcPr>
            <w:tcW w:w="1008" w:type="dxa"/>
            <w:noWrap/>
            <w:hideMark/>
          </w:tcPr>
          <w:p w14:paraId="1700B8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1B181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1C2E4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CBC84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72A3E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AA118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1B6EE56" w14:textId="77777777" w:rsidTr="006750F2">
        <w:trPr>
          <w:trHeight w:val="280"/>
        </w:trPr>
        <w:tc>
          <w:tcPr>
            <w:tcW w:w="919" w:type="dxa"/>
            <w:noWrap/>
            <w:hideMark/>
          </w:tcPr>
          <w:p w14:paraId="3F3993D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Limimaricola</w:t>
            </w:r>
          </w:p>
        </w:tc>
        <w:tc>
          <w:tcPr>
            <w:tcW w:w="852" w:type="dxa"/>
            <w:noWrap/>
            <w:hideMark/>
          </w:tcPr>
          <w:p w14:paraId="1EE876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5728CA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52FB07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39" w:type="dxa"/>
            <w:noWrap/>
            <w:hideMark/>
          </w:tcPr>
          <w:p w14:paraId="0354FE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EA8DE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F78CE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88A3B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A0991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C1867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5F3938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12FD2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2A0F9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486E1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58959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1465E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3A3E5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81AD880" w14:textId="77777777" w:rsidTr="006750F2">
        <w:trPr>
          <w:trHeight w:val="280"/>
        </w:trPr>
        <w:tc>
          <w:tcPr>
            <w:tcW w:w="919" w:type="dxa"/>
            <w:noWrap/>
            <w:hideMark/>
          </w:tcPr>
          <w:p w14:paraId="21E2396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Litoreibacter</w:t>
            </w:r>
          </w:p>
        </w:tc>
        <w:tc>
          <w:tcPr>
            <w:tcW w:w="852" w:type="dxa"/>
            <w:noWrap/>
            <w:hideMark/>
          </w:tcPr>
          <w:p w14:paraId="7EC135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552A9C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5EC158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44.4</w:t>
            </w:r>
          </w:p>
        </w:tc>
        <w:tc>
          <w:tcPr>
            <w:tcW w:w="739" w:type="dxa"/>
            <w:noWrap/>
            <w:hideMark/>
          </w:tcPr>
          <w:p w14:paraId="3A6817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22.2</w:t>
            </w:r>
          </w:p>
        </w:tc>
        <w:tc>
          <w:tcPr>
            <w:tcW w:w="721" w:type="dxa"/>
            <w:noWrap/>
            <w:hideMark/>
          </w:tcPr>
          <w:p w14:paraId="466873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38.9</w:t>
            </w:r>
          </w:p>
        </w:tc>
        <w:tc>
          <w:tcPr>
            <w:tcW w:w="674" w:type="dxa"/>
            <w:noWrap/>
            <w:hideMark/>
          </w:tcPr>
          <w:p w14:paraId="3034CB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4759D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F1914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02287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44.4</w:t>
            </w:r>
          </w:p>
        </w:tc>
        <w:tc>
          <w:tcPr>
            <w:tcW w:w="751" w:type="dxa"/>
            <w:noWrap/>
            <w:hideMark/>
          </w:tcPr>
          <w:p w14:paraId="27B8A2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38.9</w:t>
            </w:r>
          </w:p>
        </w:tc>
        <w:tc>
          <w:tcPr>
            <w:tcW w:w="1008" w:type="dxa"/>
            <w:noWrap/>
            <w:hideMark/>
          </w:tcPr>
          <w:p w14:paraId="713ABD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5905B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E1CE5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5A649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75B6B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9449B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555FC7F" w14:textId="77777777" w:rsidTr="006750F2">
        <w:trPr>
          <w:trHeight w:val="280"/>
        </w:trPr>
        <w:tc>
          <w:tcPr>
            <w:tcW w:w="919" w:type="dxa"/>
            <w:noWrap/>
            <w:hideMark/>
          </w:tcPr>
          <w:p w14:paraId="78F0811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Litorimonas</w:t>
            </w:r>
          </w:p>
        </w:tc>
        <w:tc>
          <w:tcPr>
            <w:tcW w:w="852" w:type="dxa"/>
            <w:noWrap/>
            <w:hideMark/>
          </w:tcPr>
          <w:p w14:paraId="3D9519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1C12AF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13D3D7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0F880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86346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398C2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6624E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474DD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253A3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DC3FD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2E412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29722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B06CA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5E9B11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DF228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DFC5B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90A4C7D" w14:textId="77777777" w:rsidTr="006750F2">
        <w:trPr>
          <w:trHeight w:val="280"/>
        </w:trPr>
        <w:tc>
          <w:tcPr>
            <w:tcW w:w="919" w:type="dxa"/>
            <w:noWrap/>
            <w:hideMark/>
          </w:tcPr>
          <w:p w14:paraId="2EC48F9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MGBC133411</w:t>
            </w:r>
          </w:p>
        </w:tc>
        <w:tc>
          <w:tcPr>
            <w:tcW w:w="852" w:type="dxa"/>
            <w:noWrap/>
            <w:hideMark/>
          </w:tcPr>
          <w:p w14:paraId="45C687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C4631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5BD55C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34B6A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F4396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EEA54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EC7F3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7D8C1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1801B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ABC43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3873D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64201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D49CA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2EBD4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1C540B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F48DB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9721CF6" w14:textId="77777777" w:rsidTr="006750F2">
        <w:trPr>
          <w:trHeight w:val="280"/>
        </w:trPr>
        <w:tc>
          <w:tcPr>
            <w:tcW w:w="919" w:type="dxa"/>
            <w:noWrap/>
            <w:hideMark/>
          </w:tcPr>
          <w:p w14:paraId="6B251B4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Magnetospirillum</w:t>
            </w:r>
          </w:p>
        </w:tc>
        <w:tc>
          <w:tcPr>
            <w:tcW w:w="852" w:type="dxa"/>
            <w:noWrap/>
            <w:hideMark/>
          </w:tcPr>
          <w:p w14:paraId="0994FB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38D46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4DCC46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62.5</w:t>
            </w:r>
          </w:p>
        </w:tc>
        <w:tc>
          <w:tcPr>
            <w:tcW w:w="739" w:type="dxa"/>
            <w:noWrap/>
            <w:hideMark/>
          </w:tcPr>
          <w:p w14:paraId="30B22E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93.8</w:t>
            </w:r>
          </w:p>
        </w:tc>
        <w:tc>
          <w:tcPr>
            <w:tcW w:w="721" w:type="dxa"/>
            <w:noWrap/>
            <w:hideMark/>
          </w:tcPr>
          <w:p w14:paraId="3EB749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87.5</w:t>
            </w:r>
          </w:p>
        </w:tc>
        <w:tc>
          <w:tcPr>
            <w:tcW w:w="674" w:type="dxa"/>
            <w:noWrap/>
            <w:hideMark/>
          </w:tcPr>
          <w:p w14:paraId="1899C1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93.8</w:t>
            </w:r>
          </w:p>
        </w:tc>
        <w:tc>
          <w:tcPr>
            <w:tcW w:w="694" w:type="dxa"/>
            <w:noWrap/>
            <w:hideMark/>
          </w:tcPr>
          <w:p w14:paraId="5DA550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9FE7B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2C406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156.2</w:t>
            </w:r>
          </w:p>
        </w:tc>
        <w:tc>
          <w:tcPr>
            <w:tcW w:w="751" w:type="dxa"/>
            <w:noWrap/>
            <w:hideMark/>
          </w:tcPr>
          <w:p w14:paraId="553C45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87.5</w:t>
            </w:r>
          </w:p>
        </w:tc>
        <w:tc>
          <w:tcPr>
            <w:tcW w:w="1008" w:type="dxa"/>
            <w:noWrap/>
            <w:hideMark/>
          </w:tcPr>
          <w:p w14:paraId="04332C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A304D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A1BB4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3F1E8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27B77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5B0C4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2BF49201" w14:textId="77777777" w:rsidTr="006750F2">
        <w:trPr>
          <w:trHeight w:val="280"/>
        </w:trPr>
        <w:tc>
          <w:tcPr>
            <w:tcW w:w="919" w:type="dxa"/>
            <w:noWrap/>
            <w:hideMark/>
          </w:tcPr>
          <w:p w14:paraId="19CDCFE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Mameliella</w:t>
            </w:r>
          </w:p>
        </w:tc>
        <w:tc>
          <w:tcPr>
            <w:tcW w:w="852" w:type="dxa"/>
            <w:noWrap/>
            <w:hideMark/>
          </w:tcPr>
          <w:p w14:paraId="07AC9B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3CE5A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1E7A3F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739" w:type="dxa"/>
            <w:noWrap/>
            <w:hideMark/>
          </w:tcPr>
          <w:p w14:paraId="52DC12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721" w:type="dxa"/>
            <w:noWrap/>
            <w:hideMark/>
          </w:tcPr>
          <w:p w14:paraId="5FC8CB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674" w:type="dxa"/>
            <w:noWrap/>
            <w:hideMark/>
          </w:tcPr>
          <w:p w14:paraId="3528A0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2A4E5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B08C8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B10AA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751" w:type="dxa"/>
            <w:noWrap/>
            <w:hideMark/>
          </w:tcPr>
          <w:p w14:paraId="297BF6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1008" w:type="dxa"/>
            <w:noWrap/>
            <w:hideMark/>
          </w:tcPr>
          <w:p w14:paraId="13BA3F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B1183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9E065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0A96B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E9B41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51B1B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23125424" w14:textId="77777777" w:rsidTr="006750F2">
        <w:trPr>
          <w:trHeight w:val="280"/>
        </w:trPr>
        <w:tc>
          <w:tcPr>
            <w:tcW w:w="919" w:type="dxa"/>
            <w:noWrap/>
            <w:hideMark/>
          </w:tcPr>
          <w:p w14:paraId="6091E93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Maricaulis</w:t>
            </w:r>
          </w:p>
        </w:tc>
        <w:tc>
          <w:tcPr>
            <w:tcW w:w="852" w:type="dxa"/>
            <w:noWrap/>
            <w:hideMark/>
          </w:tcPr>
          <w:p w14:paraId="58AD77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11CCF3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7EB235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5B764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23.5</w:t>
            </w:r>
          </w:p>
        </w:tc>
        <w:tc>
          <w:tcPr>
            <w:tcW w:w="721" w:type="dxa"/>
            <w:noWrap/>
            <w:hideMark/>
          </w:tcPr>
          <w:p w14:paraId="37A298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17.6</w:t>
            </w:r>
          </w:p>
        </w:tc>
        <w:tc>
          <w:tcPr>
            <w:tcW w:w="674" w:type="dxa"/>
            <w:noWrap/>
            <w:hideMark/>
          </w:tcPr>
          <w:p w14:paraId="73BCE3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06643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E3468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B9476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98488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17.6</w:t>
            </w:r>
          </w:p>
        </w:tc>
        <w:tc>
          <w:tcPr>
            <w:tcW w:w="1008" w:type="dxa"/>
            <w:noWrap/>
            <w:hideMark/>
          </w:tcPr>
          <w:p w14:paraId="5C6C35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3E5219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EA1D1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0FE5B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907C8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A9A78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0D5182B" w14:textId="77777777" w:rsidTr="006750F2">
        <w:trPr>
          <w:trHeight w:val="280"/>
        </w:trPr>
        <w:tc>
          <w:tcPr>
            <w:tcW w:w="919" w:type="dxa"/>
            <w:noWrap/>
            <w:hideMark/>
          </w:tcPr>
          <w:p w14:paraId="11329D8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Marivita</w:t>
            </w:r>
          </w:p>
        </w:tc>
        <w:tc>
          <w:tcPr>
            <w:tcW w:w="852" w:type="dxa"/>
            <w:noWrap/>
            <w:hideMark/>
          </w:tcPr>
          <w:p w14:paraId="5DD223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1ABAE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12634D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39" w:type="dxa"/>
            <w:noWrap/>
            <w:hideMark/>
          </w:tcPr>
          <w:p w14:paraId="068E30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21" w:type="dxa"/>
            <w:noWrap/>
            <w:hideMark/>
          </w:tcPr>
          <w:p w14:paraId="17E492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38.9</w:t>
            </w:r>
          </w:p>
        </w:tc>
        <w:tc>
          <w:tcPr>
            <w:tcW w:w="674" w:type="dxa"/>
            <w:noWrap/>
            <w:hideMark/>
          </w:tcPr>
          <w:p w14:paraId="36CB74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6329F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F0CB5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58C78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51" w:type="dxa"/>
            <w:noWrap/>
            <w:hideMark/>
          </w:tcPr>
          <w:p w14:paraId="68EBD0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38.9</w:t>
            </w:r>
          </w:p>
        </w:tc>
        <w:tc>
          <w:tcPr>
            <w:tcW w:w="1008" w:type="dxa"/>
            <w:noWrap/>
            <w:hideMark/>
          </w:tcPr>
          <w:p w14:paraId="399D7F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A1DEF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96B8D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E1E1A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3F2CE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4F046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31B6D56" w14:textId="77777777" w:rsidTr="006750F2">
        <w:trPr>
          <w:trHeight w:val="280"/>
        </w:trPr>
        <w:tc>
          <w:tcPr>
            <w:tcW w:w="919" w:type="dxa"/>
            <w:noWrap/>
            <w:hideMark/>
          </w:tcPr>
          <w:p w14:paraId="1A0D0CF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Marivivens</w:t>
            </w:r>
          </w:p>
        </w:tc>
        <w:tc>
          <w:tcPr>
            <w:tcW w:w="852" w:type="dxa"/>
            <w:noWrap/>
            <w:hideMark/>
          </w:tcPr>
          <w:p w14:paraId="01B7A7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7D92EA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084046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39" w:type="dxa"/>
            <w:noWrap/>
            <w:hideMark/>
          </w:tcPr>
          <w:p w14:paraId="24E38A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21" w:type="dxa"/>
            <w:noWrap/>
            <w:hideMark/>
          </w:tcPr>
          <w:p w14:paraId="48547A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674" w:type="dxa"/>
            <w:noWrap/>
            <w:hideMark/>
          </w:tcPr>
          <w:p w14:paraId="6BF28E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35DD7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223C8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1CB81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373B23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1008" w:type="dxa"/>
            <w:noWrap/>
            <w:hideMark/>
          </w:tcPr>
          <w:p w14:paraId="72C2CC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62C03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1A127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E6A7F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46A1FB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F3DDB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79EE114" w14:textId="77777777" w:rsidTr="006750F2">
        <w:trPr>
          <w:trHeight w:val="280"/>
        </w:trPr>
        <w:tc>
          <w:tcPr>
            <w:tcW w:w="919" w:type="dxa"/>
            <w:noWrap/>
            <w:hideMark/>
          </w:tcPr>
          <w:p w14:paraId="1E3E44E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Martelella</w:t>
            </w:r>
          </w:p>
        </w:tc>
        <w:tc>
          <w:tcPr>
            <w:tcW w:w="852" w:type="dxa"/>
            <w:noWrap/>
            <w:hideMark/>
          </w:tcPr>
          <w:p w14:paraId="55E6F2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1801EB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1CB093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42.9</w:t>
            </w:r>
          </w:p>
        </w:tc>
        <w:tc>
          <w:tcPr>
            <w:tcW w:w="739" w:type="dxa"/>
            <w:noWrap/>
            <w:hideMark/>
          </w:tcPr>
          <w:p w14:paraId="3D1A61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71.4</w:t>
            </w:r>
          </w:p>
        </w:tc>
        <w:tc>
          <w:tcPr>
            <w:tcW w:w="721" w:type="dxa"/>
            <w:noWrap/>
            <w:hideMark/>
          </w:tcPr>
          <w:p w14:paraId="381538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1339C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21.4</w:t>
            </w:r>
          </w:p>
        </w:tc>
        <w:tc>
          <w:tcPr>
            <w:tcW w:w="694" w:type="dxa"/>
            <w:noWrap/>
            <w:hideMark/>
          </w:tcPr>
          <w:p w14:paraId="541808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9140F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1B3EC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64.3</w:t>
            </w:r>
          </w:p>
        </w:tc>
        <w:tc>
          <w:tcPr>
            <w:tcW w:w="751" w:type="dxa"/>
            <w:noWrap/>
            <w:hideMark/>
          </w:tcPr>
          <w:p w14:paraId="7E73EA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FE685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9A539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2A5DE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045A9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B7977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DF5BE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2879C09" w14:textId="77777777" w:rsidTr="006750F2">
        <w:trPr>
          <w:trHeight w:val="280"/>
        </w:trPr>
        <w:tc>
          <w:tcPr>
            <w:tcW w:w="919" w:type="dxa"/>
            <w:noWrap/>
            <w:hideMark/>
          </w:tcPr>
          <w:p w14:paraId="252DBE1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Mesorhizobium</w:t>
            </w:r>
          </w:p>
        </w:tc>
        <w:tc>
          <w:tcPr>
            <w:tcW w:w="852" w:type="dxa"/>
            <w:noWrap/>
            <w:hideMark/>
          </w:tcPr>
          <w:p w14:paraId="66E356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A7A18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178</w:t>
            </w:r>
          </w:p>
        </w:tc>
        <w:tc>
          <w:tcPr>
            <w:tcW w:w="768" w:type="dxa"/>
            <w:noWrap/>
            <w:hideMark/>
          </w:tcPr>
          <w:p w14:paraId="790CF8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25.3</w:t>
            </w:r>
          </w:p>
        </w:tc>
        <w:tc>
          <w:tcPr>
            <w:tcW w:w="739" w:type="dxa"/>
            <w:noWrap/>
            <w:hideMark/>
          </w:tcPr>
          <w:p w14:paraId="019E46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18.5</w:t>
            </w:r>
          </w:p>
        </w:tc>
        <w:tc>
          <w:tcPr>
            <w:tcW w:w="721" w:type="dxa"/>
            <w:noWrap/>
            <w:hideMark/>
          </w:tcPr>
          <w:p w14:paraId="301627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674" w:type="dxa"/>
            <w:noWrap/>
            <w:hideMark/>
          </w:tcPr>
          <w:p w14:paraId="5CF876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61.2</w:t>
            </w:r>
          </w:p>
        </w:tc>
        <w:tc>
          <w:tcPr>
            <w:tcW w:w="694" w:type="dxa"/>
            <w:noWrap/>
            <w:hideMark/>
          </w:tcPr>
          <w:p w14:paraId="42D426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FE8D4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23EB0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86.5</w:t>
            </w:r>
          </w:p>
        </w:tc>
        <w:tc>
          <w:tcPr>
            <w:tcW w:w="751" w:type="dxa"/>
            <w:noWrap/>
            <w:hideMark/>
          </w:tcPr>
          <w:p w14:paraId="3A02C4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1008" w:type="dxa"/>
            <w:noWrap/>
            <w:hideMark/>
          </w:tcPr>
          <w:p w14:paraId="173B1A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16A45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4F6CB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ADB8A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136F78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66EC4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97D9ECD" w14:textId="77777777" w:rsidTr="006750F2">
        <w:trPr>
          <w:trHeight w:val="280"/>
        </w:trPr>
        <w:tc>
          <w:tcPr>
            <w:tcW w:w="919" w:type="dxa"/>
            <w:noWrap/>
            <w:hideMark/>
          </w:tcPr>
          <w:p w14:paraId="3779F0B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Methylobacterium</w:t>
            </w:r>
          </w:p>
        </w:tc>
        <w:tc>
          <w:tcPr>
            <w:tcW w:w="852" w:type="dxa"/>
            <w:noWrap/>
            <w:hideMark/>
          </w:tcPr>
          <w:p w14:paraId="5C1488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1AC39A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152</w:t>
            </w:r>
          </w:p>
        </w:tc>
        <w:tc>
          <w:tcPr>
            <w:tcW w:w="768" w:type="dxa"/>
            <w:noWrap/>
            <w:hideMark/>
          </w:tcPr>
          <w:p w14:paraId="5CFE16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30.3</w:t>
            </w:r>
          </w:p>
        </w:tc>
        <w:tc>
          <w:tcPr>
            <w:tcW w:w="739" w:type="dxa"/>
            <w:noWrap/>
            <w:hideMark/>
          </w:tcPr>
          <w:p w14:paraId="1ABD6C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13.2</w:t>
            </w:r>
          </w:p>
        </w:tc>
        <w:tc>
          <w:tcPr>
            <w:tcW w:w="721" w:type="dxa"/>
            <w:noWrap/>
            <w:hideMark/>
          </w:tcPr>
          <w:p w14:paraId="6FEF7C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198F6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694" w:type="dxa"/>
            <w:noWrap/>
            <w:hideMark/>
          </w:tcPr>
          <w:p w14:paraId="742CDB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7F2A7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31199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31.6</w:t>
            </w:r>
          </w:p>
        </w:tc>
        <w:tc>
          <w:tcPr>
            <w:tcW w:w="751" w:type="dxa"/>
            <w:noWrap/>
            <w:hideMark/>
          </w:tcPr>
          <w:p w14:paraId="452FD5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7217F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B294C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A601A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13D28C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F7358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717DC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009C278" w14:textId="77777777" w:rsidTr="006750F2">
        <w:trPr>
          <w:trHeight w:val="280"/>
        </w:trPr>
        <w:tc>
          <w:tcPr>
            <w:tcW w:w="919" w:type="dxa"/>
            <w:noWrap/>
            <w:hideMark/>
          </w:tcPr>
          <w:p w14:paraId="7341F68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Methyloceanibacter</w:t>
            </w:r>
          </w:p>
        </w:tc>
        <w:tc>
          <w:tcPr>
            <w:tcW w:w="852" w:type="dxa"/>
            <w:noWrap/>
            <w:hideMark/>
          </w:tcPr>
          <w:p w14:paraId="449AE9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609A6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3B43D0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39" w:type="dxa"/>
            <w:noWrap/>
            <w:hideMark/>
          </w:tcPr>
          <w:p w14:paraId="3390DA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21" w:type="dxa"/>
            <w:noWrap/>
            <w:hideMark/>
          </w:tcPr>
          <w:p w14:paraId="572BF1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674" w:type="dxa"/>
            <w:noWrap/>
            <w:hideMark/>
          </w:tcPr>
          <w:p w14:paraId="4BE4F3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694" w:type="dxa"/>
            <w:noWrap/>
            <w:hideMark/>
          </w:tcPr>
          <w:p w14:paraId="294E8B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54F63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1B842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51" w:type="dxa"/>
            <w:noWrap/>
            <w:hideMark/>
          </w:tcPr>
          <w:p w14:paraId="64CF87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1008" w:type="dxa"/>
            <w:noWrap/>
            <w:hideMark/>
          </w:tcPr>
          <w:p w14:paraId="087EA0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CD68C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DE238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A9F75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262DD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5D038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DAED732" w14:textId="77777777" w:rsidTr="006750F2">
        <w:trPr>
          <w:trHeight w:val="280"/>
        </w:trPr>
        <w:tc>
          <w:tcPr>
            <w:tcW w:w="919" w:type="dxa"/>
            <w:noWrap/>
            <w:hideMark/>
          </w:tcPr>
          <w:p w14:paraId="61762E5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Methylocella</w:t>
            </w:r>
          </w:p>
        </w:tc>
        <w:tc>
          <w:tcPr>
            <w:tcW w:w="852" w:type="dxa"/>
            <w:noWrap/>
            <w:hideMark/>
          </w:tcPr>
          <w:p w14:paraId="0DDBA0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D9C0A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264607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739" w:type="dxa"/>
            <w:noWrap/>
            <w:hideMark/>
          </w:tcPr>
          <w:p w14:paraId="678CF8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21" w:type="dxa"/>
            <w:noWrap/>
            <w:hideMark/>
          </w:tcPr>
          <w:p w14:paraId="261B7E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674" w:type="dxa"/>
            <w:noWrap/>
            <w:hideMark/>
          </w:tcPr>
          <w:p w14:paraId="07C235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694" w:type="dxa"/>
            <w:noWrap/>
            <w:hideMark/>
          </w:tcPr>
          <w:p w14:paraId="409762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AAA9E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E92FB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141.7</w:t>
            </w:r>
          </w:p>
        </w:tc>
        <w:tc>
          <w:tcPr>
            <w:tcW w:w="751" w:type="dxa"/>
            <w:noWrap/>
            <w:hideMark/>
          </w:tcPr>
          <w:p w14:paraId="77D08F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1008" w:type="dxa"/>
            <w:noWrap/>
            <w:hideMark/>
          </w:tcPr>
          <w:p w14:paraId="1723B5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FE9C8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6BAD1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5815DE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A1131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0B011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2640E7FB" w14:textId="77777777" w:rsidTr="006750F2">
        <w:trPr>
          <w:trHeight w:val="280"/>
        </w:trPr>
        <w:tc>
          <w:tcPr>
            <w:tcW w:w="919" w:type="dxa"/>
            <w:noWrap/>
            <w:hideMark/>
          </w:tcPr>
          <w:p w14:paraId="1782938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Methylocystis</w:t>
            </w:r>
          </w:p>
        </w:tc>
        <w:tc>
          <w:tcPr>
            <w:tcW w:w="852" w:type="dxa"/>
            <w:noWrap/>
            <w:hideMark/>
          </w:tcPr>
          <w:p w14:paraId="076246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0471A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68" w:type="dxa"/>
            <w:noWrap/>
            <w:hideMark/>
          </w:tcPr>
          <w:p w14:paraId="22C53A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46.7</w:t>
            </w:r>
          </w:p>
        </w:tc>
        <w:tc>
          <w:tcPr>
            <w:tcW w:w="739" w:type="dxa"/>
            <w:noWrap/>
            <w:hideMark/>
          </w:tcPr>
          <w:p w14:paraId="0366B7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6A096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674" w:type="dxa"/>
            <w:noWrap/>
            <w:hideMark/>
          </w:tcPr>
          <w:p w14:paraId="29B3D6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694" w:type="dxa"/>
            <w:noWrap/>
            <w:hideMark/>
          </w:tcPr>
          <w:p w14:paraId="733414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73.3</w:t>
            </w:r>
          </w:p>
        </w:tc>
        <w:tc>
          <w:tcPr>
            <w:tcW w:w="772" w:type="dxa"/>
            <w:noWrap/>
            <w:hideMark/>
          </w:tcPr>
          <w:p w14:paraId="2FF484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284BA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116.7</w:t>
            </w:r>
          </w:p>
        </w:tc>
        <w:tc>
          <w:tcPr>
            <w:tcW w:w="751" w:type="dxa"/>
            <w:noWrap/>
            <w:hideMark/>
          </w:tcPr>
          <w:p w14:paraId="48F62D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1008" w:type="dxa"/>
            <w:noWrap/>
            <w:hideMark/>
          </w:tcPr>
          <w:p w14:paraId="27473B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2B25D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FC97F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03A77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E00C7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EDF44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7843C61A" w14:textId="77777777" w:rsidTr="006750F2">
        <w:trPr>
          <w:trHeight w:val="280"/>
        </w:trPr>
        <w:tc>
          <w:tcPr>
            <w:tcW w:w="919" w:type="dxa"/>
            <w:noWrap/>
            <w:hideMark/>
          </w:tcPr>
          <w:p w14:paraId="2310473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Methylosinus</w:t>
            </w:r>
          </w:p>
        </w:tc>
        <w:tc>
          <w:tcPr>
            <w:tcW w:w="852" w:type="dxa"/>
            <w:noWrap/>
            <w:hideMark/>
          </w:tcPr>
          <w:p w14:paraId="428840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011DC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484DAD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46.2</w:t>
            </w:r>
          </w:p>
        </w:tc>
        <w:tc>
          <w:tcPr>
            <w:tcW w:w="739" w:type="dxa"/>
            <w:noWrap/>
            <w:hideMark/>
          </w:tcPr>
          <w:p w14:paraId="66F791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29599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035EC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92.3</w:t>
            </w:r>
          </w:p>
        </w:tc>
        <w:tc>
          <w:tcPr>
            <w:tcW w:w="694" w:type="dxa"/>
            <w:noWrap/>
            <w:hideMark/>
          </w:tcPr>
          <w:p w14:paraId="2FAB87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27B23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90CFA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138.5</w:t>
            </w:r>
          </w:p>
        </w:tc>
        <w:tc>
          <w:tcPr>
            <w:tcW w:w="751" w:type="dxa"/>
            <w:noWrap/>
            <w:hideMark/>
          </w:tcPr>
          <w:p w14:paraId="720431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5E1DF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551CC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E2C83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5CC0FA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26112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11F49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0D334CCC" w14:textId="77777777" w:rsidTr="006750F2">
        <w:trPr>
          <w:trHeight w:val="280"/>
        </w:trPr>
        <w:tc>
          <w:tcPr>
            <w:tcW w:w="919" w:type="dxa"/>
            <w:noWrap/>
            <w:hideMark/>
          </w:tcPr>
          <w:p w14:paraId="5B13CFF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Micavibrio</w:t>
            </w:r>
          </w:p>
        </w:tc>
        <w:tc>
          <w:tcPr>
            <w:tcW w:w="852" w:type="dxa"/>
            <w:noWrap/>
            <w:hideMark/>
          </w:tcPr>
          <w:p w14:paraId="221E7F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70CC3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0FAD87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F3B4A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21" w:type="dxa"/>
            <w:noWrap/>
            <w:hideMark/>
          </w:tcPr>
          <w:p w14:paraId="70A7AE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BCB51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20A2B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B2A0D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75098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A0125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911A6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7532B9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5FF2D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96F87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6BDE7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E5710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19B455A" w14:textId="77777777" w:rsidTr="006750F2">
        <w:trPr>
          <w:trHeight w:val="280"/>
        </w:trPr>
        <w:tc>
          <w:tcPr>
            <w:tcW w:w="919" w:type="dxa"/>
            <w:noWrap/>
            <w:hideMark/>
          </w:tcPr>
          <w:p w14:paraId="0415D8E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Microvirga</w:t>
            </w:r>
          </w:p>
        </w:tc>
        <w:tc>
          <w:tcPr>
            <w:tcW w:w="852" w:type="dxa"/>
            <w:noWrap/>
            <w:hideMark/>
          </w:tcPr>
          <w:p w14:paraId="552E98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77906E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w:t>
            </w:r>
          </w:p>
        </w:tc>
        <w:tc>
          <w:tcPr>
            <w:tcW w:w="768" w:type="dxa"/>
            <w:noWrap/>
            <w:hideMark/>
          </w:tcPr>
          <w:p w14:paraId="7AE57C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739" w:type="dxa"/>
            <w:noWrap/>
            <w:hideMark/>
          </w:tcPr>
          <w:p w14:paraId="50D33D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48.1</w:t>
            </w:r>
          </w:p>
        </w:tc>
        <w:tc>
          <w:tcPr>
            <w:tcW w:w="721" w:type="dxa"/>
            <w:noWrap/>
            <w:hideMark/>
          </w:tcPr>
          <w:p w14:paraId="52E5A3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42.3</w:t>
            </w:r>
          </w:p>
        </w:tc>
        <w:tc>
          <w:tcPr>
            <w:tcW w:w="674" w:type="dxa"/>
            <w:noWrap/>
            <w:hideMark/>
          </w:tcPr>
          <w:p w14:paraId="4EC9BD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694" w:type="dxa"/>
            <w:noWrap/>
            <w:hideMark/>
          </w:tcPr>
          <w:p w14:paraId="2C8507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67E63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9B8BB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23.1</w:t>
            </w:r>
          </w:p>
        </w:tc>
        <w:tc>
          <w:tcPr>
            <w:tcW w:w="751" w:type="dxa"/>
            <w:noWrap/>
            <w:hideMark/>
          </w:tcPr>
          <w:p w14:paraId="7EF021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42.3</w:t>
            </w:r>
          </w:p>
        </w:tc>
        <w:tc>
          <w:tcPr>
            <w:tcW w:w="1008" w:type="dxa"/>
            <w:noWrap/>
            <w:hideMark/>
          </w:tcPr>
          <w:p w14:paraId="5D4417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841D9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141E7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485EF2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D8C3C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7EE72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15C5D3B" w14:textId="77777777" w:rsidTr="006750F2">
        <w:trPr>
          <w:trHeight w:val="280"/>
        </w:trPr>
        <w:tc>
          <w:tcPr>
            <w:tcW w:w="919" w:type="dxa"/>
            <w:noWrap/>
            <w:hideMark/>
          </w:tcPr>
          <w:p w14:paraId="1CC0709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Neorhizobium</w:t>
            </w:r>
          </w:p>
        </w:tc>
        <w:tc>
          <w:tcPr>
            <w:tcW w:w="852" w:type="dxa"/>
            <w:noWrap/>
            <w:hideMark/>
          </w:tcPr>
          <w:p w14:paraId="1DAC94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0D509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768" w:type="dxa"/>
            <w:noWrap/>
            <w:hideMark/>
          </w:tcPr>
          <w:p w14:paraId="07CF31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w:t>
            </w:r>
          </w:p>
        </w:tc>
        <w:tc>
          <w:tcPr>
            <w:tcW w:w="739" w:type="dxa"/>
            <w:noWrap/>
            <w:hideMark/>
          </w:tcPr>
          <w:p w14:paraId="32B6C0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50.7</w:t>
            </w:r>
          </w:p>
        </w:tc>
        <w:tc>
          <w:tcPr>
            <w:tcW w:w="721" w:type="dxa"/>
            <w:noWrap/>
            <w:hideMark/>
          </w:tcPr>
          <w:p w14:paraId="27F816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56.3</w:t>
            </w:r>
          </w:p>
        </w:tc>
        <w:tc>
          <w:tcPr>
            <w:tcW w:w="674" w:type="dxa"/>
            <w:noWrap/>
            <w:hideMark/>
          </w:tcPr>
          <w:p w14:paraId="737183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w:t>
            </w:r>
          </w:p>
        </w:tc>
        <w:tc>
          <w:tcPr>
            <w:tcW w:w="694" w:type="dxa"/>
            <w:noWrap/>
            <w:hideMark/>
          </w:tcPr>
          <w:p w14:paraId="64CD2C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E332E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C8653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36.6</w:t>
            </w:r>
          </w:p>
        </w:tc>
        <w:tc>
          <w:tcPr>
            <w:tcW w:w="751" w:type="dxa"/>
            <w:noWrap/>
            <w:hideMark/>
          </w:tcPr>
          <w:p w14:paraId="482C9B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56.3</w:t>
            </w:r>
          </w:p>
        </w:tc>
        <w:tc>
          <w:tcPr>
            <w:tcW w:w="1008" w:type="dxa"/>
            <w:noWrap/>
            <w:hideMark/>
          </w:tcPr>
          <w:p w14:paraId="725FC4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F0730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1EDB9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07FE2A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CBA8E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BEAFF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1B33D12" w14:textId="77777777" w:rsidTr="006750F2">
        <w:trPr>
          <w:trHeight w:val="280"/>
        </w:trPr>
        <w:tc>
          <w:tcPr>
            <w:tcW w:w="919" w:type="dxa"/>
            <w:noWrap/>
            <w:hideMark/>
          </w:tcPr>
          <w:p w14:paraId="2F7199A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Neoroseomonas</w:t>
            </w:r>
          </w:p>
        </w:tc>
        <w:tc>
          <w:tcPr>
            <w:tcW w:w="852" w:type="dxa"/>
            <w:noWrap/>
            <w:hideMark/>
          </w:tcPr>
          <w:p w14:paraId="34210A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72AC8C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768" w:type="dxa"/>
            <w:noWrap/>
            <w:hideMark/>
          </w:tcPr>
          <w:p w14:paraId="608493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92BCB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48.5</w:t>
            </w:r>
          </w:p>
        </w:tc>
        <w:tc>
          <w:tcPr>
            <w:tcW w:w="721" w:type="dxa"/>
            <w:noWrap/>
            <w:hideMark/>
          </w:tcPr>
          <w:p w14:paraId="002BF1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0DBC3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9EF26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696BD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FF06E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5C09C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93367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5408F4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69D4D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BA3DA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27FD7F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31117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EA3650F" w14:textId="77777777" w:rsidTr="006750F2">
        <w:trPr>
          <w:trHeight w:val="280"/>
        </w:trPr>
        <w:tc>
          <w:tcPr>
            <w:tcW w:w="919" w:type="dxa"/>
            <w:noWrap/>
            <w:hideMark/>
          </w:tcPr>
          <w:p w14:paraId="543A8A9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Nitratireductor</w:t>
            </w:r>
          </w:p>
        </w:tc>
        <w:tc>
          <w:tcPr>
            <w:tcW w:w="852" w:type="dxa"/>
            <w:noWrap/>
            <w:hideMark/>
          </w:tcPr>
          <w:p w14:paraId="64E3C5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11267A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0C3523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17.6</w:t>
            </w:r>
          </w:p>
        </w:tc>
        <w:tc>
          <w:tcPr>
            <w:tcW w:w="739" w:type="dxa"/>
            <w:noWrap/>
            <w:hideMark/>
          </w:tcPr>
          <w:p w14:paraId="6D8D06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41.2</w:t>
            </w:r>
          </w:p>
        </w:tc>
        <w:tc>
          <w:tcPr>
            <w:tcW w:w="721" w:type="dxa"/>
            <w:noWrap/>
            <w:hideMark/>
          </w:tcPr>
          <w:p w14:paraId="56440E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41.2</w:t>
            </w:r>
          </w:p>
        </w:tc>
        <w:tc>
          <w:tcPr>
            <w:tcW w:w="674" w:type="dxa"/>
            <w:noWrap/>
            <w:hideMark/>
          </w:tcPr>
          <w:p w14:paraId="0BEC3C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0EB46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CF463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68969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17.6</w:t>
            </w:r>
          </w:p>
        </w:tc>
        <w:tc>
          <w:tcPr>
            <w:tcW w:w="751" w:type="dxa"/>
            <w:noWrap/>
            <w:hideMark/>
          </w:tcPr>
          <w:p w14:paraId="009C8A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41.2</w:t>
            </w:r>
          </w:p>
        </w:tc>
        <w:tc>
          <w:tcPr>
            <w:tcW w:w="1008" w:type="dxa"/>
            <w:noWrap/>
            <w:hideMark/>
          </w:tcPr>
          <w:p w14:paraId="107095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A1827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BACA5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95114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469C21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ECFA2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68A8D54" w14:textId="77777777" w:rsidTr="006750F2">
        <w:trPr>
          <w:trHeight w:val="280"/>
        </w:trPr>
        <w:tc>
          <w:tcPr>
            <w:tcW w:w="919" w:type="dxa"/>
            <w:noWrap/>
            <w:hideMark/>
          </w:tcPr>
          <w:p w14:paraId="4D68CB0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Novosphingobium</w:t>
            </w:r>
          </w:p>
        </w:tc>
        <w:tc>
          <w:tcPr>
            <w:tcW w:w="852" w:type="dxa"/>
            <w:noWrap/>
            <w:hideMark/>
          </w:tcPr>
          <w:p w14:paraId="484209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286A25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175</w:t>
            </w:r>
          </w:p>
        </w:tc>
        <w:tc>
          <w:tcPr>
            <w:tcW w:w="768" w:type="dxa"/>
            <w:noWrap/>
            <w:hideMark/>
          </w:tcPr>
          <w:p w14:paraId="0B3C21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37.7</w:t>
            </w:r>
          </w:p>
        </w:tc>
        <w:tc>
          <w:tcPr>
            <w:tcW w:w="739" w:type="dxa"/>
            <w:noWrap/>
            <w:hideMark/>
          </w:tcPr>
          <w:p w14:paraId="1CCDA4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11.4</w:t>
            </w:r>
          </w:p>
        </w:tc>
        <w:tc>
          <w:tcPr>
            <w:tcW w:w="721" w:type="dxa"/>
            <w:noWrap/>
            <w:hideMark/>
          </w:tcPr>
          <w:p w14:paraId="183830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674" w:type="dxa"/>
            <w:noWrap/>
            <w:hideMark/>
          </w:tcPr>
          <w:p w14:paraId="3EAC6B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11.4</w:t>
            </w:r>
          </w:p>
        </w:tc>
        <w:tc>
          <w:tcPr>
            <w:tcW w:w="694" w:type="dxa"/>
            <w:noWrap/>
            <w:hideMark/>
          </w:tcPr>
          <w:p w14:paraId="77925C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4FB66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BA907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49.1</w:t>
            </w:r>
          </w:p>
        </w:tc>
        <w:tc>
          <w:tcPr>
            <w:tcW w:w="751" w:type="dxa"/>
            <w:noWrap/>
            <w:hideMark/>
          </w:tcPr>
          <w:p w14:paraId="1E96DB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1008" w:type="dxa"/>
            <w:noWrap/>
            <w:hideMark/>
          </w:tcPr>
          <w:p w14:paraId="1C6105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10DDC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BD62E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2BF39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D1853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94DBE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29BE156" w14:textId="77777777" w:rsidTr="006750F2">
        <w:trPr>
          <w:trHeight w:val="280"/>
        </w:trPr>
        <w:tc>
          <w:tcPr>
            <w:tcW w:w="919" w:type="dxa"/>
            <w:noWrap/>
            <w:hideMark/>
          </w:tcPr>
          <w:p w14:paraId="2C5CA4E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Oceanicaulis</w:t>
            </w:r>
          </w:p>
        </w:tc>
        <w:tc>
          <w:tcPr>
            <w:tcW w:w="852" w:type="dxa"/>
            <w:noWrap/>
            <w:hideMark/>
          </w:tcPr>
          <w:p w14:paraId="793041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B484C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2FB626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9F24B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F58FA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390D9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6F4DB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A8308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FE1BE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258D0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430EF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458A8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84310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FEE3D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1CA8C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2794D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EB40477" w14:textId="77777777" w:rsidTr="006750F2">
        <w:trPr>
          <w:trHeight w:val="280"/>
        </w:trPr>
        <w:tc>
          <w:tcPr>
            <w:tcW w:w="919" w:type="dxa"/>
            <w:noWrap/>
            <w:hideMark/>
          </w:tcPr>
          <w:p w14:paraId="0120541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Ochrobactrum</w:t>
            </w:r>
          </w:p>
        </w:tc>
        <w:tc>
          <w:tcPr>
            <w:tcW w:w="852" w:type="dxa"/>
            <w:noWrap/>
            <w:hideMark/>
          </w:tcPr>
          <w:p w14:paraId="5046EA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BAD31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768" w:type="dxa"/>
            <w:noWrap/>
            <w:hideMark/>
          </w:tcPr>
          <w:p w14:paraId="4E5C3A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w:t>
            </w:r>
          </w:p>
        </w:tc>
        <w:tc>
          <w:tcPr>
            <w:tcW w:w="739" w:type="dxa"/>
            <w:noWrap/>
            <w:hideMark/>
          </w:tcPr>
          <w:p w14:paraId="4343B0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62.2</w:t>
            </w:r>
          </w:p>
        </w:tc>
        <w:tc>
          <w:tcPr>
            <w:tcW w:w="721" w:type="dxa"/>
            <w:noWrap/>
            <w:hideMark/>
          </w:tcPr>
          <w:p w14:paraId="16E92E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67.6</w:t>
            </w:r>
          </w:p>
        </w:tc>
        <w:tc>
          <w:tcPr>
            <w:tcW w:w="674" w:type="dxa"/>
            <w:noWrap/>
            <w:hideMark/>
          </w:tcPr>
          <w:p w14:paraId="0A9C65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CDBEB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BE924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A364B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w:t>
            </w:r>
          </w:p>
        </w:tc>
        <w:tc>
          <w:tcPr>
            <w:tcW w:w="751" w:type="dxa"/>
            <w:noWrap/>
            <w:hideMark/>
          </w:tcPr>
          <w:p w14:paraId="5FFC5F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67.6</w:t>
            </w:r>
          </w:p>
        </w:tc>
        <w:tc>
          <w:tcPr>
            <w:tcW w:w="1008" w:type="dxa"/>
            <w:noWrap/>
            <w:hideMark/>
          </w:tcPr>
          <w:p w14:paraId="6FEB42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F66CA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56A4E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A5AD5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79C2C4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FFA41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DABF411" w14:textId="77777777" w:rsidTr="006750F2">
        <w:trPr>
          <w:trHeight w:val="280"/>
        </w:trPr>
        <w:tc>
          <w:tcPr>
            <w:tcW w:w="919" w:type="dxa"/>
            <w:noWrap/>
            <w:hideMark/>
          </w:tcPr>
          <w:p w14:paraId="5B1C40A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Octadecabacter</w:t>
            </w:r>
          </w:p>
        </w:tc>
        <w:tc>
          <w:tcPr>
            <w:tcW w:w="852" w:type="dxa"/>
            <w:noWrap/>
            <w:hideMark/>
          </w:tcPr>
          <w:p w14:paraId="65E9A8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FE982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4C428E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39" w:type="dxa"/>
            <w:noWrap/>
            <w:hideMark/>
          </w:tcPr>
          <w:p w14:paraId="306E1D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B708F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674" w:type="dxa"/>
            <w:noWrap/>
            <w:hideMark/>
          </w:tcPr>
          <w:p w14:paraId="783C17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46AEC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50BEE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5D54F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51" w:type="dxa"/>
            <w:noWrap/>
            <w:hideMark/>
          </w:tcPr>
          <w:p w14:paraId="53601B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1008" w:type="dxa"/>
            <w:noWrap/>
            <w:hideMark/>
          </w:tcPr>
          <w:p w14:paraId="290B55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2DB76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85A06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0BE78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6312B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75547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F857DD4" w14:textId="77777777" w:rsidTr="006750F2">
        <w:trPr>
          <w:trHeight w:val="280"/>
        </w:trPr>
        <w:tc>
          <w:tcPr>
            <w:tcW w:w="919" w:type="dxa"/>
            <w:noWrap/>
            <w:hideMark/>
          </w:tcPr>
          <w:p w14:paraId="58BF14C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Palleronia</w:t>
            </w:r>
          </w:p>
        </w:tc>
        <w:tc>
          <w:tcPr>
            <w:tcW w:w="852" w:type="dxa"/>
            <w:noWrap/>
            <w:hideMark/>
          </w:tcPr>
          <w:p w14:paraId="358DFA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22CFEE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1DF4AA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53.3</w:t>
            </w:r>
          </w:p>
        </w:tc>
        <w:tc>
          <w:tcPr>
            <w:tcW w:w="739" w:type="dxa"/>
            <w:noWrap/>
            <w:hideMark/>
          </w:tcPr>
          <w:p w14:paraId="4E4C3D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13.3</w:t>
            </w:r>
          </w:p>
        </w:tc>
        <w:tc>
          <w:tcPr>
            <w:tcW w:w="721" w:type="dxa"/>
            <w:noWrap/>
            <w:hideMark/>
          </w:tcPr>
          <w:p w14:paraId="5DD0CD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674" w:type="dxa"/>
            <w:noWrap/>
            <w:hideMark/>
          </w:tcPr>
          <w:p w14:paraId="2E5E58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48480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A48B3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2279D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53.3</w:t>
            </w:r>
          </w:p>
        </w:tc>
        <w:tc>
          <w:tcPr>
            <w:tcW w:w="751" w:type="dxa"/>
            <w:noWrap/>
            <w:hideMark/>
          </w:tcPr>
          <w:p w14:paraId="74C523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1008" w:type="dxa"/>
            <w:noWrap/>
            <w:hideMark/>
          </w:tcPr>
          <w:p w14:paraId="49E579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378F9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2FBF0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6400D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26217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8325F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F8739D5" w14:textId="77777777" w:rsidTr="006750F2">
        <w:trPr>
          <w:trHeight w:val="280"/>
        </w:trPr>
        <w:tc>
          <w:tcPr>
            <w:tcW w:w="919" w:type="dxa"/>
            <w:noWrap/>
            <w:hideMark/>
          </w:tcPr>
          <w:p w14:paraId="0F38E27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Palsa-881</w:t>
            </w:r>
          </w:p>
        </w:tc>
        <w:tc>
          <w:tcPr>
            <w:tcW w:w="852" w:type="dxa"/>
            <w:noWrap/>
            <w:hideMark/>
          </w:tcPr>
          <w:p w14:paraId="145472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6C48E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3D8D68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39" w:type="dxa"/>
            <w:noWrap/>
            <w:hideMark/>
          </w:tcPr>
          <w:p w14:paraId="74FE77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21" w:type="dxa"/>
            <w:noWrap/>
            <w:hideMark/>
          </w:tcPr>
          <w:p w14:paraId="6139F7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7C6CF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1202E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A9511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3BB30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51" w:type="dxa"/>
            <w:noWrap/>
            <w:hideMark/>
          </w:tcPr>
          <w:p w14:paraId="7F38F6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752A8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91684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FEC9C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33697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0718B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EFE5E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B1377E8" w14:textId="77777777" w:rsidTr="006750F2">
        <w:trPr>
          <w:trHeight w:val="280"/>
        </w:trPr>
        <w:tc>
          <w:tcPr>
            <w:tcW w:w="919" w:type="dxa"/>
            <w:noWrap/>
            <w:hideMark/>
          </w:tcPr>
          <w:p w14:paraId="31C2810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Paracoccus</w:t>
            </w:r>
          </w:p>
        </w:tc>
        <w:tc>
          <w:tcPr>
            <w:tcW w:w="852" w:type="dxa"/>
            <w:noWrap/>
            <w:hideMark/>
          </w:tcPr>
          <w:p w14:paraId="0DDD1C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76973E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135</w:t>
            </w:r>
          </w:p>
        </w:tc>
        <w:tc>
          <w:tcPr>
            <w:tcW w:w="768" w:type="dxa"/>
            <w:noWrap/>
            <w:hideMark/>
          </w:tcPr>
          <w:p w14:paraId="234AB4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37.8</w:t>
            </w:r>
          </w:p>
        </w:tc>
        <w:tc>
          <w:tcPr>
            <w:tcW w:w="739" w:type="dxa"/>
            <w:noWrap/>
            <w:hideMark/>
          </w:tcPr>
          <w:p w14:paraId="040BCD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48.1</w:t>
            </w:r>
          </w:p>
        </w:tc>
        <w:tc>
          <w:tcPr>
            <w:tcW w:w="721" w:type="dxa"/>
            <w:noWrap/>
            <w:hideMark/>
          </w:tcPr>
          <w:p w14:paraId="53D691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49.6</w:t>
            </w:r>
          </w:p>
        </w:tc>
        <w:tc>
          <w:tcPr>
            <w:tcW w:w="674" w:type="dxa"/>
            <w:noWrap/>
            <w:hideMark/>
          </w:tcPr>
          <w:p w14:paraId="69A9B5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EA3C4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BB6C2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D4EFF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37.8</w:t>
            </w:r>
          </w:p>
        </w:tc>
        <w:tc>
          <w:tcPr>
            <w:tcW w:w="751" w:type="dxa"/>
            <w:noWrap/>
            <w:hideMark/>
          </w:tcPr>
          <w:p w14:paraId="2AB790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49.6</w:t>
            </w:r>
          </w:p>
        </w:tc>
        <w:tc>
          <w:tcPr>
            <w:tcW w:w="1008" w:type="dxa"/>
            <w:noWrap/>
            <w:hideMark/>
          </w:tcPr>
          <w:p w14:paraId="5F2E2C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96479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E8B88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9F031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E9D15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B60C9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8F2D630" w14:textId="77777777" w:rsidTr="006750F2">
        <w:trPr>
          <w:trHeight w:val="280"/>
        </w:trPr>
        <w:tc>
          <w:tcPr>
            <w:tcW w:w="919" w:type="dxa"/>
            <w:noWrap/>
            <w:hideMark/>
          </w:tcPr>
          <w:p w14:paraId="04EBB29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Pararhizobium</w:t>
            </w:r>
          </w:p>
        </w:tc>
        <w:tc>
          <w:tcPr>
            <w:tcW w:w="852" w:type="dxa"/>
            <w:noWrap/>
            <w:hideMark/>
          </w:tcPr>
          <w:p w14:paraId="612FCE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20E4D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68" w:type="dxa"/>
            <w:noWrap/>
            <w:hideMark/>
          </w:tcPr>
          <w:p w14:paraId="79BCA8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39" w:type="dxa"/>
            <w:noWrap/>
            <w:hideMark/>
          </w:tcPr>
          <w:p w14:paraId="55AB9E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w:t>
            </w:r>
          </w:p>
        </w:tc>
        <w:tc>
          <w:tcPr>
            <w:tcW w:w="721" w:type="dxa"/>
            <w:noWrap/>
            <w:hideMark/>
          </w:tcPr>
          <w:p w14:paraId="33E67B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674" w:type="dxa"/>
            <w:noWrap/>
            <w:hideMark/>
          </w:tcPr>
          <w:p w14:paraId="2C2815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8C157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C5643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4587A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51" w:type="dxa"/>
            <w:noWrap/>
            <w:hideMark/>
          </w:tcPr>
          <w:p w14:paraId="71694C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1008" w:type="dxa"/>
            <w:noWrap/>
            <w:hideMark/>
          </w:tcPr>
          <w:p w14:paraId="6FAF3C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0A44E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A573D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FD3EA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FDAFE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F6E63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1EB0B08" w14:textId="77777777" w:rsidTr="006750F2">
        <w:trPr>
          <w:trHeight w:val="280"/>
        </w:trPr>
        <w:tc>
          <w:tcPr>
            <w:tcW w:w="919" w:type="dxa"/>
            <w:noWrap/>
            <w:hideMark/>
          </w:tcPr>
          <w:p w14:paraId="270FD07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Pararhodobacter</w:t>
            </w:r>
          </w:p>
        </w:tc>
        <w:tc>
          <w:tcPr>
            <w:tcW w:w="852" w:type="dxa"/>
            <w:noWrap/>
            <w:hideMark/>
          </w:tcPr>
          <w:p w14:paraId="24BD6E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1233B6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64DEB5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26.7</w:t>
            </w:r>
          </w:p>
        </w:tc>
        <w:tc>
          <w:tcPr>
            <w:tcW w:w="739" w:type="dxa"/>
            <w:noWrap/>
            <w:hideMark/>
          </w:tcPr>
          <w:p w14:paraId="4EE3F6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46.7</w:t>
            </w:r>
          </w:p>
        </w:tc>
        <w:tc>
          <w:tcPr>
            <w:tcW w:w="721" w:type="dxa"/>
            <w:noWrap/>
            <w:hideMark/>
          </w:tcPr>
          <w:p w14:paraId="1A6486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674" w:type="dxa"/>
            <w:noWrap/>
            <w:hideMark/>
          </w:tcPr>
          <w:p w14:paraId="1D926F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5B971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6516E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D0F71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26.7</w:t>
            </w:r>
          </w:p>
        </w:tc>
        <w:tc>
          <w:tcPr>
            <w:tcW w:w="751" w:type="dxa"/>
            <w:noWrap/>
            <w:hideMark/>
          </w:tcPr>
          <w:p w14:paraId="54949E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1008" w:type="dxa"/>
            <w:noWrap/>
            <w:hideMark/>
          </w:tcPr>
          <w:p w14:paraId="64933E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FC3F0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AF7D1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028A2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1EED2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21530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EDC240F" w14:textId="77777777" w:rsidTr="006750F2">
        <w:trPr>
          <w:trHeight w:val="280"/>
        </w:trPr>
        <w:tc>
          <w:tcPr>
            <w:tcW w:w="919" w:type="dxa"/>
            <w:noWrap/>
            <w:hideMark/>
          </w:tcPr>
          <w:p w14:paraId="111324E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Parasphingorhabdus</w:t>
            </w:r>
          </w:p>
        </w:tc>
        <w:tc>
          <w:tcPr>
            <w:tcW w:w="852" w:type="dxa"/>
            <w:noWrap/>
            <w:hideMark/>
          </w:tcPr>
          <w:p w14:paraId="267C44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860C4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68" w:type="dxa"/>
            <w:noWrap/>
            <w:hideMark/>
          </w:tcPr>
          <w:p w14:paraId="034FF2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23.1</w:t>
            </w:r>
          </w:p>
        </w:tc>
        <w:tc>
          <w:tcPr>
            <w:tcW w:w="739" w:type="dxa"/>
            <w:noWrap/>
            <w:hideMark/>
          </w:tcPr>
          <w:p w14:paraId="2D156A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721" w:type="dxa"/>
            <w:noWrap/>
            <w:hideMark/>
          </w:tcPr>
          <w:p w14:paraId="29A7E9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9B1A8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FA583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BB3E8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FDA06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23.1</w:t>
            </w:r>
          </w:p>
        </w:tc>
        <w:tc>
          <w:tcPr>
            <w:tcW w:w="751" w:type="dxa"/>
            <w:noWrap/>
            <w:hideMark/>
          </w:tcPr>
          <w:p w14:paraId="5A4881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A9DB9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FEF1D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34BEB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2872D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6E64E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C4DC7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5C2F02D" w14:textId="77777777" w:rsidTr="006750F2">
        <w:trPr>
          <w:trHeight w:val="280"/>
        </w:trPr>
        <w:tc>
          <w:tcPr>
            <w:tcW w:w="919" w:type="dxa"/>
            <w:noWrap/>
            <w:hideMark/>
          </w:tcPr>
          <w:p w14:paraId="6E6037C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Paremcibacter</w:t>
            </w:r>
          </w:p>
        </w:tc>
        <w:tc>
          <w:tcPr>
            <w:tcW w:w="852" w:type="dxa"/>
            <w:noWrap/>
            <w:hideMark/>
          </w:tcPr>
          <w:p w14:paraId="7C48AF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B7FA6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3B2F8A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39" w:type="dxa"/>
            <w:noWrap/>
            <w:hideMark/>
          </w:tcPr>
          <w:p w14:paraId="29D789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4CBFDB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674" w:type="dxa"/>
            <w:noWrap/>
            <w:hideMark/>
          </w:tcPr>
          <w:p w14:paraId="775CA9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8CDA8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4D51E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F112E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51" w:type="dxa"/>
            <w:noWrap/>
            <w:hideMark/>
          </w:tcPr>
          <w:p w14:paraId="1127AB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1008" w:type="dxa"/>
            <w:noWrap/>
            <w:hideMark/>
          </w:tcPr>
          <w:p w14:paraId="39E984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E89B9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49808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78A5A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1C3CD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FB60A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CFED153" w14:textId="77777777" w:rsidTr="006750F2">
        <w:trPr>
          <w:trHeight w:val="280"/>
        </w:trPr>
        <w:tc>
          <w:tcPr>
            <w:tcW w:w="919" w:type="dxa"/>
            <w:noWrap/>
            <w:hideMark/>
          </w:tcPr>
          <w:p w14:paraId="7284BA7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Parvibaculum</w:t>
            </w:r>
          </w:p>
        </w:tc>
        <w:tc>
          <w:tcPr>
            <w:tcW w:w="852" w:type="dxa"/>
            <w:noWrap/>
            <w:hideMark/>
          </w:tcPr>
          <w:p w14:paraId="68F2A2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F5B78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33302F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31.6</w:t>
            </w:r>
          </w:p>
        </w:tc>
        <w:tc>
          <w:tcPr>
            <w:tcW w:w="739" w:type="dxa"/>
            <w:noWrap/>
            <w:hideMark/>
          </w:tcPr>
          <w:p w14:paraId="5A9383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15.8</w:t>
            </w:r>
          </w:p>
        </w:tc>
        <w:tc>
          <w:tcPr>
            <w:tcW w:w="721" w:type="dxa"/>
            <w:noWrap/>
            <w:hideMark/>
          </w:tcPr>
          <w:p w14:paraId="681F05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31.6</w:t>
            </w:r>
          </w:p>
        </w:tc>
        <w:tc>
          <w:tcPr>
            <w:tcW w:w="674" w:type="dxa"/>
            <w:noWrap/>
            <w:hideMark/>
          </w:tcPr>
          <w:p w14:paraId="092D10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0CD0F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5D1A5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6D116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31.6</w:t>
            </w:r>
          </w:p>
        </w:tc>
        <w:tc>
          <w:tcPr>
            <w:tcW w:w="751" w:type="dxa"/>
            <w:noWrap/>
            <w:hideMark/>
          </w:tcPr>
          <w:p w14:paraId="1E473C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31.6</w:t>
            </w:r>
          </w:p>
        </w:tc>
        <w:tc>
          <w:tcPr>
            <w:tcW w:w="1008" w:type="dxa"/>
            <w:noWrap/>
            <w:hideMark/>
          </w:tcPr>
          <w:p w14:paraId="2DDD3D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B94FF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E216F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3B22D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57BAA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438AA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E7B3493" w14:textId="77777777" w:rsidTr="006750F2">
        <w:trPr>
          <w:trHeight w:val="280"/>
        </w:trPr>
        <w:tc>
          <w:tcPr>
            <w:tcW w:w="919" w:type="dxa"/>
            <w:noWrap/>
            <w:hideMark/>
          </w:tcPr>
          <w:p w14:paraId="16B1211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Pelagibacter</w:t>
            </w:r>
          </w:p>
        </w:tc>
        <w:tc>
          <w:tcPr>
            <w:tcW w:w="852" w:type="dxa"/>
            <w:noWrap/>
            <w:hideMark/>
          </w:tcPr>
          <w:p w14:paraId="245025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1C378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152</w:t>
            </w:r>
          </w:p>
        </w:tc>
        <w:tc>
          <w:tcPr>
            <w:tcW w:w="768" w:type="dxa"/>
            <w:noWrap/>
            <w:hideMark/>
          </w:tcPr>
          <w:p w14:paraId="32E843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36CBE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DCE15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61A99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590D4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03C8D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E01C3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4C74D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CE569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805E2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4CF2A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A9BA7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06E6A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6F3B5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401A8CC" w14:textId="77777777" w:rsidTr="006750F2">
        <w:trPr>
          <w:trHeight w:val="280"/>
        </w:trPr>
        <w:tc>
          <w:tcPr>
            <w:tcW w:w="919" w:type="dxa"/>
            <w:noWrap/>
            <w:hideMark/>
          </w:tcPr>
          <w:p w14:paraId="579CDD8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Pelagibacterium</w:t>
            </w:r>
          </w:p>
        </w:tc>
        <w:tc>
          <w:tcPr>
            <w:tcW w:w="852" w:type="dxa"/>
            <w:noWrap/>
            <w:hideMark/>
          </w:tcPr>
          <w:p w14:paraId="37EB03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DED15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1B4B71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739" w:type="dxa"/>
            <w:noWrap/>
            <w:hideMark/>
          </w:tcPr>
          <w:p w14:paraId="384A2C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21" w:type="dxa"/>
            <w:noWrap/>
            <w:hideMark/>
          </w:tcPr>
          <w:p w14:paraId="10899C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674" w:type="dxa"/>
            <w:noWrap/>
            <w:hideMark/>
          </w:tcPr>
          <w:p w14:paraId="0A4420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29618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33FA3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B7D23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751" w:type="dxa"/>
            <w:noWrap/>
            <w:hideMark/>
          </w:tcPr>
          <w:p w14:paraId="4AD27D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1008" w:type="dxa"/>
            <w:noWrap/>
            <w:hideMark/>
          </w:tcPr>
          <w:p w14:paraId="082E6A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7A9CC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805EF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6C8C1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EC181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089DD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FAD3CDD" w14:textId="77777777" w:rsidTr="006750F2">
        <w:trPr>
          <w:trHeight w:val="280"/>
        </w:trPr>
        <w:tc>
          <w:tcPr>
            <w:tcW w:w="919" w:type="dxa"/>
            <w:noWrap/>
            <w:hideMark/>
          </w:tcPr>
          <w:p w14:paraId="6EB5650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Phaeobacter</w:t>
            </w:r>
          </w:p>
        </w:tc>
        <w:tc>
          <w:tcPr>
            <w:tcW w:w="852" w:type="dxa"/>
            <w:noWrap/>
            <w:hideMark/>
          </w:tcPr>
          <w:p w14:paraId="3FF1FC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177AD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2747DE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39" w:type="dxa"/>
            <w:noWrap/>
            <w:hideMark/>
          </w:tcPr>
          <w:p w14:paraId="0B3DBC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21" w:type="dxa"/>
            <w:noWrap/>
            <w:hideMark/>
          </w:tcPr>
          <w:p w14:paraId="5A770E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674" w:type="dxa"/>
            <w:noWrap/>
            <w:hideMark/>
          </w:tcPr>
          <w:p w14:paraId="247F43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15184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F56D6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174F4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51" w:type="dxa"/>
            <w:noWrap/>
            <w:hideMark/>
          </w:tcPr>
          <w:p w14:paraId="2EDA38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1008" w:type="dxa"/>
            <w:noWrap/>
            <w:hideMark/>
          </w:tcPr>
          <w:p w14:paraId="04A644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9AD88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1543D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7BCFE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8853C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A5CA8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02E2CEF" w14:textId="77777777" w:rsidTr="006750F2">
        <w:trPr>
          <w:trHeight w:val="280"/>
        </w:trPr>
        <w:tc>
          <w:tcPr>
            <w:tcW w:w="919" w:type="dxa"/>
            <w:noWrap/>
            <w:hideMark/>
          </w:tcPr>
          <w:p w14:paraId="5404B4B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Phaeospirillum</w:t>
            </w:r>
          </w:p>
        </w:tc>
        <w:tc>
          <w:tcPr>
            <w:tcW w:w="852" w:type="dxa"/>
            <w:noWrap/>
            <w:hideMark/>
          </w:tcPr>
          <w:p w14:paraId="5394AB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994F4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327586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47.1</w:t>
            </w:r>
          </w:p>
        </w:tc>
        <w:tc>
          <w:tcPr>
            <w:tcW w:w="739" w:type="dxa"/>
            <w:noWrap/>
            <w:hideMark/>
          </w:tcPr>
          <w:p w14:paraId="61B3FE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82.4</w:t>
            </w:r>
          </w:p>
        </w:tc>
        <w:tc>
          <w:tcPr>
            <w:tcW w:w="721" w:type="dxa"/>
            <w:noWrap/>
            <w:hideMark/>
          </w:tcPr>
          <w:p w14:paraId="51432F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58.8</w:t>
            </w:r>
          </w:p>
        </w:tc>
        <w:tc>
          <w:tcPr>
            <w:tcW w:w="674" w:type="dxa"/>
            <w:noWrap/>
            <w:hideMark/>
          </w:tcPr>
          <w:p w14:paraId="19918F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94" w:type="dxa"/>
            <w:noWrap/>
            <w:hideMark/>
          </w:tcPr>
          <w:p w14:paraId="003CFD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EE432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3668E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147.1</w:t>
            </w:r>
          </w:p>
        </w:tc>
        <w:tc>
          <w:tcPr>
            <w:tcW w:w="751" w:type="dxa"/>
            <w:noWrap/>
            <w:hideMark/>
          </w:tcPr>
          <w:p w14:paraId="20708B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58.8</w:t>
            </w:r>
          </w:p>
        </w:tc>
        <w:tc>
          <w:tcPr>
            <w:tcW w:w="1008" w:type="dxa"/>
            <w:noWrap/>
            <w:hideMark/>
          </w:tcPr>
          <w:p w14:paraId="189483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490AA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CD9CF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AF3B2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20D91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DA1B8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327626B0" w14:textId="77777777" w:rsidTr="006750F2">
        <w:trPr>
          <w:trHeight w:val="280"/>
        </w:trPr>
        <w:tc>
          <w:tcPr>
            <w:tcW w:w="919" w:type="dxa"/>
            <w:noWrap/>
            <w:hideMark/>
          </w:tcPr>
          <w:p w14:paraId="767E8AC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Phenylobacterium</w:t>
            </w:r>
          </w:p>
        </w:tc>
        <w:tc>
          <w:tcPr>
            <w:tcW w:w="852" w:type="dxa"/>
            <w:noWrap/>
            <w:hideMark/>
          </w:tcPr>
          <w:p w14:paraId="6F9F49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CD50B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68" w:type="dxa"/>
            <w:noWrap/>
            <w:hideMark/>
          </w:tcPr>
          <w:p w14:paraId="241A81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25.3</w:t>
            </w:r>
          </w:p>
        </w:tc>
        <w:tc>
          <w:tcPr>
            <w:tcW w:w="739" w:type="dxa"/>
            <w:noWrap/>
            <w:hideMark/>
          </w:tcPr>
          <w:p w14:paraId="27DF83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24.2</w:t>
            </w:r>
          </w:p>
        </w:tc>
        <w:tc>
          <w:tcPr>
            <w:tcW w:w="721" w:type="dxa"/>
            <w:noWrap/>
            <w:hideMark/>
          </w:tcPr>
          <w:p w14:paraId="44D2E9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w:t>
            </w:r>
          </w:p>
        </w:tc>
        <w:tc>
          <w:tcPr>
            <w:tcW w:w="674" w:type="dxa"/>
            <w:noWrap/>
            <w:hideMark/>
          </w:tcPr>
          <w:p w14:paraId="6A5434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B6865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EFCDB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5879E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25.3</w:t>
            </w:r>
          </w:p>
        </w:tc>
        <w:tc>
          <w:tcPr>
            <w:tcW w:w="751" w:type="dxa"/>
            <w:noWrap/>
            <w:hideMark/>
          </w:tcPr>
          <w:p w14:paraId="2EE526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w:t>
            </w:r>
          </w:p>
        </w:tc>
        <w:tc>
          <w:tcPr>
            <w:tcW w:w="1008" w:type="dxa"/>
            <w:noWrap/>
            <w:hideMark/>
          </w:tcPr>
          <w:p w14:paraId="280E3C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5396C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6FC57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9BE7C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7BC0AC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9A177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647E94F" w14:textId="77777777" w:rsidTr="006750F2">
        <w:trPr>
          <w:trHeight w:val="280"/>
        </w:trPr>
        <w:tc>
          <w:tcPr>
            <w:tcW w:w="919" w:type="dxa"/>
            <w:noWrap/>
            <w:hideMark/>
          </w:tcPr>
          <w:p w14:paraId="79B6FC4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Phreatobacter</w:t>
            </w:r>
          </w:p>
        </w:tc>
        <w:tc>
          <w:tcPr>
            <w:tcW w:w="852" w:type="dxa"/>
            <w:noWrap/>
            <w:hideMark/>
          </w:tcPr>
          <w:p w14:paraId="7BFA62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FAB49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793FCB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53.8</w:t>
            </w:r>
          </w:p>
        </w:tc>
        <w:tc>
          <w:tcPr>
            <w:tcW w:w="739" w:type="dxa"/>
            <w:noWrap/>
            <w:hideMark/>
          </w:tcPr>
          <w:p w14:paraId="1F6B4B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38.5</w:t>
            </w:r>
          </w:p>
        </w:tc>
        <w:tc>
          <w:tcPr>
            <w:tcW w:w="721" w:type="dxa"/>
            <w:noWrap/>
            <w:hideMark/>
          </w:tcPr>
          <w:p w14:paraId="723B09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DEDCA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682FA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9E0FC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73C54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53.8</w:t>
            </w:r>
          </w:p>
        </w:tc>
        <w:tc>
          <w:tcPr>
            <w:tcW w:w="751" w:type="dxa"/>
            <w:noWrap/>
            <w:hideMark/>
          </w:tcPr>
          <w:p w14:paraId="609461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772CF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A925C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BEF83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5E9A8C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A03C4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D85EF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44E793A" w14:textId="77777777" w:rsidTr="006750F2">
        <w:trPr>
          <w:trHeight w:val="280"/>
        </w:trPr>
        <w:tc>
          <w:tcPr>
            <w:tcW w:w="919" w:type="dxa"/>
            <w:noWrap/>
            <w:hideMark/>
          </w:tcPr>
          <w:p w14:paraId="0FCE370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Phyllobacterium</w:t>
            </w:r>
          </w:p>
        </w:tc>
        <w:tc>
          <w:tcPr>
            <w:tcW w:w="852" w:type="dxa"/>
            <w:noWrap/>
            <w:hideMark/>
          </w:tcPr>
          <w:p w14:paraId="752275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6003E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68" w:type="dxa"/>
            <w:noWrap/>
            <w:hideMark/>
          </w:tcPr>
          <w:p w14:paraId="127334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53.8</w:t>
            </w:r>
          </w:p>
        </w:tc>
        <w:tc>
          <w:tcPr>
            <w:tcW w:w="739" w:type="dxa"/>
            <w:noWrap/>
            <w:hideMark/>
          </w:tcPr>
          <w:p w14:paraId="68C202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11.5</w:t>
            </w:r>
          </w:p>
        </w:tc>
        <w:tc>
          <w:tcPr>
            <w:tcW w:w="721" w:type="dxa"/>
            <w:noWrap/>
            <w:hideMark/>
          </w:tcPr>
          <w:p w14:paraId="75F6F2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w:t>
            </w:r>
          </w:p>
        </w:tc>
        <w:tc>
          <w:tcPr>
            <w:tcW w:w="674" w:type="dxa"/>
            <w:noWrap/>
            <w:hideMark/>
          </w:tcPr>
          <w:p w14:paraId="1DC6A4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8988A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F102E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ACD73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53.8</w:t>
            </w:r>
          </w:p>
        </w:tc>
        <w:tc>
          <w:tcPr>
            <w:tcW w:w="751" w:type="dxa"/>
            <w:noWrap/>
            <w:hideMark/>
          </w:tcPr>
          <w:p w14:paraId="66E336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w:t>
            </w:r>
          </w:p>
        </w:tc>
        <w:tc>
          <w:tcPr>
            <w:tcW w:w="1008" w:type="dxa"/>
            <w:noWrap/>
            <w:hideMark/>
          </w:tcPr>
          <w:p w14:paraId="35B991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B19D0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85C4B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27B7C0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F51C7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F5469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F754FFE" w14:textId="77777777" w:rsidTr="006750F2">
        <w:trPr>
          <w:trHeight w:val="280"/>
        </w:trPr>
        <w:tc>
          <w:tcPr>
            <w:tcW w:w="919" w:type="dxa"/>
            <w:noWrap/>
            <w:hideMark/>
          </w:tcPr>
          <w:p w14:paraId="418D82A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Planktomarina</w:t>
            </w:r>
          </w:p>
        </w:tc>
        <w:tc>
          <w:tcPr>
            <w:tcW w:w="852" w:type="dxa"/>
            <w:noWrap/>
            <w:hideMark/>
          </w:tcPr>
          <w:p w14:paraId="6CDB3A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1614D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7CF15A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39" w:type="dxa"/>
            <w:noWrap/>
            <w:hideMark/>
          </w:tcPr>
          <w:p w14:paraId="52355B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3FCFB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B3CFB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D9713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7C82A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51DBE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51" w:type="dxa"/>
            <w:noWrap/>
            <w:hideMark/>
          </w:tcPr>
          <w:p w14:paraId="510FF3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BEC11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A7250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E774B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1A058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F67DA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E2FEB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3D71B22" w14:textId="77777777" w:rsidTr="006750F2">
        <w:trPr>
          <w:trHeight w:val="280"/>
        </w:trPr>
        <w:tc>
          <w:tcPr>
            <w:tcW w:w="919" w:type="dxa"/>
            <w:noWrap/>
            <w:hideMark/>
          </w:tcPr>
          <w:p w14:paraId="628A922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Pleomorphomonas</w:t>
            </w:r>
          </w:p>
        </w:tc>
        <w:tc>
          <w:tcPr>
            <w:tcW w:w="852" w:type="dxa"/>
            <w:noWrap/>
            <w:hideMark/>
          </w:tcPr>
          <w:p w14:paraId="791686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7022ED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070237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39" w:type="dxa"/>
            <w:noWrap/>
            <w:hideMark/>
          </w:tcPr>
          <w:p w14:paraId="7B1D4A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26.7</w:t>
            </w:r>
          </w:p>
        </w:tc>
        <w:tc>
          <w:tcPr>
            <w:tcW w:w="721" w:type="dxa"/>
            <w:noWrap/>
            <w:hideMark/>
          </w:tcPr>
          <w:p w14:paraId="2DBDD6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6D213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94" w:type="dxa"/>
            <w:noWrap/>
            <w:hideMark/>
          </w:tcPr>
          <w:p w14:paraId="244D4C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475EB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ACE49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140</w:t>
            </w:r>
          </w:p>
        </w:tc>
        <w:tc>
          <w:tcPr>
            <w:tcW w:w="751" w:type="dxa"/>
            <w:noWrap/>
            <w:hideMark/>
          </w:tcPr>
          <w:p w14:paraId="56F59B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76117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2DC08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E491E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623B9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37F8D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F59D1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39134626" w14:textId="77777777" w:rsidTr="006750F2">
        <w:trPr>
          <w:trHeight w:val="280"/>
        </w:trPr>
        <w:tc>
          <w:tcPr>
            <w:tcW w:w="919" w:type="dxa"/>
            <w:noWrap/>
            <w:hideMark/>
          </w:tcPr>
          <w:p w14:paraId="7E38BD5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Pseudemcibacter</w:t>
            </w:r>
          </w:p>
        </w:tc>
        <w:tc>
          <w:tcPr>
            <w:tcW w:w="852" w:type="dxa"/>
            <w:noWrap/>
            <w:hideMark/>
          </w:tcPr>
          <w:p w14:paraId="61C5AD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778D50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03692F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54040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721" w:type="dxa"/>
            <w:noWrap/>
            <w:hideMark/>
          </w:tcPr>
          <w:p w14:paraId="3D0787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4D619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49B55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62817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B0FD8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9F164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CA80B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25C9AC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4F929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5C821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9B870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3BB07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2D59B3F" w14:textId="77777777" w:rsidTr="006750F2">
        <w:trPr>
          <w:trHeight w:val="280"/>
        </w:trPr>
        <w:tc>
          <w:tcPr>
            <w:tcW w:w="919" w:type="dxa"/>
            <w:noWrap/>
            <w:hideMark/>
          </w:tcPr>
          <w:p w14:paraId="3376F65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Pseudochrobactrum</w:t>
            </w:r>
          </w:p>
        </w:tc>
        <w:tc>
          <w:tcPr>
            <w:tcW w:w="852" w:type="dxa"/>
            <w:noWrap/>
            <w:hideMark/>
          </w:tcPr>
          <w:p w14:paraId="75D586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1B8E2D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386A3A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E655D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1AF28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7BBC2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92BB1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C5280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421A1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9344F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6DD71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8629B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9FB71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4E4B73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F9C49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9BF81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DAED62F" w14:textId="77777777" w:rsidTr="006750F2">
        <w:trPr>
          <w:trHeight w:val="280"/>
        </w:trPr>
        <w:tc>
          <w:tcPr>
            <w:tcW w:w="919" w:type="dxa"/>
            <w:noWrap/>
            <w:hideMark/>
          </w:tcPr>
          <w:p w14:paraId="07B1BFD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Pseudolabrys</w:t>
            </w:r>
          </w:p>
        </w:tc>
        <w:tc>
          <w:tcPr>
            <w:tcW w:w="852" w:type="dxa"/>
            <w:noWrap/>
            <w:hideMark/>
          </w:tcPr>
          <w:p w14:paraId="491A64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148B1C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68" w:type="dxa"/>
            <w:noWrap/>
            <w:hideMark/>
          </w:tcPr>
          <w:p w14:paraId="37C803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56.7</w:t>
            </w:r>
          </w:p>
        </w:tc>
        <w:tc>
          <w:tcPr>
            <w:tcW w:w="739" w:type="dxa"/>
            <w:noWrap/>
            <w:hideMark/>
          </w:tcPr>
          <w:p w14:paraId="0F38DC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721" w:type="dxa"/>
            <w:noWrap/>
            <w:hideMark/>
          </w:tcPr>
          <w:p w14:paraId="136AE5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674" w:type="dxa"/>
            <w:noWrap/>
            <w:hideMark/>
          </w:tcPr>
          <w:p w14:paraId="06F63A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694" w:type="dxa"/>
            <w:noWrap/>
            <w:hideMark/>
          </w:tcPr>
          <w:p w14:paraId="2F1D01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6D049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909" w:type="dxa"/>
            <w:noWrap/>
            <w:hideMark/>
          </w:tcPr>
          <w:p w14:paraId="7FA062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63.3</w:t>
            </w:r>
          </w:p>
        </w:tc>
        <w:tc>
          <w:tcPr>
            <w:tcW w:w="751" w:type="dxa"/>
            <w:noWrap/>
            <w:hideMark/>
          </w:tcPr>
          <w:p w14:paraId="46EEDE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1008" w:type="dxa"/>
            <w:noWrap/>
            <w:hideMark/>
          </w:tcPr>
          <w:p w14:paraId="54D127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6F382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6D150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707D4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271BC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0490E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B0326F9" w14:textId="77777777" w:rsidTr="006750F2">
        <w:trPr>
          <w:trHeight w:val="280"/>
        </w:trPr>
        <w:tc>
          <w:tcPr>
            <w:tcW w:w="919" w:type="dxa"/>
            <w:noWrap/>
            <w:hideMark/>
          </w:tcPr>
          <w:p w14:paraId="475BA1A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Pseudooceanicola</w:t>
            </w:r>
          </w:p>
        </w:tc>
        <w:tc>
          <w:tcPr>
            <w:tcW w:w="852" w:type="dxa"/>
            <w:noWrap/>
            <w:hideMark/>
          </w:tcPr>
          <w:p w14:paraId="2154DE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FF730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68" w:type="dxa"/>
            <w:noWrap/>
            <w:hideMark/>
          </w:tcPr>
          <w:p w14:paraId="590AE6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53.8</w:t>
            </w:r>
          </w:p>
        </w:tc>
        <w:tc>
          <w:tcPr>
            <w:tcW w:w="739" w:type="dxa"/>
            <w:noWrap/>
            <w:hideMark/>
          </w:tcPr>
          <w:p w14:paraId="124228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721" w:type="dxa"/>
            <w:noWrap/>
            <w:hideMark/>
          </w:tcPr>
          <w:p w14:paraId="0F172E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42.3</w:t>
            </w:r>
          </w:p>
        </w:tc>
        <w:tc>
          <w:tcPr>
            <w:tcW w:w="674" w:type="dxa"/>
            <w:noWrap/>
            <w:hideMark/>
          </w:tcPr>
          <w:p w14:paraId="07554E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w:t>
            </w:r>
          </w:p>
        </w:tc>
        <w:tc>
          <w:tcPr>
            <w:tcW w:w="694" w:type="dxa"/>
            <w:noWrap/>
            <w:hideMark/>
          </w:tcPr>
          <w:p w14:paraId="6EB044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B5067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68D3D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57.7</w:t>
            </w:r>
          </w:p>
        </w:tc>
        <w:tc>
          <w:tcPr>
            <w:tcW w:w="751" w:type="dxa"/>
            <w:noWrap/>
            <w:hideMark/>
          </w:tcPr>
          <w:p w14:paraId="036A11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42.3</w:t>
            </w:r>
          </w:p>
        </w:tc>
        <w:tc>
          <w:tcPr>
            <w:tcW w:w="1008" w:type="dxa"/>
            <w:noWrap/>
            <w:hideMark/>
          </w:tcPr>
          <w:p w14:paraId="172F2A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77B95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B19A9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28A05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403B3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D121D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4D2CAE5" w14:textId="77777777" w:rsidTr="006750F2">
        <w:trPr>
          <w:trHeight w:val="280"/>
        </w:trPr>
        <w:tc>
          <w:tcPr>
            <w:tcW w:w="919" w:type="dxa"/>
            <w:noWrap/>
            <w:hideMark/>
          </w:tcPr>
          <w:p w14:paraId="32FAE60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Pseudophaeobacter</w:t>
            </w:r>
          </w:p>
        </w:tc>
        <w:tc>
          <w:tcPr>
            <w:tcW w:w="852" w:type="dxa"/>
            <w:noWrap/>
            <w:hideMark/>
          </w:tcPr>
          <w:p w14:paraId="5E56EC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7C8AF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78F703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26.7</w:t>
            </w:r>
          </w:p>
        </w:tc>
        <w:tc>
          <w:tcPr>
            <w:tcW w:w="739" w:type="dxa"/>
            <w:noWrap/>
            <w:hideMark/>
          </w:tcPr>
          <w:p w14:paraId="375252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73.3</w:t>
            </w:r>
          </w:p>
        </w:tc>
        <w:tc>
          <w:tcPr>
            <w:tcW w:w="721" w:type="dxa"/>
            <w:noWrap/>
            <w:hideMark/>
          </w:tcPr>
          <w:p w14:paraId="6C3BDE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26.7</w:t>
            </w:r>
          </w:p>
        </w:tc>
        <w:tc>
          <w:tcPr>
            <w:tcW w:w="674" w:type="dxa"/>
            <w:noWrap/>
            <w:hideMark/>
          </w:tcPr>
          <w:p w14:paraId="4FCAC1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07B98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09415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C0978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26.7</w:t>
            </w:r>
          </w:p>
        </w:tc>
        <w:tc>
          <w:tcPr>
            <w:tcW w:w="751" w:type="dxa"/>
            <w:noWrap/>
            <w:hideMark/>
          </w:tcPr>
          <w:p w14:paraId="327153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26.7</w:t>
            </w:r>
          </w:p>
        </w:tc>
        <w:tc>
          <w:tcPr>
            <w:tcW w:w="1008" w:type="dxa"/>
            <w:noWrap/>
            <w:hideMark/>
          </w:tcPr>
          <w:p w14:paraId="40A987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2CC1F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BDA17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8BEC8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A315D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2EE8E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C9F252F" w14:textId="77777777" w:rsidTr="006750F2">
        <w:trPr>
          <w:trHeight w:val="280"/>
        </w:trPr>
        <w:tc>
          <w:tcPr>
            <w:tcW w:w="919" w:type="dxa"/>
            <w:noWrap/>
            <w:hideMark/>
          </w:tcPr>
          <w:p w14:paraId="45BE70C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Pseudorhodobacter</w:t>
            </w:r>
          </w:p>
        </w:tc>
        <w:tc>
          <w:tcPr>
            <w:tcW w:w="852" w:type="dxa"/>
            <w:noWrap/>
            <w:hideMark/>
          </w:tcPr>
          <w:p w14:paraId="35F98E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1D63F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534A20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39" w:type="dxa"/>
            <w:noWrap/>
            <w:hideMark/>
          </w:tcPr>
          <w:p w14:paraId="5DC680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21" w:type="dxa"/>
            <w:noWrap/>
            <w:hideMark/>
          </w:tcPr>
          <w:p w14:paraId="232DDD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72.7</w:t>
            </w:r>
          </w:p>
        </w:tc>
        <w:tc>
          <w:tcPr>
            <w:tcW w:w="674" w:type="dxa"/>
            <w:noWrap/>
            <w:hideMark/>
          </w:tcPr>
          <w:p w14:paraId="319E53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694" w:type="dxa"/>
            <w:noWrap/>
            <w:hideMark/>
          </w:tcPr>
          <w:p w14:paraId="22018F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0D9CC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E8DD2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27.3</w:t>
            </w:r>
          </w:p>
        </w:tc>
        <w:tc>
          <w:tcPr>
            <w:tcW w:w="751" w:type="dxa"/>
            <w:noWrap/>
            <w:hideMark/>
          </w:tcPr>
          <w:p w14:paraId="11CBA7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72.7</w:t>
            </w:r>
          </w:p>
        </w:tc>
        <w:tc>
          <w:tcPr>
            <w:tcW w:w="1008" w:type="dxa"/>
            <w:noWrap/>
            <w:hideMark/>
          </w:tcPr>
          <w:p w14:paraId="4CF14C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01FDC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167C9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5BB18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5A189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12ED4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7E62C58" w14:textId="77777777" w:rsidTr="006750F2">
        <w:trPr>
          <w:trHeight w:val="280"/>
        </w:trPr>
        <w:tc>
          <w:tcPr>
            <w:tcW w:w="919" w:type="dxa"/>
            <w:noWrap/>
            <w:hideMark/>
          </w:tcPr>
          <w:p w14:paraId="106264F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Pseudoroseomonas</w:t>
            </w:r>
          </w:p>
        </w:tc>
        <w:tc>
          <w:tcPr>
            <w:tcW w:w="852" w:type="dxa"/>
            <w:noWrap/>
            <w:hideMark/>
          </w:tcPr>
          <w:p w14:paraId="29C889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D56E7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5A00B1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7B6B1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27.8</w:t>
            </w:r>
          </w:p>
        </w:tc>
        <w:tc>
          <w:tcPr>
            <w:tcW w:w="721" w:type="dxa"/>
            <w:noWrap/>
            <w:hideMark/>
          </w:tcPr>
          <w:p w14:paraId="66D3DE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9186B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8D335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9AAA9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346C3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CC688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75E15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1F5C00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78747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BD797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8CE21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6E770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0BBCD53" w14:textId="77777777" w:rsidTr="006750F2">
        <w:trPr>
          <w:trHeight w:val="280"/>
        </w:trPr>
        <w:tc>
          <w:tcPr>
            <w:tcW w:w="919" w:type="dxa"/>
            <w:noWrap/>
            <w:hideMark/>
          </w:tcPr>
          <w:p w14:paraId="143FF9A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Pseudotabrizicola</w:t>
            </w:r>
          </w:p>
        </w:tc>
        <w:tc>
          <w:tcPr>
            <w:tcW w:w="852" w:type="dxa"/>
            <w:noWrap/>
            <w:hideMark/>
          </w:tcPr>
          <w:p w14:paraId="7559FC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1844ED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27494F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39" w:type="dxa"/>
            <w:noWrap/>
            <w:hideMark/>
          </w:tcPr>
          <w:p w14:paraId="4289EB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21" w:type="dxa"/>
            <w:noWrap/>
            <w:hideMark/>
          </w:tcPr>
          <w:p w14:paraId="40276C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674" w:type="dxa"/>
            <w:noWrap/>
            <w:hideMark/>
          </w:tcPr>
          <w:p w14:paraId="438180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A30F2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2C8EB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0F66D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51" w:type="dxa"/>
            <w:noWrap/>
            <w:hideMark/>
          </w:tcPr>
          <w:p w14:paraId="58E283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1008" w:type="dxa"/>
            <w:noWrap/>
            <w:hideMark/>
          </w:tcPr>
          <w:p w14:paraId="04E207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E4D0F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D4831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5A2E7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591AF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10C52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CAB6129" w14:textId="77777777" w:rsidTr="006750F2">
        <w:trPr>
          <w:trHeight w:val="280"/>
        </w:trPr>
        <w:tc>
          <w:tcPr>
            <w:tcW w:w="919" w:type="dxa"/>
            <w:noWrap/>
            <w:hideMark/>
          </w:tcPr>
          <w:p w14:paraId="0FC0907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Pseudovibrio</w:t>
            </w:r>
          </w:p>
        </w:tc>
        <w:tc>
          <w:tcPr>
            <w:tcW w:w="852" w:type="dxa"/>
            <w:noWrap/>
            <w:hideMark/>
          </w:tcPr>
          <w:p w14:paraId="6973F3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204262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2DB651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26.3</w:t>
            </w:r>
          </w:p>
        </w:tc>
        <w:tc>
          <w:tcPr>
            <w:tcW w:w="739" w:type="dxa"/>
            <w:noWrap/>
            <w:hideMark/>
          </w:tcPr>
          <w:p w14:paraId="4670AB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89.5</w:t>
            </w:r>
          </w:p>
        </w:tc>
        <w:tc>
          <w:tcPr>
            <w:tcW w:w="721" w:type="dxa"/>
            <w:noWrap/>
            <w:hideMark/>
          </w:tcPr>
          <w:p w14:paraId="6B6ADB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78.9</w:t>
            </w:r>
          </w:p>
        </w:tc>
        <w:tc>
          <w:tcPr>
            <w:tcW w:w="674" w:type="dxa"/>
            <w:noWrap/>
            <w:hideMark/>
          </w:tcPr>
          <w:p w14:paraId="7D688A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EA748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28792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6074C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26.3</w:t>
            </w:r>
          </w:p>
        </w:tc>
        <w:tc>
          <w:tcPr>
            <w:tcW w:w="751" w:type="dxa"/>
            <w:noWrap/>
            <w:hideMark/>
          </w:tcPr>
          <w:p w14:paraId="60FCC2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78.9</w:t>
            </w:r>
          </w:p>
        </w:tc>
        <w:tc>
          <w:tcPr>
            <w:tcW w:w="1008" w:type="dxa"/>
            <w:noWrap/>
            <w:hideMark/>
          </w:tcPr>
          <w:p w14:paraId="5BD08B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A8FD3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AB466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5C55E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FD1EB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33468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FA21565" w14:textId="77777777" w:rsidTr="006750F2">
        <w:trPr>
          <w:trHeight w:val="280"/>
        </w:trPr>
        <w:tc>
          <w:tcPr>
            <w:tcW w:w="919" w:type="dxa"/>
            <w:noWrap/>
            <w:hideMark/>
          </w:tcPr>
          <w:p w14:paraId="35BB39C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Qipengyuania</w:t>
            </w:r>
          </w:p>
        </w:tc>
        <w:tc>
          <w:tcPr>
            <w:tcW w:w="852" w:type="dxa"/>
            <w:noWrap/>
            <w:hideMark/>
          </w:tcPr>
          <w:p w14:paraId="6AA4B0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B0D7E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w:t>
            </w:r>
          </w:p>
        </w:tc>
        <w:tc>
          <w:tcPr>
            <w:tcW w:w="768" w:type="dxa"/>
            <w:noWrap/>
            <w:hideMark/>
          </w:tcPr>
          <w:p w14:paraId="5FB421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739" w:type="dxa"/>
            <w:noWrap/>
            <w:hideMark/>
          </w:tcPr>
          <w:p w14:paraId="1C62D7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21" w:type="dxa"/>
            <w:noWrap/>
            <w:hideMark/>
          </w:tcPr>
          <w:p w14:paraId="16F586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674" w:type="dxa"/>
            <w:noWrap/>
            <w:hideMark/>
          </w:tcPr>
          <w:p w14:paraId="643519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42387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21E9E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BC35B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751" w:type="dxa"/>
            <w:noWrap/>
            <w:hideMark/>
          </w:tcPr>
          <w:p w14:paraId="008B34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1008" w:type="dxa"/>
            <w:noWrap/>
            <w:hideMark/>
          </w:tcPr>
          <w:p w14:paraId="7774E7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AD943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C03EC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D8284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33102F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F00E0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D19FE84" w14:textId="77777777" w:rsidTr="006750F2">
        <w:trPr>
          <w:trHeight w:val="280"/>
        </w:trPr>
        <w:tc>
          <w:tcPr>
            <w:tcW w:w="919" w:type="dxa"/>
            <w:noWrap/>
            <w:hideMark/>
          </w:tcPr>
          <w:p w14:paraId="781B964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R2A130</w:t>
            </w:r>
          </w:p>
        </w:tc>
        <w:tc>
          <w:tcPr>
            <w:tcW w:w="852" w:type="dxa"/>
            <w:noWrap/>
            <w:hideMark/>
          </w:tcPr>
          <w:p w14:paraId="556068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E9A85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38FA0B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39" w:type="dxa"/>
            <w:noWrap/>
            <w:hideMark/>
          </w:tcPr>
          <w:p w14:paraId="6B9671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27.3</w:t>
            </w:r>
          </w:p>
        </w:tc>
        <w:tc>
          <w:tcPr>
            <w:tcW w:w="721" w:type="dxa"/>
            <w:noWrap/>
            <w:hideMark/>
          </w:tcPr>
          <w:p w14:paraId="0599A2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674" w:type="dxa"/>
            <w:noWrap/>
            <w:hideMark/>
          </w:tcPr>
          <w:p w14:paraId="71EFF3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D4C8E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D0A18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76093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51" w:type="dxa"/>
            <w:noWrap/>
            <w:hideMark/>
          </w:tcPr>
          <w:p w14:paraId="3EF5AE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1008" w:type="dxa"/>
            <w:noWrap/>
            <w:hideMark/>
          </w:tcPr>
          <w:p w14:paraId="722E12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C98E7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0EFB4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6FE69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9140B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10738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6F2331F" w14:textId="77777777" w:rsidTr="006750F2">
        <w:trPr>
          <w:trHeight w:val="280"/>
        </w:trPr>
        <w:tc>
          <w:tcPr>
            <w:tcW w:w="919" w:type="dxa"/>
            <w:noWrap/>
            <w:hideMark/>
          </w:tcPr>
          <w:p w14:paraId="3945C7B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RUG410</w:t>
            </w:r>
          </w:p>
        </w:tc>
        <w:tc>
          <w:tcPr>
            <w:tcW w:w="852" w:type="dxa"/>
            <w:noWrap/>
            <w:hideMark/>
          </w:tcPr>
          <w:p w14:paraId="450BEB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754D9D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3D9352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7C008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D1C9E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E0875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58921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8D728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138CF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B81F7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4103D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E103B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FD25D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46046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C7143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03687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B8E508A" w14:textId="77777777" w:rsidTr="006750F2">
        <w:trPr>
          <w:trHeight w:val="280"/>
        </w:trPr>
        <w:tc>
          <w:tcPr>
            <w:tcW w:w="919" w:type="dxa"/>
            <w:noWrap/>
            <w:hideMark/>
          </w:tcPr>
          <w:p w14:paraId="24A0206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Reyranella</w:t>
            </w:r>
          </w:p>
        </w:tc>
        <w:tc>
          <w:tcPr>
            <w:tcW w:w="852" w:type="dxa"/>
            <w:noWrap/>
            <w:hideMark/>
          </w:tcPr>
          <w:p w14:paraId="2E07D7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7DEBB8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49</w:t>
            </w:r>
          </w:p>
        </w:tc>
        <w:tc>
          <w:tcPr>
            <w:tcW w:w="768" w:type="dxa"/>
            <w:noWrap/>
            <w:hideMark/>
          </w:tcPr>
          <w:p w14:paraId="5721A1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22.4</w:t>
            </w:r>
          </w:p>
        </w:tc>
        <w:tc>
          <w:tcPr>
            <w:tcW w:w="739" w:type="dxa"/>
            <w:noWrap/>
            <w:hideMark/>
          </w:tcPr>
          <w:p w14:paraId="40350A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36.7</w:t>
            </w:r>
          </w:p>
        </w:tc>
        <w:tc>
          <w:tcPr>
            <w:tcW w:w="721" w:type="dxa"/>
            <w:noWrap/>
            <w:hideMark/>
          </w:tcPr>
          <w:p w14:paraId="4DE14F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7A4A0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1BD1B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EDE75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7425D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22.4</w:t>
            </w:r>
          </w:p>
        </w:tc>
        <w:tc>
          <w:tcPr>
            <w:tcW w:w="751" w:type="dxa"/>
            <w:noWrap/>
            <w:hideMark/>
          </w:tcPr>
          <w:p w14:paraId="37FC42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39BEE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01561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F483A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0FB92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1E3909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D3B6B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50580C4" w14:textId="77777777" w:rsidTr="006750F2">
        <w:trPr>
          <w:trHeight w:val="280"/>
        </w:trPr>
        <w:tc>
          <w:tcPr>
            <w:tcW w:w="919" w:type="dxa"/>
            <w:noWrap/>
            <w:hideMark/>
          </w:tcPr>
          <w:p w14:paraId="5DB4934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Rhabdaerophilum</w:t>
            </w:r>
          </w:p>
        </w:tc>
        <w:tc>
          <w:tcPr>
            <w:tcW w:w="852" w:type="dxa"/>
            <w:noWrap/>
            <w:hideMark/>
          </w:tcPr>
          <w:p w14:paraId="7381E5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5945A5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5FE1FE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64.3</w:t>
            </w:r>
          </w:p>
        </w:tc>
        <w:tc>
          <w:tcPr>
            <w:tcW w:w="739" w:type="dxa"/>
            <w:noWrap/>
            <w:hideMark/>
          </w:tcPr>
          <w:p w14:paraId="7BFA4F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78.6</w:t>
            </w:r>
          </w:p>
        </w:tc>
        <w:tc>
          <w:tcPr>
            <w:tcW w:w="721" w:type="dxa"/>
            <w:noWrap/>
            <w:hideMark/>
          </w:tcPr>
          <w:p w14:paraId="4CC7DF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674" w:type="dxa"/>
            <w:noWrap/>
            <w:hideMark/>
          </w:tcPr>
          <w:p w14:paraId="2ACA86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68F7C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99FD2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359DF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64.3</w:t>
            </w:r>
          </w:p>
        </w:tc>
        <w:tc>
          <w:tcPr>
            <w:tcW w:w="751" w:type="dxa"/>
            <w:noWrap/>
            <w:hideMark/>
          </w:tcPr>
          <w:p w14:paraId="69EC44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1008" w:type="dxa"/>
            <w:noWrap/>
            <w:hideMark/>
          </w:tcPr>
          <w:p w14:paraId="281800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BE594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18361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82EAF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20407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F8E66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A9D5086" w14:textId="77777777" w:rsidTr="006750F2">
        <w:trPr>
          <w:trHeight w:val="280"/>
        </w:trPr>
        <w:tc>
          <w:tcPr>
            <w:tcW w:w="919" w:type="dxa"/>
            <w:noWrap/>
            <w:hideMark/>
          </w:tcPr>
          <w:p w14:paraId="4F29C67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Rhizobium</w:t>
            </w:r>
          </w:p>
        </w:tc>
        <w:tc>
          <w:tcPr>
            <w:tcW w:w="852" w:type="dxa"/>
            <w:noWrap/>
            <w:hideMark/>
          </w:tcPr>
          <w:p w14:paraId="10AF35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2CA4FF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187</w:t>
            </w:r>
          </w:p>
        </w:tc>
        <w:tc>
          <w:tcPr>
            <w:tcW w:w="768" w:type="dxa"/>
            <w:noWrap/>
            <w:hideMark/>
          </w:tcPr>
          <w:p w14:paraId="50FB85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44.9</w:t>
            </w:r>
          </w:p>
        </w:tc>
        <w:tc>
          <w:tcPr>
            <w:tcW w:w="739" w:type="dxa"/>
            <w:noWrap/>
            <w:hideMark/>
          </w:tcPr>
          <w:p w14:paraId="5C2E64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30.5</w:t>
            </w:r>
          </w:p>
        </w:tc>
        <w:tc>
          <w:tcPr>
            <w:tcW w:w="721" w:type="dxa"/>
            <w:noWrap/>
            <w:hideMark/>
          </w:tcPr>
          <w:p w14:paraId="7ADB20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21.9</w:t>
            </w:r>
          </w:p>
        </w:tc>
        <w:tc>
          <w:tcPr>
            <w:tcW w:w="674" w:type="dxa"/>
            <w:noWrap/>
            <w:hideMark/>
          </w:tcPr>
          <w:p w14:paraId="437865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48.1</w:t>
            </w:r>
          </w:p>
        </w:tc>
        <w:tc>
          <w:tcPr>
            <w:tcW w:w="694" w:type="dxa"/>
            <w:noWrap/>
            <w:hideMark/>
          </w:tcPr>
          <w:p w14:paraId="7CECA9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E311A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CC530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w:t>
            </w:r>
          </w:p>
        </w:tc>
        <w:tc>
          <w:tcPr>
            <w:tcW w:w="751" w:type="dxa"/>
            <w:noWrap/>
            <w:hideMark/>
          </w:tcPr>
          <w:p w14:paraId="13DA9D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21.9</w:t>
            </w:r>
          </w:p>
        </w:tc>
        <w:tc>
          <w:tcPr>
            <w:tcW w:w="1008" w:type="dxa"/>
            <w:noWrap/>
            <w:hideMark/>
          </w:tcPr>
          <w:p w14:paraId="44CD22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CB1E0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F0D7A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32E9F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EAA45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54386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D5B201B" w14:textId="77777777" w:rsidTr="006750F2">
        <w:trPr>
          <w:trHeight w:val="280"/>
        </w:trPr>
        <w:tc>
          <w:tcPr>
            <w:tcW w:w="919" w:type="dxa"/>
            <w:noWrap/>
            <w:hideMark/>
          </w:tcPr>
          <w:p w14:paraId="002717A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Rhizomicrobium</w:t>
            </w:r>
          </w:p>
        </w:tc>
        <w:tc>
          <w:tcPr>
            <w:tcW w:w="852" w:type="dxa"/>
            <w:noWrap/>
            <w:hideMark/>
          </w:tcPr>
          <w:p w14:paraId="76C1FA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ABFE5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w:t>
            </w:r>
          </w:p>
        </w:tc>
        <w:tc>
          <w:tcPr>
            <w:tcW w:w="768" w:type="dxa"/>
            <w:noWrap/>
            <w:hideMark/>
          </w:tcPr>
          <w:p w14:paraId="7ED0F2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22.9</w:t>
            </w:r>
          </w:p>
        </w:tc>
        <w:tc>
          <w:tcPr>
            <w:tcW w:w="739" w:type="dxa"/>
            <w:noWrap/>
            <w:hideMark/>
          </w:tcPr>
          <w:p w14:paraId="30EBF8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27.1</w:t>
            </w:r>
          </w:p>
        </w:tc>
        <w:tc>
          <w:tcPr>
            <w:tcW w:w="721" w:type="dxa"/>
            <w:noWrap/>
            <w:hideMark/>
          </w:tcPr>
          <w:p w14:paraId="67A7E9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22.9</w:t>
            </w:r>
          </w:p>
        </w:tc>
        <w:tc>
          <w:tcPr>
            <w:tcW w:w="674" w:type="dxa"/>
            <w:noWrap/>
            <w:hideMark/>
          </w:tcPr>
          <w:p w14:paraId="2FB713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10.4</w:t>
            </w:r>
          </w:p>
        </w:tc>
        <w:tc>
          <w:tcPr>
            <w:tcW w:w="694" w:type="dxa"/>
            <w:noWrap/>
            <w:hideMark/>
          </w:tcPr>
          <w:p w14:paraId="1D7C69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8F04C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5A910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51" w:type="dxa"/>
            <w:noWrap/>
            <w:hideMark/>
          </w:tcPr>
          <w:p w14:paraId="01DCB1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22.9</w:t>
            </w:r>
          </w:p>
        </w:tc>
        <w:tc>
          <w:tcPr>
            <w:tcW w:w="1008" w:type="dxa"/>
            <w:noWrap/>
            <w:hideMark/>
          </w:tcPr>
          <w:p w14:paraId="0A9760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C4CC8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8B528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8E8BF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540AD1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E01FD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BEBC972" w14:textId="77777777" w:rsidTr="006750F2">
        <w:trPr>
          <w:trHeight w:val="280"/>
        </w:trPr>
        <w:tc>
          <w:tcPr>
            <w:tcW w:w="919" w:type="dxa"/>
            <w:noWrap/>
            <w:hideMark/>
          </w:tcPr>
          <w:p w14:paraId="5BEBADC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Rhizorhabdus</w:t>
            </w:r>
          </w:p>
        </w:tc>
        <w:tc>
          <w:tcPr>
            <w:tcW w:w="852" w:type="dxa"/>
            <w:noWrap/>
            <w:hideMark/>
          </w:tcPr>
          <w:p w14:paraId="7B77BD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BB69F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6810DE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35.7</w:t>
            </w:r>
          </w:p>
        </w:tc>
        <w:tc>
          <w:tcPr>
            <w:tcW w:w="739" w:type="dxa"/>
            <w:noWrap/>
            <w:hideMark/>
          </w:tcPr>
          <w:p w14:paraId="6A3732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2AA58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674" w:type="dxa"/>
            <w:noWrap/>
            <w:hideMark/>
          </w:tcPr>
          <w:p w14:paraId="3C192B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CA8DB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50138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AD5AB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35.7</w:t>
            </w:r>
          </w:p>
        </w:tc>
        <w:tc>
          <w:tcPr>
            <w:tcW w:w="751" w:type="dxa"/>
            <w:noWrap/>
            <w:hideMark/>
          </w:tcPr>
          <w:p w14:paraId="72272F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1008" w:type="dxa"/>
            <w:noWrap/>
            <w:hideMark/>
          </w:tcPr>
          <w:p w14:paraId="64577D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B6347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ACB7A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6B39E3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6CFCF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D5E76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9FE1903" w14:textId="77777777" w:rsidTr="006750F2">
        <w:trPr>
          <w:trHeight w:val="280"/>
        </w:trPr>
        <w:tc>
          <w:tcPr>
            <w:tcW w:w="919" w:type="dxa"/>
            <w:noWrap/>
            <w:hideMark/>
          </w:tcPr>
          <w:p w14:paraId="1F9C03D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Rhodobacter</w:t>
            </w:r>
          </w:p>
        </w:tc>
        <w:tc>
          <w:tcPr>
            <w:tcW w:w="852" w:type="dxa"/>
            <w:noWrap/>
            <w:hideMark/>
          </w:tcPr>
          <w:p w14:paraId="3F4C18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5533A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44E65C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39" w:type="dxa"/>
            <w:noWrap/>
            <w:hideMark/>
          </w:tcPr>
          <w:p w14:paraId="54882B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21" w:type="dxa"/>
            <w:noWrap/>
            <w:hideMark/>
          </w:tcPr>
          <w:p w14:paraId="070205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38A15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53.3</w:t>
            </w:r>
          </w:p>
        </w:tc>
        <w:tc>
          <w:tcPr>
            <w:tcW w:w="694" w:type="dxa"/>
            <w:noWrap/>
            <w:hideMark/>
          </w:tcPr>
          <w:p w14:paraId="136C85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5599C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9CC18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86.7</w:t>
            </w:r>
          </w:p>
        </w:tc>
        <w:tc>
          <w:tcPr>
            <w:tcW w:w="751" w:type="dxa"/>
            <w:noWrap/>
            <w:hideMark/>
          </w:tcPr>
          <w:p w14:paraId="45E6B4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E999E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67389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97E0A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335967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7E247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ECA82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112BB15" w14:textId="77777777" w:rsidTr="006750F2">
        <w:trPr>
          <w:trHeight w:val="280"/>
        </w:trPr>
        <w:tc>
          <w:tcPr>
            <w:tcW w:w="919" w:type="dxa"/>
            <w:noWrap/>
            <w:hideMark/>
          </w:tcPr>
          <w:p w14:paraId="741242C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Rhodoblastus</w:t>
            </w:r>
          </w:p>
        </w:tc>
        <w:tc>
          <w:tcPr>
            <w:tcW w:w="852" w:type="dxa"/>
            <w:noWrap/>
            <w:hideMark/>
          </w:tcPr>
          <w:p w14:paraId="7B97EE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EB614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7A3880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42.9</w:t>
            </w:r>
          </w:p>
        </w:tc>
        <w:tc>
          <w:tcPr>
            <w:tcW w:w="739" w:type="dxa"/>
            <w:noWrap/>
            <w:hideMark/>
          </w:tcPr>
          <w:p w14:paraId="64AEBE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21" w:type="dxa"/>
            <w:noWrap/>
            <w:hideMark/>
          </w:tcPr>
          <w:p w14:paraId="1EC1B7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71.4</w:t>
            </w:r>
          </w:p>
        </w:tc>
        <w:tc>
          <w:tcPr>
            <w:tcW w:w="674" w:type="dxa"/>
            <w:noWrap/>
            <w:hideMark/>
          </w:tcPr>
          <w:p w14:paraId="08B176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94" w:type="dxa"/>
            <w:noWrap/>
            <w:hideMark/>
          </w:tcPr>
          <w:p w14:paraId="1B2BD8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C2C22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440F8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142.9</w:t>
            </w:r>
          </w:p>
        </w:tc>
        <w:tc>
          <w:tcPr>
            <w:tcW w:w="751" w:type="dxa"/>
            <w:noWrap/>
            <w:hideMark/>
          </w:tcPr>
          <w:p w14:paraId="0B97BB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71.4</w:t>
            </w:r>
          </w:p>
        </w:tc>
        <w:tc>
          <w:tcPr>
            <w:tcW w:w="1008" w:type="dxa"/>
            <w:noWrap/>
            <w:hideMark/>
          </w:tcPr>
          <w:p w14:paraId="56F97F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CA499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1ABE6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ABE03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68A88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BA4EC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07FADEFB" w14:textId="77777777" w:rsidTr="006750F2">
        <w:trPr>
          <w:trHeight w:val="280"/>
        </w:trPr>
        <w:tc>
          <w:tcPr>
            <w:tcW w:w="919" w:type="dxa"/>
            <w:noWrap/>
            <w:hideMark/>
          </w:tcPr>
          <w:p w14:paraId="469FC56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Rhodopila</w:t>
            </w:r>
          </w:p>
        </w:tc>
        <w:tc>
          <w:tcPr>
            <w:tcW w:w="852" w:type="dxa"/>
            <w:noWrap/>
            <w:hideMark/>
          </w:tcPr>
          <w:p w14:paraId="7A650A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1142C0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68" w:type="dxa"/>
            <w:noWrap/>
            <w:hideMark/>
          </w:tcPr>
          <w:p w14:paraId="48DEC1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69.2</w:t>
            </w:r>
          </w:p>
        </w:tc>
        <w:tc>
          <w:tcPr>
            <w:tcW w:w="739" w:type="dxa"/>
            <w:noWrap/>
            <w:hideMark/>
          </w:tcPr>
          <w:p w14:paraId="24A649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26.9</w:t>
            </w:r>
          </w:p>
        </w:tc>
        <w:tc>
          <w:tcPr>
            <w:tcW w:w="721" w:type="dxa"/>
            <w:noWrap/>
            <w:hideMark/>
          </w:tcPr>
          <w:p w14:paraId="1A5D64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674" w:type="dxa"/>
            <w:noWrap/>
            <w:hideMark/>
          </w:tcPr>
          <w:p w14:paraId="0BD8D5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19.2</w:t>
            </w:r>
          </w:p>
        </w:tc>
        <w:tc>
          <w:tcPr>
            <w:tcW w:w="694" w:type="dxa"/>
            <w:noWrap/>
            <w:hideMark/>
          </w:tcPr>
          <w:p w14:paraId="187746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2E472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0FB2A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88.5</w:t>
            </w:r>
          </w:p>
        </w:tc>
        <w:tc>
          <w:tcPr>
            <w:tcW w:w="751" w:type="dxa"/>
            <w:noWrap/>
            <w:hideMark/>
          </w:tcPr>
          <w:p w14:paraId="3E922B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1008" w:type="dxa"/>
            <w:noWrap/>
            <w:hideMark/>
          </w:tcPr>
          <w:p w14:paraId="089FA1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EF6B4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989CA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61D84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561A0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D6788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BBA9C16" w14:textId="77777777" w:rsidTr="006750F2">
        <w:trPr>
          <w:trHeight w:val="280"/>
        </w:trPr>
        <w:tc>
          <w:tcPr>
            <w:tcW w:w="919" w:type="dxa"/>
            <w:noWrap/>
            <w:hideMark/>
          </w:tcPr>
          <w:p w14:paraId="3E49025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Rhodoplanes</w:t>
            </w:r>
          </w:p>
        </w:tc>
        <w:tc>
          <w:tcPr>
            <w:tcW w:w="852" w:type="dxa"/>
            <w:noWrap/>
            <w:hideMark/>
          </w:tcPr>
          <w:p w14:paraId="11EBEE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233883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4A19F4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39" w:type="dxa"/>
            <w:noWrap/>
            <w:hideMark/>
          </w:tcPr>
          <w:p w14:paraId="60C6EB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721" w:type="dxa"/>
            <w:noWrap/>
            <w:hideMark/>
          </w:tcPr>
          <w:p w14:paraId="4A3B30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674" w:type="dxa"/>
            <w:noWrap/>
            <w:hideMark/>
          </w:tcPr>
          <w:p w14:paraId="5BCE86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94" w:type="dxa"/>
            <w:noWrap/>
            <w:hideMark/>
          </w:tcPr>
          <w:p w14:paraId="1D17F0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A6985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D26B7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140</w:t>
            </w:r>
          </w:p>
        </w:tc>
        <w:tc>
          <w:tcPr>
            <w:tcW w:w="751" w:type="dxa"/>
            <w:noWrap/>
            <w:hideMark/>
          </w:tcPr>
          <w:p w14:paraId="51551E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1008" w:type="dxa"/>
            <w:noWrap/>
            <w:hideMark/>
          </w:tcPr>
          <w:p w14:paraId="497102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F73D2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961F4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6DE999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5C07E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4C52F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64CD4B67" w14:textId="77777777" w:rsidTr="006750F2">
        <w:trPr>
          <w:trHeight w:val="280"/>
        </w:trPr>
        <w:tc>
          <w:tcPr>
            <w:tcW w:w="919" w:type="dxa"/>
            <w:noWrap/>
            <w:hideMark/>
          </w:tcPr>
          <w:p w14:paraId="11029FC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Rhodopseudomonas</w:t>
            </w:r>
          </w:p>
        </w:tc>
        <w:tc>
          <w:tcPr>
            <w:tcW w:w="852" w:type="dxa"/>
            <w:noWrap/>
            <w:hideMark/>
          </w:tcPr>
          <w:p w14:paraId="2CB880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D243F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329775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10.5</w:t>
            </w:r>
          </w:p>
        </w:tc>
        <w:tc>
          <w:tcPr>
            <w:tcW w:w="739" w:type="dxa"/>
            <w:noWrap/>
            <w:hideMark/>
          </w:tcPr>
          <w:p w14:paraId="777C56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10.5</w:t>
            </w:r>
          </w:p>
        </w:tc>
        <w:tc>
          <w:tcPr>
            <w:tcW w:w="721" w:type="dxa"/>
            <w:noWrap/>
            <w:hideMark/>
          </w:tcPr>
          <w:p w14:paraId="78000D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57.9</w:t>
            </w:r>
          </w:p>
        </w:tc>
        <w:tc>
          <w:tcPr>
            <w:tcW w:w="674" w:type="dxa"/>
            <w:noWrap/>
            <w:hideMark/>
          </w:tcPr>
          <w:p w14:paraId="351A2F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94" w:type="dxa"/>
            <w:noWrap/>
            <w:hideMark/>
          </w:tcPr>
          <w:p w14:paraId="488AA6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A1186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D51BE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110.5</w:t>
            </w:r>
          </w:p>
        </w:tc>
        <w:tc>
          <w:tcPr>
            <w:tcW w:w="751" w:type="dxa"/>
            <w:noWrap/>
            <w:hideMark/>
          </w:tcPr>
          <w:p w14:paraId="240249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57.9</w:t>
            </w:r>
          </w:p>
        </w:tc>
        <w:tc>
          <w:tcPr>
            <w:tcW w:w="1008" w:type="dxa"/>
            <w:noWrap/>
            <w:hideMark/>
          </w:tcPr>
          <w:p w14:paraId="06B8D3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B922C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1CC57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0734BE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D6AFB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C4882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ECBF95F" w14:textId="77777777" w:rsidTr="006750F2">
        <w:trPr>
          <w:trHeight w:val="280"/>
        </w:trPr>
        <w:tc>
          <w:tcPr>
            <w:tcW w:w="919" w:type="dxa"/>
            <w:noWrap/>
            <w:hideMark/>
          </w:tcPr>
          <w:p w14:paraId="32D2A31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Rhodovulum</w:t>
            </w:r>
          </w:p>
        </w:tc>
        <w:tc>
          <w:tcPr>
            <w:tcW w:w="852" w:type="dxa"/>
            <w:noWrap/>
            <w:hideMark/>
          </w:tcPr>
          <w:p w14:paraId="55C72F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557057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51DB9D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13548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721" w:type="dxa"/>
            <w:noWrap/>
            <w:hideMark/>
          </w:tcPr>
          <w:p w14:paraId="243222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674" w:type="dxa"/>
            <w:noWrap/>
            <w:hideMark/>
          </w:tcPr>
          <w:p w14:paraId="3266AD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694" w:type="dxa"/>
            <w:noWrap/>
            <w:hideMark/>
          </w:tcPr>
          <w:p w14:paraId="282D8B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64581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387FF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751" w:type="dxa"/>
            <w:noWrap/>
            <w:hideMark/>
          </w:tcPr>
          <w:p w14:paraId="73524C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1008" w:type="dxa"/>
            <w:noWrap/>
            <w:hideMark/>
          </w:tcPr>
          <w:p w14:paraId="373E82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4202D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18632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6455BA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7CD92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47746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393D773" w14:textId="77777777" w:rsidTr="006750F2">
        <w:trPr>
          <w:trHeight w:val="280"/>
        </w:trPr>
        <w:tc>
          <w:tcPr>
            <w:tcW w:w="919" w:type="dxa"/>
            <w:noWrap/>
            <w:hideMark/>
          </w:tcPr>
          <w:p w14:paraId="522AA73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Rickettsia</w:t>
            </w:r>
          </w:p>
        </w:tc>
        <w:tc>
          <w:tcPr>
            <w:tcW w:w="852" w:type="dxa"/>
            <w:noWrap/>
            <w:hideMark/>
          </w:tcPr>
          <w:p w14:paraId="495E1D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A9547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768" w:type="dxa"/>
            <w:noWrap/>
            <w:hideMark/>
          </w:tcPr>
          <w:p w14:paraId="0BF2CF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D1A3E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2DA48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B1CFD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23B68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C37F8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A43FA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CF835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93B8C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C8C5A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F868F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828CE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07AE3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5748E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75B9401" w14:textId="77777777" w:rsidTr="006750F2">
        <w:trPr>
          <w:trHeight w:val="280"/>
        </w:trPr>
        <w:tc>
          <w:tcPr>
            <w:tcW w:w="919" w:type="dxa"/>
            <w:noWrap/>
            <w:hideMark/>
          </w:tcPr>
          <w:p w14:paraId="19BD2FD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Robiginitomaculum</w:t>
            </w:r>
          </w:p>
        </w:tc>
        <w:tc>
          <w:tcPr>
            <w:tcW w:w="852" w:type="dxa"/>
            <w:noWrap/>
            <w:hideMark/>
          </w:tcPr>
          <w:p w14:paraId="09E230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5663C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7E197C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39" w:type="dxa"/>
            <w:noWrap/>
            <w:hideMark/>
          </w:tcPr>
          <w:p w14:paraId="32D028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91.7</w:t>
            </w:r>
          </w:p>
        </w:tc>
        <w:tc>
          <w:tcPr>
            <w:tcW w:w="721" w:type="dxa"/>
            <w:noWrap/>
            <w:hideMark/>
          </w:tcPr>
          <w:p w14:paraId="769B62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674" w:type="dxa"/>
            <w:noWrap/>
            <w:hideMark/>
          </w:tcPr>
          <w:p w14:paraId="421686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51F95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7A4FE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FB1BC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51" w:type="dxa"/>
            <w:noWrap/>
            <w:hideMark/>
          </w:tcPr>
          <w:p w14:paraId="109CBE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1008" w:type="dxa"/>
            <w:noWrap/>
            <w:hideMark/>
          </w:tcPr>
          <w:p w14:paraId="683A9B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B5CFA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90B99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D1DB3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784C6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BB0C3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0837E30" w14:textId="77777777" w:rsidTr="006750F2">
        <w:trPr>
          <w:trHeight w:val="280"/>
        </w:trPr>
        <w:tc>
          <w:tcPr>
            <w:tcW w:w="919" w:type="dxa"/>
            <w:noWrap/>
            <w:hideMark/>
          </w:tcPr>
          <w:p w14:paraId="1F49D52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Roseibium</w:t>
            </w:r>
          </w:p>
        </w:tc>
        <w:tc>
          <w:tcPr>
            <w:tcW w:w="852" w:type="dxa"/>
            <w:noWrap/>
            <w:hideMark/>
          </w:tcPr>
          <w:p w14:paraId="6E8273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1D8F78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w:t>
            </w:r>
          </w:p>
        </w:tc>
        <w:tc>
          <w:tcPr>
            <w:tcW w:w="768" w:type="dxa"/>
            <w:noWrap/>
            <w:hideMark/>
          </w:tcPr>
          <w:p w14:paraId="24217E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31.8</w:t>
            </w:r>
          </w:p>
        </w:tc>
        <w:tc>
          <w:tcPr>
            <w:tcW w:w="739" w:type="dxa"/>
            <w:noWrap/>
            <w:hideMark/>
          </w:tcPr>
          <w:p w14:paraId="33FF6A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54.5</w:t>
            </w:r>
          </w:p>
        </w:tc>
        <w:tc>
          <w:tcPr>
            <w:tcW w:w="721" w:type="dxa"/>
            <w:noWrap/>
            <w:hideMark/>
          </w:tcPr>
          <w:p w14:paraId="68A243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56.8</w:t>
            </w:r>
          </w:p>
        </w:tc>
        <w:tc>
          <w:tcPr>
            <w:tcW w:w="674" w:type="dxa"/>
            <w:noWrap/>
            <w:hideMark/>
          </w:tcPr>
          <w:p w14:paraId="341364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694" w:type="dxa"/>
            <w:noWrap/>
            <w:hideMark/>
          </w:tcPr>
          <w:p w14:paraId="6700D1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5782A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DFD45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51" w:type="dxa"/>
            <w:noWrap/>
            <w:hideMark/>
          </w:tcPr>
          <w:p w14:paraId="486660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56.8</w:t>
            </w:r>
          </w:p>
        </w:tc>
        <w:tc>
          <w:tcPr>
            <w:tcW w:w="1008" w:type="dxa"/>
            <w:noWrap/>
            <w:hideMark/>
          </w:tcPr>
          <w:p w14:paraId="1A8FFA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084BE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F7A7F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977B9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10D12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D96E2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6A50E79" w14:textId="77777777" w:rsidTr="006750F2">
        <w:trPr>
          <w:trHeight w:val="280"/>
        </w:trPr>
        <w:tc>
          <w:tcPr>
            <w:tcW w:w="919" w:type="dxa"/>
            <w:noWrap/>
            <w:hideMark/>
          </w:tcPr>
          <w:p w14:paraId="1F8CC1C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Roseicyclus</w:t>
            </w:r>
          </w:p>
        </w:tc>
        <w:tc>
          <w:tcPr>
            <w:tcW w:w="852" w:type="dxa"/>
            <w:noWrap/>
            <w:hideMark/>
          </w:tcPr>
          <w:p w14:paraId="75F25D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DEFA9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1E3CF0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39" w:type="dxa"/>
            <w:noWrap/>
            <w:hideMark/>
          </w:tcPr>
          <w:p w14:paraId="22D655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21" w:type="dxa"/>
            <w:noWrap/>
            <w:hideMark/>
          </w:tcPr>
          <w:p w14:paraId="138B71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797D2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6736D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52CD7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44519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51" w:type="dxa"/>
            <w:noWrap/>
            <w:hideMark/>
          </w:tcPr>
          <w:p w14:paraId="59E2A7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747DF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B5461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F1FB9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F2AED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CD66B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8D536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83496AB" w14:textId="77777777" w:rsidTr="006750F2">
        <w:trPr>
          <w:trHeight w:val="280"/>
        </w:trPr>
        <w:tc>
          <w:tcPr>
            <w:tcW w:w="919" w:type="dxa"/>
            <w:noWrap/>
            <w:hideMark/>
          </w:tcPr>
          <w:p w14:paraId="65291F4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Roseinatronobacter</w:t>
            </w:r>
          </w:p>
        </w:tc>
        <w:tc>
          <w:tcPr>
            <w:tcW w:w="852" w:type="dxa"/>
            <w:noWrap/>
            <w:hideMark/>
          </w:tcPr>
          <w:p w14:paraId="75A1F9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1ED96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w:t>
            </w:r>
          </w:p>
        </w:tc>
        <w:tc>
          <w:tcPr>
            <w:tcW w:w="768" w:type="dxa"/>
            <w:noWrap/>
            <w:hideMark/>
          </w:tcPr>
          <w:p w14:paraId="72AE59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12.9</w:t>
            </w:r>
          </w:p>
        </w:tc>
        <w:tc>
          <w:tcPr>
            <w:tcW w:w="739" w:type="dxa"/>
            <w:noWrap/>
            <w:hideMark/>
          </w:tcPr>
          <w:p w14:paraId="259F38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61.3</w:t>
            </w:r>
          </w:p>
        </w:tc>
        <w:tc>
          <w:tcPr>
            <w:tcW w:w="721" w:type="dxa"/>
            <w:noWrap/>
            <w:hideMark/>
          </w:tcPr>
          <w:p w14:paraId="6848B3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82AF1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27304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186EC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021AB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12.9</w:t>
            </w:r>
          </w:p>
        </w:tc>
        <w:tc>
          <w:tcPr>
            <w:tcW w:w="751" w:type="dxa"/>
            <w:noWrap/>
            <w:hideMark/>
          </w:tcPr>
          <w:p w14:paraId="16AA7D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59EE8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C4071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F4365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478AF8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97AA6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14FA9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B500837" w14:textId="77777777" w:rsidTr="006750F2">
        <w:trPr>
          <w:trHeight w:val="280"/>
        </w:trPr>
        <w:tc>
          <w:tcPr>
            <w:tcW w:w="919" w:type="dxa"/>
            <w:noWrap/>
            <w:hideMark/>
          </w:tcPr>
          <w:p w14:paraId="748502F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Roseivivax</w:t>
            </w:r>
          </w:p>
        </w:tc>
        <w:tc>
          <w:tcPr>
            <w:tcW w:w="852" w:type="dxa"/>
            <w:noWrap/>
            <w:hideMark/>
          </w:tcPr>
          <w:p w14:paraId="2DCFF7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1E44A9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4B1531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39" w:type="dxa"/>
            <w:noWrap/>
            <w:hideMark/>
          </w:tcPr>
          <w:p w14:paraId="0708CD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21" w:type="dxa"/>
            <w:noWrap/>
            <w:hideMark/>
          </w:tcPr>
          <w:p w14:paraId="77C6E7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674" w:type="dxa"/>
            <w:noWrap/>
            <w:hideMark/>
          </w:tcPr>
          <w:p w14:paraId="24A04D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4C3FD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DD7DA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CE3F8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51" w:type="dxa"/>
            <w:noWrap/>
            <w:hideMark/>
          </w:tcPr>
          <w:p w14:paraId="10C0D2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1008" w:type="dxa"/>
            <w:noWrap/>
            <w:hideMark/>
          </w:tcPr>
          <w:p w14:paraId="505DA1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3053B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ACAF3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06DA4D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FCBC3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72040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D2FEE96" w14:textId="77777777" w:rsidTr="006750F2">
        <w:trPr>
          <w:trHeight w:val="280"/>
        </w:trPr>
        <w:tc>
          <w:tcPr>
            <w:tcW w:w="919" w:type="dxa"/>
            <w:noWrap/>
            <w:hideMark/>
          </w:tcPr>
          <w:p w14:paraId="085806F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Roseobacter</w:t>
            </w:r>
          </w:p>
        </w:tc>
        <w:tc>
          <w:tcPr>
            <w:tcW w:w="852" w:type="dxa"/>
            <w:noWrap/>
            <w:hideMark/>
          </w:tcPr>
          <w:p w14:paraId="340F00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E99BE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2B290D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739" w:type="dxa"/>
            <w:noWrap/>
            <w:hideMark/>
          </w:tcPr>
          <w:p w14:paraId="610993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38.1</w:t>
            </w:r>
          </w:p>
        </w:tc>
        <w:tc>
          <w:tcPr>
            <w:tcW w:w="721" w:type="dxa"/>
            <w:noWrap/>
            <w:hideMark/>
          </w:tcPr>
          <w:p w14:paraId="4760D6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47.6</w:t>
            </w:r>
          </w:p>
        </w:tc>
        <w:tc>
          <w:tcPr>
            <w:tcW w:w="674" w:type="dxa"/>
            <w:noWrap/>
            <w:hideMark/>
          </w:tcPr>
          <w:p w14:paraId="6912F2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6EB23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5B71E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D11CF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751" w:type="dxa"/>
            <w:noWrap/>
            <w:hideMark/>
          </w:tcPr>
          <w:p w14:paraId="5F4D95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47.6</w:t>
            </w:r>
          </w:p>
        </w:tc>
        <w:tc>
          <w:tcPr>
            <w:tcW w:w="1008" w:type="dxa"/>
            <w:noWrap/>
            <w:hideMark/>
          </w:tcPr>
          <w:p w14:paraId="3E6F2F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A8B41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B5698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427FD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D32C1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F29AF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AD17149" w14:textId="77777777" w:rsidTr="006750F2">
        <w:trPr>
          <w:trHeight w:val="280"/>
        </w:trPr>
        <w:tc>
          <w:tcPr>
            <w:tcW w:w="919" w:type="dxa"/>
            <w:noWrap/>
            <w:hideMark/>
          </w:tcPr>
          <w:p w14:paraId="42E0BE6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Roseococcus</w:t>
            </w:r>
          </w:p>
        </w:tc>
        <w:tc>
          <w:tcPr>
            <w:tcW w:w="852" w:type="dxa"/>
            <w:noWrap/>
            <w:hideMark/>
          </w:tcPr>
          <w:p w14:paraId="42F5E5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E6365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764CC7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A7BED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17.6</w:t>
            </w:r>
          </w:p>
        </w:tc>
        <w:tc>
          <w:tcPr>
            <w:tcW w:w="721" w:type="dxa"/>
            <w:noWrap/>
            <w:hideMark/>
          </w:tcPr>
          <w:p w14:paraId="7F5303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EBACB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F2A34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13273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7806C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4E0D9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0FF56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1EA7EE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B6A4D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832F1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56DDE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2F7E3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D0B2932" w14:textId="77777777" w:rsidTr="006750F2">
        <w:trPr>
          <w:trHeight w:val="280"/>
        </w:trPr>
        <w:tc>
          <w:tcPr>
            <w:tcW w:w="919" w:type="dxa"/>
            <w:noWrap/>
            <w:hideMark/>
          </w:tcPr>
          <w:p w14:paraId="6FF3C08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Roseomonas</w:t>
            </w:r>
          </w:p>
        </w:tc>
        <w:tc>
          <w:tcPr>
            <w:tcW w:w="852" w:type="dxa"/>
            <w:noWrap/>
            <w:hideMark/>
          </w:tcPr>
          <w:p w14:paraId="752CFD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5A0767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691BA2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27.8</w:t>
            </w:r>
          </w:p>
        </w:tc>
        <w:tc>
          <w:tcPr>
            <w:tcW w:w="739" w:type="dxa"/>
            <w:noWrap/>
            <w:hideMark/>
          </w:tcPr>
          <w:p w14:paraId="6435D7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21" w:type="dxa"/>
            <w:noWrap/>
            <w:hideMark/>
          </w:tcPr>
          <w:p w14:paraId="0086E8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w:t>
            </w:r>
          </w:p>
        </w:tc>
        <w:tc>
          <w:tcPr>
            <w:tcW w:w="674" w:type="dxa"/>
            <w:noWrap/>
            <w:hideMark/>
          </w:tcPr>
          <w:p w14:paraId="529E08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w:t>
            </w:r>
          </w:p>
        </w:tc>
        <w:tc>
          <w:tcPr>
            <w:tcW w:w="694" w:type="dxa"/>
            <w:noWrap/>
            <w:hideMark/>
          </w:tcPr>
          <w:p w14:paraId="13C050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3E41B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0FEB8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51" w:type="dxa"/>
            <w:noWrap/>
            <w:hideMark/>
          </w:tcPr>
          <w:p w14:paraId="7707C4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w:t>
            </w:r>
          </w:p>
        </w:tc>
        <w:tc>
          <w:tcPr>
            <w:tcW w:w="1008" w:type="dxa"/>
            <w:noWrap/>
            <w:hideMark/>
          </w:tcPr>
          <w:p w14:paraId="001187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B7E91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1902B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12EDD4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490F81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2DFC1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1A02E95" w14:textId="77777777" w:rsidTr="006750F2">
        <w:trPr>
          <w:trHeight w:val="280"/>
        </w:trPr>
        <w:tc>
          <w:tcPr>
            <w:tcW w:w="919" w:type="dxa"/>
            <w:noWrap/>
            <w:hideMark/>
          </w:tcPr>
          <w:p w14:paraId="00380D0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Roseovarius</w:t>
            </w:r>
          </w:p>
        </w:tc>
        <w:tc>
          <w:tcPr>
            <w:tcW w:w="852" w:type="dxa"/>
            <w:noWrap/>
            <w:hideMark/>
          </w:tcPr>
          <w:p w14:paraId="015973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5FBC75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768" w:type="dxa"/>
            <w:noWrap/>
            <w:hideMark/>
          </w:tcPr>
          <w:p w14:paraId="5BF9C1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w:t>
            </w:r>
          </w:p>
        </w:tc>
        <w:tc>
          <w:tcPr>
            <w:tcW w:w="739" w:type="dxa"/>
            <w:noWrap/>
            <w:hideMark/>
          </w:tcPr>
          <w:p w14:paraId="177680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40.3</w:t>
            </w:r>
          </w:p>
        </w:tc>
        <w:tc>
          <w:tcPr>
            <w:tcW w:w="721" w:type="dxa"/>
            <w:noWrap/>
            <w:hideMark/>
          </w:tcPr>
          <w:p w14:paraId="381B2C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66.2</w:t>
            </w:r>
          </w:p>
        </w:tc>
        <w:tc>
          <w:tcPr>
            <w:tcW w:w="674" w:type="dxa"/>
            <w:noWrap/>
            <w:hideMark/>
          </w:tcPr>
          <w:p w14:paraId="057859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520DF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92292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E5F79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w:t>
            </w:r>
          </w:p>
        </w:tc>
        <w:tc>
          <w:tcPr>
            <w:tcW w:w="751" w:type="dxa"/>
            <w:noWrap/>
            <w:hideMark/>
          </w:tcPr>
          <w:p w14:paraId="7FC74B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66.2</w:t>
            </w:r>
          </w:p>
        </w:tc>
        <w:tc>
          <w:tcPr>
            <w:tcW w:w="1008" w:type="dxa"/>
            <w:noWrap/>
            <w:hideMark/>
          </w:tcPr>
          <w:p w14:paraId="1BAFE9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696B9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F6273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F0009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F89E6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8604E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85C8B20" w14:textId="77777777" w:rsidTr="006750F2">
        <w:trPr>
          <w:trHeight w:val="280"/>
        </w:trPr>
        <w:tc>
          <w:tcPr>
            <w:tcW w:w="919" w:type="dxa"/>
            <w:noWrap/>
            <w:hideMark/>
          </w:tcPr>
          <w:p w14:paraId="6927D16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Ruegeria</w:t>
            </w:r>
          </w:p>
        </w:tc>
        <w:tc>
          <w:tcPr>
            <w:tcW w:w="852" w:type="dxa"/>
            <w:noWrap/>
            <w:hideMark/>
          </w:tcPr>
          <w:p w14:paraId="379892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73460D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w:t>
            </w:r>
          </w:p>
        </w:tc>
        <w:tc>
          <w:tcPr>
            <w:tcW w:w="768" w:type="dxa"/>
            <w:noWrap/>
            <w:hideMark/>
          </w:tcPr>
          <w:p w14:paraId="6188BD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12.3</w:t>
            </w:r>
          </w:p>
        </w:tc>
        <w:tc>
          <w:tcPr>
            <w:tcW w:w="739" w:type="dxa"/>
            <w:noWrap/>
            <w:hideMark/>
          </w:tcPr>
          <w:p w14:paraId="55CD90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93.8</w:t>
            </w:r>
          </w:p>
        </w:tc>
        <w:tc>
          <w:tcPr>
            <w:tcW w:w="721" w:type="dxa"/>
            <w:noWrap/>
            <w:hideMark/>
          </w:tcPr>
          <w:p w14:paraId="4A3350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86.2</w:t>
            </w:r>
          </w:p>
        </w:tc>
        <w:tc>
          <w:tcPr>
            <w:tcW w:w="674" w:type="dxa"/>
            <w:noWrap/>
            <w:hideMark/>
          </w:tcPr>
          <w:p w14:paraId="2DAFA5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65FE3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7B3C5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909" w:type="dxa"/>
            <w:noWrap/>
            <w:hideMark/>
          </w:tcPr>
          <w:p w14:paraId="76ADCE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13.8</w:t>
            </w:r>
          </w:p>
        </w:tc>
        <w:tc>
          <w:tcPr>
            <w:tcW w:w="751" w:type="dxa"/>
            <w:noWrap/>
            <w:hideMark/>
          </w:tcPr>
          <w:p w14:paraId="04E5FA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86.2</w:t>
            </w:r>
          </w:p>
        </w:tc>
        <w:tc>
          <w:tcPr>
            <w:tcW w:w="1008" w:type="dxa"/>
            <w:noWrap/>
            <w:hideMark/>
          </w:tcPr>
          <w:p w14:paraId="05B5E7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E8247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70942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959C5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3F147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A4446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263FC6F3" w14:textId="77777777" w:rsidTr="006750F2">
        <w:trPr>
          <w:trHeight w:val="280"/>
        </w:trPr>
        <w:tc>
          <w:tcPr>
            <w:tcW w:w="919" w:type="dxa"/>
            <w:noWrap/>
            <w:hideMark/>
          </w:tcPr>
          <w:p w14:paraId="0152191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Salipiger</w:t>
            </w:r>
          </w:p>
        </w:tc>
        <w:tc>
          <w:tcPr>
            <w:tcW w:w="852" w:type="dxa"/>
            <w:noWrap/>
            <w:hideMark/>
          </w:tcPr>
          <w:p w14:paraId="4598CE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123929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360A56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39" w:type="dxa"/>
            <w:noWrap/>
            <w:hideMark/>
          </w:tcPr>
          <w:p w14:paraId="45A7E0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40.9</w:t>
            </w:r>
          </w:p>
        </w:tc>
        <w:tc>
          <w:tcPr>
            <w:tcW w:w="721" w:type="dxa"/>
            <w:noWrap/>
            <w:hideMark/>
          </w:tcPr>
          <w:p w14:paraId="546EAA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31.8</w:t>
            </w:r>
          </w:p>
        </w:tc>
        <w:tc>
          <w:tcPr>
            <w:tcW w:w="674" w:type="dxa"/>
            <w:noWrap/>
            <w:hideMark/>
          </w:tcPr>
          <w:p w14:paraId="34961F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27.3</w:t>
            </w:r>
          </w:p>
        </w:tc>
        <w:tc>
          <w:tcPr>
            <w:tcW w:w="694" w:type="dxa"/>
            <w:noWrap/>
            <w:hideMark/>
          </w:tcPr>
          <w:p w14:paraId="7E3FEF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5CCA6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7233A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77.3</w:t>
            </w:r>
          </w:p>
        </w:tc>
        <w:tc>
          <w:tcPr>
            <w:tcW w:w="751" w:type="dxa"/>
            <w:noWrap/>
            <w:hideMark/>
          </w:tcPr>
          <w:p w14:paraId="2D7AB5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31.8</w:t>
            </w:r>
          </w:p>
        </w:tc>
        <w:tc>
          <w:tcPr>
            <w:tcW w:w="1008" w:type="dxa"/>
            <w:noWrap/>
            <w:hideMark/>
          </w:tcPr>
          <w:p w14:paraId="577F6C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E6932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4BBF7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A02E0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B6C9D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0E5AD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B91156B" w14:textId="77777777" w:rsidTr="006750F2">
        <w:trPr>
          <w:trHeight w:val="280"/>
        </w:trPr>
        <w:tc>
          <w:tcPr>
            <w:tcW w:w="919" w:type="dxa"/>
            <w:noWrap/>
            <w:hideMark/>
          </w:tcPr>
          <w:p w14:paraId="77C0321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Sandarakinorhabdus</w:t>
            </w:r>
          </w:p>
        </w:tc>
        <w:tc>
          <w:tcPr>
            <w:tcW w:w="852" w:type="dxa"/>
            <w:noWrap/>
            <w:hideMark/>
          </w:tcPr>
          <w:p w14:paraId="234F7A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B1E0C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68" w:type="dxa"/>
            <w:noWrap/>
            <w:hideMark/>
          </w:tcPr>
          <w:p w14:paraId="0AD565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8.7</w:t>
            </w:r>
          </w:p>
        </w:tc>
        <w:tc>
          <w:tcPr>
            <w:tcW w:w="739" w:type="dxa"/>
            <w:noWrap/>
            <w:hideMark/>
          </w:tcPr>
          <w:p w14:paraId="37B41E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41503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527FB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9F811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CCB19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6A1F7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8.7</w:t>
            </w:r>
          </w:p>
        </w:tc>
        <w:tc>
          <w:tcPr>
            <w:tcW w:w="751" w:type="dxa"/>
            <w:noWrap/>
            <w:hideMark/>
          </w:tcPr>
          <w:p w14:paraId="4E941E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36C04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1FAC2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BF50D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317A2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CC55C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A8AD8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9EE05AE" w14:textId="77777777" w:rsidTr="006750F2">
        <w:trPr>
          <w:trHeight w:val="280"/>
        </w:trPr>
        <w:tc>
          <w:tcPr>
            <w:tcW w:w="919" w:type="dxa"/>
            <w:noWrap/>
            <w:hideMark/>
          </w:tcPr>
          <w:p w14:paraId="17EF77A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Shimia</w:t>
            </w:r>
          </w:p>
        </w:tc>
        <w:tc>
          <w:tcPr>
            <w:tcW w:w="852" w:type="dxa"/>
            <w:noWrap/>
            <w:hideMark/>
          </w:tcPr>
          <w:p w14:paraId="58CDE3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DA1BC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768" w:type="dxa"/>
            <w:noWrap/>
            <w:hideMark/>
          </w:tcPr>
          <w:p w14:paraId="70C48D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39" w:type="dxa"/>
            <w:noWrap/>
            <w:hideMark/>
          </w:tcPr>
          <w:p w14:paraId="3F759D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721" w:type="dxa"/>
            <w:noWrap/>
            <w:hideMark/>
          </w:tcPr>
          <w:p w14:paraId="1E3958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43.8</w:t>
            </w:r>
          </w:p>
        </w:tc>
        <w:tc>
          <w:tcPr>
            <w:tcW w:w="674" w:type="dxa"/>
            <w:noWrap/>
            <w:hideMark/>
          </w:tcPr>
          <w:p w14:paraId="190535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7F21E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E94CC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D6336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72261B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43.8</w:t>
            </w:r>
          </w:p>
        </w:tc>
        <w:tc>
          <w:tcPr>
            <w:tcW w:w="1008" w:type="dxa"/>
            <w:noWrap/>
            <w:hideMark/>
          </w:tcPr>
          <w:p w14:paraId="3AFC07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1BE6F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1BEE5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3749E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BF08F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6B572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9EB4AC2" w14:textId="77777777" w:rsidTr="006750F2">
        <w:trPr>
          <w:trHeight w:val="280"/>
        </w:trPr>
        <w:tc>
          <w:tcPr>
            <w:tcW w:w="919" w:type="dxa"/>
            <w:noWrap/>
            <w:hideMark/>
          </w:tcPr>
          <w:p w14:paraId="7B5CAFA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Shinella</w:t>
            </w:r>
          </w:p>
        </w:tc>
        <w:tc>
          <w:tcPr>
            <w:tcW w:w="852" w:type="dxa"/>
            <w:noWrap/>
            <w:hideMark/>
          </w:tcPr>
          <w:p w14:paraId="2DCBE3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1D8F3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68" w:type="dxa"/>
            <w:noWrap/>
            <w:hideMark/>
          </w:tcPr>
          <w:p w14:paraId="7AF7B2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739" w:type="dxa"/>
            <w:noWrap/>
            <w:hideMark/>
          </w:tcPr>
          <w:p w14:paraId="0B8DFF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76.9</w:t>
            </w:r>
          </w:p>
        </w:tc>
        <w:tc>
          <w:tcPr>
            <w:tcW w:w="721" w:type="dxa"/>
            <w:noWrap/>
            <w:hideMark/>
          </w:tcPr>
          <w:p w14:paraId="6185FC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84.6</w:t>
            </w:r>
          </w:p>
        </w:tc>
        <w:tc>
          <w:tcPr>
            <w:tcW w:w="674" w:type="dxa"/>
            <w:noWrap/>
            <w:hideMark/>
          </w:tcPr>
          <w:p w14:paraId="6C3130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62D98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E3F98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8B8FD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751" w:type="dxa"/>
            <w:noWrap/>
            <w:hideMark/>
          </w:tcPr>
          <w:p w14:paraId="2BEB45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84.6</w:t>
            </w:r>
          </w:p>
        </w:tc>
        <w:tc>
          <w:tcPr>
            <w:tcW w:w="1008" w:type="dxa"/>
            <w:noWrap/>
            <w:hideMark/>
          </w:tcPr>
          <w:p w14:paraId="7BDFCD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3EA4F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F0A69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2D8805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64F96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63FD5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42A9D68D" w14:textId="77777777" w:rsidTr="006750F2">
        <w:trPr>
          <w:trHeight w:val="280"/>
        </w:trPr>
        <w:tc>
          <w:tcPr>
            <w:tcW w:w="919" w:type="dxa"/>
            <w:noWrap/>
            <w:hideMark/>
          </w:tcPr>
          <w:p w14:paraId="729FA2A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Sinorhizobium</w:t>
            </w:r>
          </w:p>
        </w:tc>
        <w:tc>
          <w:tcPr>
            <w:tcW w:w="852" w:type="dxa"/>
            <w:noWrap/>
            <w:hideMark/>
          </w:tcPr>
          <w:p w14:paraId="712EF6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1B331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68" w:type="dxa"/>
            <w:noWrap/>
            <w:hideMark/>
          </w:tcPr>
          <w:p w14:paraId="4276C4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w:t>
            </w:r>
          </w:p>
        </w:tc>
        <w:tc>
          <w:tcPr>
            <w:tcW w:w="739" w:type="dxa"/>
            <w:noWrap/>
            <w:hideMark/>
          </w:tcPr>
          <w:p w14:paraId="616D27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77.5</w:t>
            </w:r>
          </w:p>
        </w:tc>
        <w:tc>
          <w:tcPr>
            <w:tcW w:w="721" w:type="dxa"/>
            <w:noWrap/>
            <w:hideMark/>
          </w:tcPr>
          <w:p w14:paraId="338FCD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67.5</w:t>
            </w:r>
          </w:p>
        </w:tc>
        <w:tc>
          <w:tcPr>
            <w:tcW w:w="674" w:type="dxa"/>
            <w:noWrap/>
            <w:hideMark/>
          </w:tcPr>
          <w:p w14:paraId="2ED08B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92.5</w:t>
            </w:r>
          </w:p>
        </w:tc>
        <w:tc>
          <w:tcPr>
            <w:tcW w:w="694" w:type="dxa"/>
            <w:noWrap/>
            <w:hideMark/>
          </w:tcPr>
          <w:p w14:paraId="118B65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BB48C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876EE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157.5</w:t>
            </w:r>
          </w:p>
        </w:tc>
        <w:tc>
          <w:tcPr>
            <w:tcW w:w="751" w:type="dxa"/>
            <w:noWrap/>
            <w:hideMark/>
          </w:tcPr>
          <w:p w14:paraId="159AAD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67.5</w:t>
            </w:r>
          </w:p>
        </w:tc>
        <w:tc>
          <w:tcPr>
            <w:tcW w:w="1008" w:type="dxa"/>
            <w:noWrap/>
            <w:hideMark/>
          </w:tcPr>
          <w:p w14:paraId="69F35A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7DE7D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D8717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7295E8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C071B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7AB53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72BB2F12" w14:textId="77777777" w:rsidTr="006750F2">
        <w:trPr>
          <w:trHeight w:val="280"/>
        </w:trPr>
        <w:tc>
          <w:tcPr>
            <w:tcW w:w="919" w:type="dxa"/>
            <w:noWrap/>
            <w:hideMark/>
          </w:tcPr>
          <w:p w14:paraId="0898A8C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Sneathiella</w:t>
            </w:r>
          </w:p>
        </w:tc>
        <w:tc>
          <w:tcPr>
            <w:tcW w:w="852" w:type="dxa"/>
            <w:noWrap/>
            <w:hideMark/>
          </w:tcPr>
          <w:p w14:paraId="6390A8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F9EE8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4E3D5C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739" w:type="dxa"/>
            <w:noWrap/>
            <w:hideMark/>
          </w:tcPr>
          <w:p w14:paraId="232245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61.9</w:t>
            </w:r>
          </w:p>
        </w:tc>
        <w:tc>
          <w:tcPr>
            <w:tcW w:w="721" w:type="dxa"/>
            <w:noWrap/>
            <w:hideMark/>
          </w:tcPr>
          <w:p w14:paraId="74D852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9D339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749B7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20DDD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8F1DE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751" w:type="dxa"/>
            <w:noWrap/>
            <w:hideMark/>
          </w:tcPr>
          <w:p w14:paraId="71EAF0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D0894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D41EB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4EB8B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B58B0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4713E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76E6F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33BD58A" w14:textId="77777777" w:rsidTr="006750F2">
        <w:trPr>
          <w:trHeight w:val="280"/>
        </w:trPr>
        <w:tc>
          <w:tcPr>
            <w:tcW w:w="919" w:type="dxa"/>
            <w:noWrap/>
            <w:hideMark/>
          </w:tcPr>
          <w:p w14:paraId="1209A91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Sphingobium</w:t>
            </w:r>
          </w:p>
        </w:tc>
        <w:tc>
          <w:tcPr>
            <w:tcW w:w="852" w:type="dxa"/>
            <w:noWrap/>
            <w:hideMark/>
          </w:tcPr>
          <w:p w14:paraId="17A9CD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830F2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113</w:t>
            </w:r>
          </w:p>
        </w:tc>
        <w:tc>
          <w:tcPr>
            <w:tcW w:w="768" w:type="dxa"/>
            <w:noWrap/>
            <w:hideMark/>
          </w:tcPr>
          <w:p w14:paraId="38DB44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49.6</w:t>
            </w:r>
          </w:p>
        </w:tc>
        <w:tc>
          <w:tcPr>
            <w:tcW w:w="739" w:type="dxa"/>
            <w:noWrap/>
            <w:hideMark/>
          </w:tcPr>
          <w:p w14:paraId="4EE922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721" w:type="dxa"/>
            <w:noWrap/>
            <w:hideMark/>
          </w:tcPr>
          <w:p w14:paraId="60CC8F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674" w:type="dxa"/>
            <w:noWrap/>
            <w:hideMark/>
          </w:tcPr>
          <w:p w14:paraId="22973F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0.9</w:t>
            </w:r>
          </w:p>
        </w:tc>
        <w:tc>
          <w:tcPr>
            <w:tcW w:w="694" w:type="dxa"/>
            <w:noWrap/>
            <w:hideMark/>
          </w:tcPr>
          <w:p w14:paraId="1F73BF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68737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C587A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50.4</w:t>
            </w:r>
          </w:p>
        </w:tc>
        <w:tc>
          <w:tcPr>
            <w:tcW w:w="751" w:type="dxa"/>
            <w:noWrap/>
            <w:hideMark/>
          </w:tcPr>
          <w:p w14:paraId="6965BB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1008" w:type="dxa"/>
            <w:noWrap/>
            <w:hideMark/>
          </w:tcPr>
          <w:p w14:paraId="7EE623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DF166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0E3D7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0FC7D7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0A14A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6AA02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EA5FDA4" w14:textId="77777777" w:rsidTr="006750F2">
        <w:trPr>
          <w:trHeight w:val="280"/>
        </w:trPr>
        <w:tc>
          <w:tcPr>
            <w:tcW w:w="919" w:type="dxa"/>
            <w:noWrap/>
            <w:hideMark/>
          </w:tcPr>
          <w:p w14:paraId="297BCF7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Sphingomicrobium</w:t>
            </w:r>
          </w:p>
        </w:tc>
        <w:tc>
          <w:tcPr>
            <w:tcW w:w="852" w:type="dxa"/>
            <w:noWrap/>
            <w:hideMark/>
          </w:tcPr>
          <w:p w14:paraId="0DD416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1C60C1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w:t>
            </w:r>
          </w:p>
        </w:tc>
        <w:tc>
          <w:tcPr>
            <w:tcW w:w="768" w:type="dxa"/>
            <w:noWrap/>
            <w:hideMark/>
          </w:tcPr>
          <w:p w14:paraId="46EE43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739" w:type="dxa"/>
            <w:noWrap/>
            <w:hideMark/>
          </w:tcPr>
          <w:p w14:paraId="3DACA3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25.8</w:t>
            </w:r>
          </w:p>
        </w:tc>
        <w:tc>
          <w:tcPr>
            <w:tcW w:w="721" w:type="dxa"/>
            <w:noWrap/>
            <w:hideMark/>
          </w:tcPr>
          <w:p w14:paraId="231AD1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674" w:type="dxa"/>
            <w:noWrap/>
            <w:hideMark/>
          </w:tcPr>
          <w:p w14:paraId="56E72A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D4FB3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59C9D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446BC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751" w:type="dxa"/>
            <w:noWrap/>
            <w:hideMark/>
          </w:tcPr>
          <w:p w14:paraId="78AD51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1008" w:type="dxa"/>
            <w:noWrap/>
            <w:hideMark/>
          </w:tcPr>
          <w:p w14:paraId="2C2154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5A314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C5923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72BA2F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BCCE0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DDAD1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1F3E067" w14:textId="77777777" w:rsidTr="006750F2">
        <w:trPr>
          <w:trHeight w:val="280"/>
        </w:trPr>
        <w:tc>
          <w:tcPr>
            <w:tcW w:w="919" w:type="dxa"/>
            <w:noWrap/>
            <w:hideMark/>
          </w:tcPr>
          <w:p w14:paraId="01005A3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Sphingomonas</w:t>
            </w:r>
          </w:p>
        </w:tc>
        <w:tc>
          <w:tcPr>
            <w:tcW w:w="852" w:type="dxa"/>
            <w:noWrap/>
            <w:hideMark/>
          </w:tcPr>
          <w:p w14:paraId="0592B1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7C17E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353</w:t>
            </w:r>
          </w:p>
        </w:tc>
        <w:tc>
          <w:tcPr>
            <w:tcW w:w="768" w:type="dxa"/>
            <w:noWrap/>
            <w:hideMark/>
          </w:tcPr>
          <w:p w14:paraId="051789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20.4</w:t>
            </w:r>
          </w:p>
        </w:tc>
        <w:tc>
          <w:tcPr>
            <w:tcW w:w="739" w:type="dxa"/>
            <w:noWrap/>
            <w:hideMark/>
          </w:tcPr>
          <w:p w14:paraId="7303DF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721" w:type="dxa"/>
            <w:noWrap/>
            <w:hideMark/>
          </w:tcPr>
          <w:p w14:paraId="7690DB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674" w:type="dxa"/>
            <w:noWrap/>
            <w:hideMark/>
          </w:tcPr>
          <w:p w14:paraId="2E4F03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0.6</w:t>
            </w:r>
          </w:p>
        </w:tc>
        <w:tc>
          <w:tcPr>
            <w:tcW w:w="694" w:type="dxa"/>
            <w:noWrap/>
            <w:hideMark/>
          </w:tcPr>
          <w:p w14:paraId="28538A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80674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AAD65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51" w:type="dxa"/>
            <w:noWrap/>
            <w:hideMark/>
          </w:tcPr>
          <w:p w14:paraId="0929E1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1008" w:type="dxa"/>
            <w:noWrap/>
            <w:hideMark/>
          </w:tcPr>
          <w:p w14:paraId="26BE80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5646E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8F671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117CBE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79AEB4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E3E2A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CBC4698" w14:textId="77777777" w:rsidTr="006750F2">
        <w:trPr>
          <w:trHeight w:val="280"/>
        </w:trPr>
        <w:tc>
          <w:tcPr>
            <w:tcW w:w="919" w:type="dxa"/>
            <w:noWrap/>
            <w:hideMark/>
          </w:tcPr>
          <w:p w14:paraId="33F4C68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Sphingopyxis</w:t>
            </w:r>
          </w:p>
        </w:tc>
        <w:tc>
          <w:tcPr>
            <w:tcW w:w="852" w:type="dxa"/>
            <w:noWrap/>
            <w:hideMark/>
          </w:tcPr>
          <w:p w14:paraId="507208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1B2A6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82</w:t>
            </w:r>
          </w:p>
        </w:tc>
        <w:tc>
          <w:tcPr>
            <w:tcW w:w="768" w:type="dxa"/>
            <w:noWrap/>
            <w:hideMark/>
          </w:tcPr>
          <w:p w14:paraId="7DB16C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39" w:type="dxa"/>
            <w:noWrap/>
            <w:hideMark/>
          </w:tcPr>
          <w:p w14:paraId="1AAD9D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14.6</w:t>
            </w:r>
          </w:p>
        </w:tc>
        <w:tc>
          <w:tcPr>
            <w:tcW w:w="721" w:type="dxa"/>
            <w:noWrap/>
            <w:hideMark/>
          </w:tcPr>
          <w:p w14:paraId="1176FE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674" w:type="dxa"/>
            <w:noWrap/>
            <w:hideMark/>
          </w:tcPr>
          <w:p w14:paraId="1D0531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B580B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BAD3B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FD943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51" w:type="dxa"/>
            <w:noWrap/>
            <w:hideMark/>
          </w:tcPr>
          <w:p w14:paraId="3CFAE7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1008" w:type="dxa"/>
            <w:noWrap/>
            <w:hideMark/>
          </w:tcPr>
          <w:p w14:paraId="0086B4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AD8D6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BAF68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33F9B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A504E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5DC3A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9B2CC3C" w14:textId="77777777" w:rsidTr="006750F2">
        <w:trPr>
          <w:trHeight w:val="280"/>
        </w:trPr>
        <w:tc>
          <w:tcPr>
            <w:tcW w:w="919" w:type="dxa"/>
            <w:noWrap/>
            <w:hideMark/>
          </w:tcPr>
          <w:p w14:paraId="4DECFAC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Sphingorhabdus</w:t>
            </w:r>
          </w:p>
        </w:tc>
        <w:tc>
          <w:tcPr>
            <w:tcW w:w="852" w:type="dxa"/>
            <w:noWrap/>
            <w:hideMark/>
          </w:tcPr>
          <w:p w14:paraId="175C87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53BA5A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w:t>
            </w:r>
          </w:p>
        </w:tc>
        <w:tc>
          <w:tcPr>
            <w:tcW w:w="768" w:type="dxa"/>
            <w:noWrap/>
            <w:hideMark/>
          </w:tcPr>
          <w:p w14:paraId="2F2657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9.8</w:t>
            </w:r>
          </w:p>
        </w:tc>
        <w:tc>
          <w:tcPr>
            <w:tcW w:w="739" w:type="dxa"/>
            <w:noWrap/>
            <w:hideMark/>
          </w:tcPr>
          <w:p w14:paraId="6D08A5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17.1</w:t>
            </w:r>
          </w:p>
        </w:tc>
        <w:tc>
          <w:tcPr>
            <w:tcW w:w="721" w:type="dxa"/>
            <w:noWrap/>
            <w:hideMark/>
          </w:tcPr>
          <w:p w14:paraId="7FD316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00946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EF2DC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5FEEB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F99DC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9.8</w:t>
            </w:r>
          </w:p>
        </w:tc>
        <w:tc>
          <w:tcPr>
            <w:tcW w:w="751" w:type="dxa"/>
            <w:noWrap/>
            <w:hideMark/>
          </w:tcPr>
          <w:p w14:paraId="0CA3A3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CD372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6E881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0C114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A4852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3A1D5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28EC1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E822B91" w14:textId="77777777" w:rsidTr="006750F2">
        <w:trPr>
          <w:trHeight w:val="280"/>
        </w:trPr>
        <w:tc>
          <w:tcPr>
            <w:tcW w:w="919" w:type="dxa"/>
            <w:noWrap/>
            <w:hideMark/>
          </w:tcPr>
          <w:p w14:paraId="4B51EE8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Stappia</w:t>
            </w:r>
          </w:p>
        </w:tc>
        <w:tc>
          <w:tcPr>
            <w:tcW w:w="852" w:type="dxa"/>
            <w:noWrap/>
            <w:hideMark/>
          </w:tcPr>
          <w:p w14:paraId="21390E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24F50E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683207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26996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76.9</w:t>
            </w:r>
          </w:p>
        </w:tc>
        <w:tc>
          <w:tcPr>
            <w:tcW w:w="721" w:type="dxa"/>
            <w:noWrap/>
            <w:hideMark/>
          </w:tcPr>
          <w:p w14:paraId="07C671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69.2</w:t>
            </w:r>
          </w:p>
        </w:tc>
        <w:tc>
          <w:tcPr>
            <w:tcW w:w="674" w:type="dxa"/>
            <w:noWrap/>
            <w:hideMark/>
          </w:tcPr>
          <w:p w14:paraId="62F438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E2E88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A247B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4A9C2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FA84D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69.2</w:t>
            </w:r>
          </w:p>
        </w:tc>
        <w:tc>
          <w:tcPr>
            <w:tcW w:w="1008" w:type="dxa"/>
            <w:noWrap/>
            <w:hideMark/>
          </w:tcPr>
          <w:p w14:paraId="06A959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29D509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CCA90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2229D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50065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B4C70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27AA8B7" w14:textId="77777777" w:rsidTr="006750F2">
        <w:trPr>
          <w:trHeight w:val="280"/>
        </w:trPr>
        <w:tc>
          <w:tcPr>
            <w:tcW w:w="919" w:type="dxa"/>
            <w:noWrap/>
            <w:hideMark/>
          </w:tcPr>
          <w:p w14:paraId="52CE19F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Sulfitobacter</w:t>
            </w:r>
          </w:p>
        </w:tc>
        <w:tc>
          <w:tcPr>
            <w:tcW w:w="852" w:type="dxa"/>
            <w:noWrap/>
            <w:hideMark/>
          </w:tcPr>
          <w:p w14:paraId="47C6EC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57466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w:t>
            </w:r>
          </w:p>
        </w:tc>
        <w:tc>
          <w:tcPr>
            <w:tcW w:w="768" w:type="dxa"/>
            <w:noWrap/>
            <w:hideMark/>
          </w:tcPr>
          <w:p w14:paraId="4D9888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39" w:type="dxa"/>
            <w:noWrap/>
            <w:hideMark/>
          </w:tcPr>
          <w:p w14:paraId="6FA798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10.6</w:t>
            </w:r>
          </w:p>
        </w:tc>
        <w:tc>
          <w:tcPr>
            <w:tcW w:w="721" w:type="dxa"/>
            <w:noWrap/>
            <w:hideMark/>
          </w:tcPr>
          <w:p w14:paraId="0B9777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674" w:type="dxa"/>
            <w:noWrap/>
            <w:hideMark/>
          </w:tcPr>
          <w:p w14:paraId="4CC15B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0E1AC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C9CDB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894CE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51" w:type="dxa"/>
            <w:noWrap/>
            <w:hideMark/>
          </w:tcPr>
          <w:p w14:paraId="4FB800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1008" w:type="dxa"/>
            <w:noWrap/>
            <w:hideMark/>
          </w:tcPr>
          <w:p w14:paraId="60EE83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92A11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DFC02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7FBE9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649A3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20E87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BB3590C" w14:textId="77777777" w:rsidTr="006750F2">
        <w:trPr>
          <w:trHeight w:val="280"/>
        </w:trPr>
        <w:tc>
          <w:tcPr>
            <w:tcW w:w="919" w:type="dxa"/>
            <w:noWrap/>
            <w:hideMark/>
          </w:tcPr>
          <w:p w14:paraId="46A757C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Tabrizicola</w:t>
            </w:r>
          </w:p>
        </w:tc>
        <w:tc>
          <w:tcPr>
            <w:tcW w:w="852" w:type="dxa"/>
            <w:noWrap/>
            <w:hideMark/>
          </w:tcPr>
          <w:p w14:paraId="1CDEA1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23D9B3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768" w:type="dxa"/>
            <w:noWrap/>
            <w:hideMark/>
          </w:tcPr>
          <w:p w14:paraId="71C74C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17.2</w:t>
            </w:r>
          </w:p>
        </w:tc>
        <w:tc>
          <w:tcPr>
            <w:tcW w:w="739" w:type="dxa"/>
            <w:noWrap/>
            <w:hideMark/>
          </w:tcPr>
          <w:p w14:paraId="05D83E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34.5</w:t>
            </w:r>
          </w:p>
        </w:tc>
        <w:tc>
          <w:tcPr>
            <w:tcW w:w="721" w:type="dxa"/>
            <w:noWrap/>
            <w:hideMark/>
          </w:tcPr>
          <w:p w14:paraId="53D49D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55.2</w:t>
            </w:r>
          </w:p>
        </w:tc>
        <w:tc>
          <w:tcPr>
            <w:tcW w:w="674" w:type="dxa"/>
            <w:noWrap/>
            <w:hideMark/>
          </w:tcPr>
          <w:p w14:paraId="1E9FC1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1D26E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0DFA0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E25BE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17.2</w:t>
            </w:r>
          </w:p>
        </w:tc>
        <w:tc>
          <w:tcPr>
            <w:tcW w:w="751" w:type="dxa"/>
            <w:noWrap/>
            <w:hideMark/>
          </w:tcPr>
          <w:p w14:paraId="58FC11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55.2</w:t>
            </w:r>
          </w:p>
        </w:tc>
        <w:tc>
          <w:tcPr>
            <w:tcW w:w="1008" w:type="dxa"/>
            <w:noWrap/>
            <w:hideMark/>
          </w:tcPr>
          <w:p w14:paraId="594735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BCD78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4A1D2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F0635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C365B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C588A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C735A79" w14:textId="77777777" w:rsidTr="006750F2">
        <w:trPr>
          <w:trHeight w:val="280"/>
        </w:trPr>
        <w:tc>
          <w:tcPr>
            <w:tcW w:w="919" w:type="dxa"/>
            <w:noWrap/>
            <w:hideMark/>
          </w:tcPr>
          <w:p w14:paraId="5A6C17F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Tardiphaga</w:t>
            </w:r>
          </w:p>
        </w:tc>
        <w:tc>
          <w:tcPr>
            <w:tcW w:w="852" w:type="dxa"/>
            <w:noWrap/>
            <w:hideMark/>
          </w:tcPr>
          <w:p w14:paraId="7FE073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0C024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4650B3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52.9</w:t>
            </w:r>
          </w:p>
        </w:tc>
        <w:tc>
          <w:tcPr>
            <w:tcW w:w="739" w:type="dxa"/>
            <w:noWrap/>
            <w:hideMark/>
          </w:tcPr>
          <w:p w14:paraId="210305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47.1</w:t>
            </w:r>
          </w:p>
        </w:tc>
        <w:tc>
          <w:tcPr>
            <w:tcW w:w="721" w:type="dxa"/>
            <w:noWrap/>
            <w:hideMark/>
          </w:tcPr>
          <w:p w14:paraId="0C08FE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674" w:type="dxa"/>
            <w:noWrap/>
            <w:hideMark/>
          </w:tcPr>
          <w:p w14:paraId="50161E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694" w:type="dxa"/>
            <w:noWrap/>
            <w:hideMark/>
          </w:tcPr>
          <w:p w14:paraId="7BAA56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0D6AC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6A861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58.8</w:t>
            </w:r>
          </w:p>
        </w:tc>
        <w:tc>
          <w:tcPr>
            <w:tcW w:w="751" w:type="dxa"/>
            <w:noWrap/>
            <w:hideMark/>
          </w:tcPr>
          <w:p w14:paraId="14AD24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1008" w:type="dxa"/>
            <w:noWrap/>
            <w:hideMark/>
          </w:tcPr>
          <w:p w14:paraId="5151AC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5643D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1A451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07D63A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40919B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D0A3A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538838C" w14:textId="77777777" w:rsidTr="006750F2">
        <w:trPr>
          <w:trHeight w:val="280"/>
        </w:trPr>
        <w:tc>
          <w:tcPr>
            <w:tcW w:w="919" w:type="dxa"/>
            <w:noWrap/>
            <w:hideMark/>
          </w:tcPr>
          <w:p w14:paraId="7062DE9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Tateyamaria</w:t>
            </w:r>
          </w:p>
        </w:tc>
        <w:tc>
          <w:tcPr>
            <w:tcW w:w="852" w:type="dxa"/>
            <w:noWrap/>
            <w:hideMark/>
          </w:tcPr>
          <w:p w14:paraId="1C0188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1E7A4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2EA5A8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39" w:type="dxa"/>
            <w:noWrap/>
            <w:hideMark/>
          </w:tcPr>
          <w:p w14:paraId="2433FD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99AE4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674" w:type="dxa"/>
            <w:noWrap/>
            <w:hideMark/>
          </w:tcPr>
          <w:p w14:paraId="464C3B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587DF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8A498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D6BDD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51" w:type="dxa"/>
            <w:noWrap/>
            <w:hideMark/>
          </w:tcPr>
          <w:p w14:paraId="0E1DA9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1008" w:type="dxa"/>
            <w:noWrap/>
            <w:hideMark/>
          </w:tcPr>
          <w:p w14:paraId="23062F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F5FBC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6C279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DBE6F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DBA8C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89F60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4B00ED5" w14:textId="77777777" w:rsidTr="006750F2">
        <w:trPr>
          <w:trHeight w:val="280"/>
        </w:trPr>
        <w:tc>
          <w:tcPr>
            <w:tcW w:w="919" w:type="dxa"/>
            <w:noWrap/>
            <w:hideMark/>
          </w:tcPr>
          <w:p w14:paraId="041B615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Thalassobius</w:t>
            </w:r>
          </w:p>
        </w:tc>
        <w:tc>
          <w:tcPr>
            <w:tcW w:w="852" w:type="dxa"/>
            <w:noWrap/>
            <w:hideMark/>
          </w:tcPr>
          <w:p w14:paraId="2972D5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5772E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383FF2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739" w:type="dxa"/>
            <w:noWrap/>
            <w:hideMark/>
          </w:tcPr>
          <w:p w14:paraId="083827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721" w:type="dxa"/>
            <w:noWrap/>
            <w:hideMark/>
          </w:tcPr>
          <w:p w14:paraId="6D600C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674" w:type="dxa"/>
            <w:noWrap/>
            <w:hideMark/>
          </w:tcPr>
          <w:p w14:paraId="18D167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47908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25287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32F63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751" w:type="dxa"/>
            <w:noWrap/>
            <w:hideMark/>
          </w:tcPr>
          <w:p w14:paraId="5C03B5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1008" w:type="dxa"/>
            <w:noWrap/>
            <w:hideMark/>
          </w:tcPr>
          <w:p w14:paraId="155AFE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EEE1C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FCAF0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78946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8525D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AE881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569C926" w14:textId="77777777" w:rsidTr="006750F2">
        <w:trPr>
          <w:trHeight w:val="280"/>
        </w:trPr>
        <w:tc>
          <w:tcPr>
            <w:tcW w:w="919" w:type="dxa"/>
            <w:noWrap/>
            <w:hideMark/>
          </w:tcPr>
          <w:p w14:paraId="5135F4C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Thalassospira</w:t>
            </w:r>
          </w:p>
        </w:tc>
        <w:tc>
          <w:tcPr>
            <w:tcW w:w="852" w:type="dxa"/>
            <w:noWrap/>
            <w:hideMark/>
          </w:tcPr>
          <w:p w14:paraId="1DFBF8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668910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w:t>
            </w:r>
          </w:p>
        </w:tc>
        <w:tc>
          <w:tcPr>
            <w:tcW w:w="768" w:type="dxa"/>
            <w:noWrap/>
            <w:hideMark/>
          </w:tcPr>
          <w:p w14:paraId="334D18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54.8</w:t>
            </w:r>
          </w:p>
        </w:tc>
        <w:tc>
          <w:tcPr>
            <w:tcW w:w="739" w:type="dxa"/>
            <w:noWrap/>
            <w:hideMark/>
          </w:tcPr>
          <w:p w14:paraId="2FBEB0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74.2</w:t>
            </w:r>
          </w:p>
        </w:tc>
        <w:tc>
          <w:tcPr>
            <w:tcW w:w="721" w:type="dxa"/>
            <w:noWrap/>
            <w:hideMark/>
          </w:tcPr>
          <w:p w14:paraId="417C26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48.4</w:t>
            </w:r>
          </w:p>
        </w:tc>
        <w:tc>
          <w:tcPr>
            <w:tcW w:w="674" w:type="dxa"/>
            <w:noWrap/>
            <w:hideMark/>
          </w:tcPr>
          <w:p w14:paraId="52EEE5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1E2C7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416FB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0C2FD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54.8</w:t>
            </w:r>
          </w:p>
        </w:tc>
        <w:tc>
          <w:tcPr>
            <w:tcW w:w="751" w:type="dxa"/>
            <w:noWrap/>
            <w:hideMark/>
          </w:tcPr>
          <w:p w14:paraId="3375EB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48.4</w:t>
            </w:r>
          </w:p>
        </w:tc>
        <w:tc>
          <w:tcPr>
            <w:tcW w:w="1008" w:type="dxa"/>
            <w:noWrap/>
            <w:hideMark/>
          </w:tcPr>
          <w:p w14:paraId="4DE7BB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E1610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F95A8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B7893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BD225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7F5A2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E74508B" w14:textId="77777777" w:rsidTr="006750F2">
        <w:trPr>
          <w:trHeight w:val="280"/>
        </w:trPr>
        <w:tc>
          <w:tcPr>
            <w:tcW w:w="919" w:type="dxa"/>
            <w:noWrap/>
            <w:hideMark/>
          </w:tcPr>
          <w:p w14:paraId="06568D0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Thioclava</w:t>
            </w:r>
          </w:p>
        </w:tc>
        <w:tc>
          <w:tcPr>
            <w:tcW w:w="852" w:type="dxa"/>
            <w:noWrap/>
            <w:hideMark/>
          </w:tcPr>
          <w:p w14:paraId="416DE1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2F7D14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6C8EED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39" w:type="dxa"/>
            <w:noWrap/>
            <w:hideMark/>
          </w:tcPr>
          <w:p w14:paraId="422A66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46.7</w:t>
            </w:r>
          </w:p>
        </w:tc>
        <w:tc>
          <w:tcPr>
            <w:tcW w:w="721" w:type="dxa"/>
            <w:noWrap/>
            <w:hideMark/>
          </w:tcPr>
          <w:p w14:paraId="6FB27E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674" w:type="dxa"/>
            <w:noWrap/>
            <w:hideMark/>
          </w:tcPr>
          <w:p w14:paraId="2DA510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082F3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ACAED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61341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51" w:type="dxa"/>
            <w:noWrap/>
            <w:hideMark/>
          </w:tcPr>
          <w:p w14:paraId="6BC770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1008" w:type="dxa"/>
            <w:noWrap/>
            <w:hideMark/>
          </w:tcPr>
          <w:p w14:paraId="5D34D9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F96BF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542AD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A09C6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417D8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1E237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F8E05DD" w14:textId="77777777" w:rsidTr="006750F2">
        <w:trPr>
          <w:trHeight w:val="280"/>
        </w:trPr>
        <w:tc>
          <w:tcPr>
            <w:tcW w:w="919" w:type="dxa"/>
            <w:noWrap/>
            <w:hideMark/>
          </w:tcPr>
          <w:p w14:paraId="7F42D46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Tropicimonas</w:t>
            </w:r>
          </w:p>
        </w:tc>
        <w:tc>
          <w:tcPr>
            <w:tcW w:w="852" w:type="dxa"/>
            <w:noWrap/>
            <w:hideMark/>
          </w:tcPr>
          <w:p w14:paraId="41DCB4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B1541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099042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739" w:type="dxa"/>
            <w:noWrap/>
            <w:hideMark/>
          </w:tcPr>
          <w:p w14:paraId="7E5D85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721" w:type="dxa"/>
            <w:noWrap/>
            <w:hideMark/>
          </w:tcPr>
          <w:p w14:paraId="64C66A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674" w:type="dxa"/>
            <w:noWrap/>
            <w:hideMark/>
          </w:tcPr>
          <w:p w14:paraId="2B0249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694" w:type="dxa"/>
            <w:noWrap/>
            <w:hideMark/>
          </w:tcPr>
          <w:p w14:paraId="11C65B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1C3F0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4FC6D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110</w:t>
            </w:r>
          </w:p>
        </w:tc>
        <w:tc>
          <w:tcPr>
            <w:tcW w:w="751" w:type="dxa"/>
            <w:noWrap/>
            <w:hideMark/>
          </w:tcPr>
          <w:p w14:paraId="72FF0D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1008" w:type="dxa"/>
            <w:noWrap/>
            <w:hideMark/>
          </w:tcPr>
          <w:p w14:paraId="3DBC61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F0348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BF3FD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A4EF3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1D5D8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3E83D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6053037" w14:textId="77777777" w:rsidTr="006750F2">
        <w:trPr>
          <w:trHeight w:val="280"/>
        </w:trPr>
        <w:tc>
          <w:tcPr>
            <w:tcW w:w="919" w:type="dxa"/>
            <w:noWrap/>
            <w:hideMark/>
          </w:tcPr>
          <w:p w14:paraId="6683DF9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Tsuneonella</w:t>
            </w:r>
          </w:p>
        </w:tc>
        <w:tc>
          <w:tcPr>
            <w:tcW w:w="852" w:type="dxa"/>
            <w:noWrap/>
            <w:hideMark/>
          </w:tcPr>
          <w:p w14:paraId="6C25FB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82E2E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6EAF26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056A4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30.8</w:t>
            </w:r>
          </w:p>
        </w:tc>
        <w:tc>
          <w:tcPr>
            <w:tcW w:w="721" w:type="dxa"/>
            <w:noWrap/>
            <w:hideMark/>
          </w:tcPr>
          <w:p w14:paraId="26ED79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F592A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AD009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A02CF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8EDC7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51C8D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371C6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1ECBCB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B54F2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4F638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4E5E2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21E0D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E897FAF" w14:textId="77777777" w:rsidTr="006750F2">
        <w:trPr>
          <w:trHeight w:val="280"/>
        </w:trPr>
        <w:tc>
          <w:tcPr>
            <w:tcW w:w="919" w:type="dxa"/>
            <w:noWrap/>
            <w:hideMark/>
          </w:tcPr>
          <w:p w14:paraId="2017A2A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UBA1573</w:t>
            </w:r>
          </w:p>
        </w:tc>
        <w:tc>
          <w:tcPr>
            <w:tcW w:w="852" w:type="dxa"/>
            <w:noWrap/>
            <w:hideMark/>
          </w:tcPr>
          <w:p w14:paraId="45C77D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112CC7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7DFE17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7E10B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21" w:type="dxa"/>
            <w:noWrap/>
            <w:hideMark/>
          </w:tcPr>
          <w:p w14:paraId="2F82C1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63ADF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B9661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3281A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48DDC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14B04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5E9DF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582360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03D77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31145F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58FC4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7846E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6D0EB62" w14:textId="77777777" w:rsidTr="006750F2">
        <w:trPr>
          <w:trHeight w:val="280"/>
        </w:trPr>
        <w:tc>
          <w:tcPr>
            <w:tcW w:w="919" w:type="dxa"/>
            <w:noWrap/>
            <w:hideMark/>
          </w:tcPr>
          <w:p w14:paraId="1BF4170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UBA2645</w:t>
            </w:r>
          </w:p>
        </w:tc>
        <w:tc>
          <w:tcPr>
            <w:tcW w:w="852" w:type="dxa"/>
            <w:noWrap/>
            <w:hideMark/>
          </w:tcPr>
          <w:p w14:paraId="7E23E8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29637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17EBD6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D9EA1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21" w:type="dxa"/>
            <w:noWrap/>
            <w:hideMark/>
          </w:tcPr>
          <w:p w14:paraId="59A17F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39698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35D02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224D5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A23AB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578E6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A32F9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009420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DBCFF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6913D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CF19A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BCDF2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0F1BE04" w14:textId="77777777" w:rsidTr="006750F2">
        <w:trPr>
          <w:trHeight w:val="280"/>
        </w:trPr>
        <w:tc>
          <w:tcPr>
            <w:tcW w:w="919" w:type="dxa"/>
            <w:noWrap/>
            <w:hideMark/>
          </w:tcPr>
          <w:p w14:paraId="47E3078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UBA3077</w:t>
            </w:r>
          </w:p>
        </w:tc>
        <w:tc>
          <w:tcPr>
            <w:tcW w:w="852" w:type="dxa"/>
            <w:noWrap/>
            <w:hideMark/>
          </w:tcPr>
          <w:p w14:paraId="6BA4F3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3212E2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1999E5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35.7</w:t>
            </w:r>
          </w:p>
        </w:tc>
        <w:tc>
          <w:tcPr>
            <w:tcW w:w="739" w:type="dxa"/>
            <w:noWrap/>
            <w:hideMark/>
          </w:tcPr>
          <w:p w14:paraId="40150C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64.3</w:t>
            </w:r>
          </w:p>
        </w:tc>
        <w:tc>
          <w:tcPr>
            <w:tcW w:w="721" w:type="dxa"/>
            <w:noWrap/>
            <w:hideMark/>
          </w:tcPr>
          <w:p w14:paraId="02831A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674" w:type="dxa"/>
            <w:noWrap/>
            <w:hideMark/>
          </w:tcPr>
          <w:p w14:paraId="7A9531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89C9F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BABC8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82E29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35.7</w:t>
            </w:r>
          </w:p>
        </w:tc>
        <w:tc>
          <w:tcPr>
            <w:tcW w:w="751" w:type="dxa"/>
            <w:noWrap/>
            <w:hideMark/>
          </w:tcPr>
          <w:p w14:paraId="2DF51C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1008" w:type="dxa"/>
            <w:noWrap/>
            <w:hideMark/>
          </w:tcPr>
          <w:p w14:paraId="2F64FD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052AD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EC59A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DC6C9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E400D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A3FE9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93E98FB" w14:textId="77777777" w:rsidTr="006750F2">
        <w:trPr>
          <w:trHeight w:val="280"/>
        </w:trPr>
        <w:tc>
          <w:tcPr>
            <w:tcW w:w="919" w:type="dxa"/>
            <w:noWrap/>
            <w:hideMark/>
          </w:tcPr>
          <w:p w14:paraId="3513901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UBA7672</w:t>
            </w:r>
          </w:p>
        </w:tc>
        <w:tc>
          <w:tcPr>
            <w:tcW w:w="852" w:type="dxa"/>
            <w:noWrap/>
            <w:hideMark/>
          </w:tcPr>
          <w:p w14:paraId="4A8ADC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4C3DE6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7DC16F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27.3</w:t>
            </w:r>
          </w:p>
        </w:tc>
        <w:tc>
          <w:tcPr>
            <w:tcW w:w="739" w:type="dxa"/>
            <w:noWrap/>
            <w:hideMark/>
          </w:tcPr>
          <w:p w14:paraId="00E742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21" w:type="dxa"/>
            <w:noWrap/>
            <w:hideMark/>
          </w:tcPr>
          <w:p w14:paraId="42DFC7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DE4DF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05B13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10953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DD707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27.3</w:t>
            </w:r>
          </w:p>
        </w:tc>
        <w:tc>
          <w:tcPr>
            <w:tcW w:w="751" w:type="dxa"/>
            <w:noWrap/>
            <w:hideMark/>
          </w:tcPr>
          <w:p w14:paraId="0D48FF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4788E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FECE8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E8E0D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AA290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986E8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7808A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51C967A" w14:textId="77777777" w:rsidTr="006750F2">
        <w:trPr>
          <w:trHeight w:val="280"/>
        </w:trPr>
        <w:tc>
          <w:tcPr>
            <w:tcW w:w="919" w:type="dxa"/>
            <w:noWrap/>
            <w:hideMark/>
          </w:tcPr>
          <w:p w14:paraId="417F9BF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Vitreimonas</w:t>
            </w:r>
          </w:p>
        </w:tc>
        <w:tc>
          <w:tcPr>
            <w:tcW w:w="852" w:type="dxa"/>
            <w:noWrap/>
            <w:hideMark/>
          </w:tcPr>
          <w:p w14:paraId="57902B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50E956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w:t>
            </w:r>
          </w:p>
        </w:tc>
        <w:tc>
          <w:tcPr>
            <w:tcW w:w="768" w:type="dxa"/>
            <w:noWrap/>
            <w:hideMark/>
          </w:tcPr>
          <w:p w14:paraId="22A2C3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739" w:type="dxa"/>
            <w:noWrap/>
            <w:hideMark/>
          </w:tcPr>
          <w:p w14:paraId="5927EC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59.3</w:t>
            </w:r>
          </w:p>
        </w:tc>
        <w:tc>
          <w:tcPr>
            <w:tcW w:w="721" w:type="dxa"/>
            <w:noWrap/>
            <w:hideMark/>
          </w:tcPr>
          <w:p w14:paraId="6BB703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674" w:type="dxa"/>
            <w:noWrap/>
            <w:hideMark/>
          </w:tcPr>
          <w:p w14:paraId="670758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FDED0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1F1C6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355E3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751" w:type="dxa"/>
            <w:noWrap/>
            <w:hideMark/>
          </w:tcPr>
          <w:p w14:paraId="410EC6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1008" w:type="dxa"/>
            <w:noWrap/>
            <w:hideMark/>
          </w:tcPr>
          <w:p w14:paraId="6EF2DA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5A212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5B29D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1043F7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A7CA4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ACF13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ACEF04B" w14:textId="77777777" w:rsidTr="006750F2">
        <w:trPr>
          <w:trHeight w:val="280"/>
        </w:trPr>
        <w:tc>
          <w:tcPr>
            <w:tcW w:w="919" w:type="dxa"/>
            <w:noWrap/>
            <w:hideMark/>
          </w:tcPr>
          <w:p w14:paraId="24C58B7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Wolbachia</w:t>
            </w:r>
          </w:p>
        </w:tc>
        <w:tc>
          <w:tcPr>
            <w:tcW w:w="852" w:type="dxa"/>
            <w:noWrap/>
            <w:hideMark/>
          </w:tcPr>
          <w:p w14:paraId="4984BA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03EA68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w:t>
            </w:r>
          </w:p>
        </w:tc>
        <w:tc>
          <w:tcPr>
            <w:tcW w:w="768" w:type="dxa"/>
            <w:noWrap/>
            <w:hideMark/>
          </w:tcPr>
          <w:p w14:paraId="52ADEC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5545D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08D34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42ED1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33248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B1D29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8D90D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9F69F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5594E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E2922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B26A0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3F0C0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6256D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4D783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2B45CE6" w14:textId="77777777" w:rsidTr="006750F2">
        <w:trPr>
          <w:trHeight w:val="280"/>
        </w:trPr>
        <w:tc>
          <w:tcPr>
            <w:tcW w:w="919" w:type="dxa"/>
            <w:noWrap/>
            <w:hideMark/>
          </w:tcPr>
          <w:p w14:paraId="5FE53C8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Xanthobacter</w:t>
            </w:r>
          </w:p>
        </w:tc>
        <w:tc>
          <w:tcPr>
            <w:tcW w:w="852" w:type="dxa"/>
            <w:noWrap/>
            <w:hideMark/>
          </w:tcPr>
          <w:p w14:paraId="784F9A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20F648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234AA2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35.3</w:t>
            </w:r>
          </w:p>
        </w:tc>
        <w:tc>
          <w:tcPr>
            <w:tcW w:w="739" w:type="dxa"/>
            <w:noWrap/>
            <w:hideMark/>
          </w:tcPr>
          <w:p w14:paraId="014692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41.2</w:t>
            </w:r>
          </w:p>
        </w:tc>
        <w:tc>
          <w:tcPr>
            <w:tcW w:w="721" w:type="dxa"/>
            <w:noWrap/>
            <w:hideMark/>
          </w:tcPr>
          <w:p w14:paraId="0B7412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EF903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82.4</w:t>
            </w:r>
          </w:p>
        </w:tc>
        <w:tc>
          <w:tcPr>
            <w:tcW w:w="694" w:type="dxa"/>
            <w:noWrap/>
            <w:hideMark/>
          </w:tcPr>
          <w:p w14:paraId="320C99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86BB4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6E649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117.6</w:t>
            </w:r>
          </w:p>
        </w:tc>
        <w:tc>
          <w:tcPr>
            <w:tcW w:w="751" w:type="dxa"/>
            <w:noWrap/>
            <w:hideMark/>
          </w:tcPr>
          <w:p w14:paraId="0B9B04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519ED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EAF2C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15986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629963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19C29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EFCC8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28C71C3" w14:textId="77777777" w:rsidTr="006750F2">
        <w:trPr>
          <w:trHeight w:val="280"/>
        </w:trPr>
        <w:tc>
          <w:tcPr>
            <w:tcW w:w="919" w:type="dxa"/>
            <w:noWrap/>
            <w:hideMark/>
          </w:tcPr>
          <w:p w14:paraId="6C5CBD9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Yoonia</w:t>
            </w:r>
          </w:p>
        </w:tc>
        <w:tc>
          <w:tcPr>
            <w:tcW w:w="852" w:type="dxa"/>
            <w:noWrap/>
            <w:hideMark/>
          </w:tcPr>
          <w:p w14:paraId="3CE33C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Alphaproteobacteria</w:t>
            </w:r>
          </w:p>
        </w:tc>
        <w:tc>
          <w:tcPr>
            <w:tcW w:w="513" w:type="dxa"/>
            <w:noWrap/>
            <w:hideMark/>
          </w:tcPr>
          <w:p w14:paraId="74A70F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w:t>
            </w:r>
          </w:p>
        </w:tc>
        <w:tc>
          <w:tcPr>
            <w:tcW w:w="768" w:type="dxa"/>
            <w:noWrap/>
            <w:hideMark/>
          </w:tcPr>
          <w:p w14:paraId="481AA7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29.6</w:t>
            </w:r>
          </w:p>
        </w:tc>
        <w:tc>
          <w:tcPr>
            <w:tcW w:w="739" w:type="dxa"/>
            <w:noWrap/>
            <w:hideMark/>
          </w:tcPr>
          <w:p w14:paraId="418781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21" w:type="dxa"/>
            <w:noWrap/>
            <w:hideMark/>
          </w:tcPr>
          <w:p w14:paraId="067290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22.2</w:t>
            </w:r>
          </w:p>
        </w:tc>
        <w:tc>
          <w:tcPr>
            <w:tcW w:w="674" w:type="dxa"/>
            <w:noWrap/>
            <w:hideMark/>
          </w:tcPr>
          <w:p w14:paraId="741BAE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5132B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B738A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A94D9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29.6</w:t>
            </w:r>
          </w:p>
        </w:tc>
        <w:tc>
          <w:tcPr>
            <w:tcW w:w="751" w:type="dxa"/>
            <w:noWrap/>
            <w:hideMark/>
          </w:tcPr>
          <w:p w14:paraId="0B62C9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22.2</w:t>
            </w:r>
          </w:p>
        </w:tc>
        <w:tc>
          <w:tcPr>
            <w:tcW w:w="1008" w:type="dxa"/>
            <w:noWrap/>
            <w:hideMark/>
          </w:tcPr>
          <w:p w14:paraId="67C8E2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0A15C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95772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ADD85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F5E73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58C4D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354AC78" w14:textId="77777777" w:rsidTr="006750F2">
        <w:trPr>
          <w:trHeight w:val="280"/>
        </w:trPr>
        <w:tc>
          <w:tcPr>
            <w:tcW w:w="919" w:type="dxa"/>
            <w:noWrap/>
            <w:hideMark/>
          </w:tcPr>
          <w:p w14:paraId="70F51B1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Saccharicenans</w:t>
            </w:r>
          </w:p>
        </w:tc>
        <w:tc>
          <w:tcPr>
            <w:tcW w:w="852" w:type="dxa"/>
            <w:noWrap/>
            <w:hideMark/>
          </w:tcPr>
          <w:p w14:paraId="061DCF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Aminicenantia</w:t>
            </w:r>
          </w:p>
        </w:tc>
        <w:tc>
          <w:tcPr>
            <w:tcW w:w="513" w:type="dxa"/>
            <w:noWrap/>
            <w:hideMark/>
          </w:tcPr>
          <w:p w14:paraId="40B8A7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06F48D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EE546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CC070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D958E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D8247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9EE32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2271A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13E22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7C0FA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1627A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9FF1C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3AF865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6581C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D5C91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DEA2F40" w14:textId="77777777" w:rsidTr="006750F2">
        <w:trPr>
          <w:trHeight w:val="280"/>
        </w:trPr>
        <w:tc>
          <w:tcPr>
            <w:tcW w:w="919" w:type="dxa"/>
            <w:noWrap/>
            <w:hideMark/>
          </w:tcPr>
          <w:p w14:paraId="226941A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Bin5</w:t>
            </w:r>
          </w:p>
        </w:tc>
        <w:tc>
          <w:tcPr>
            <w:tcW w:w="852" w:type="dxa"/>
            <w:noWrap/>
            <w:hideMark/>
          </w:tcPr>
          <w:p w14:paraId="3B075C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Anaerolineae</w:t>
            </w:r>
          </w:p>
        </w:tc>
        <w:tc>
          <w:tcPr>
            <w:tcW w:w="513" w:type="dxa"/>
            <w:noWrap/>
            <w:hideMark/>
          </w:tcPr>
          <w:p w14:paraId="246C29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64716F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EE1F0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CD2B7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AD6CB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D4C75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94B85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15611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DEB43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58A89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EDA3A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512F9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3F988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6EFAB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3869A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6809A64" w14:textId="77777777" w:rsidTr="006750F2">
        <w:trPr>
          <w:trHeight w:val="280"/>
        </w:trPr>
        <w:tc>
          <w:tcPr>
            <w:tcW w:w="919" w:type="dxa"/>
            <w:noWrap/>
            <w:hideMark/>
          </w:tcPr>
          <w:p w14:paraId="4C23A31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CFX2</w:t>
            </w:r>
          </w:p>
        </w:tc>
        <w:tc>
          <w:tcPr>
            <w:tcW w:w="852" w:type="dxa"/>
            <w:noWrap/>
            <w:hideMark/>
          </w:tcPr>
          <w:p w14:paraId="0E3542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Anaerolineae</w:t>
            </w:r>
          </w:p>
        </w:tc>
        <w:tc>
          <w:tcPr>
            <w:tcW w:w="513" w:type="dxa"/>
            <w:noWrap/>
            <w:hideMark/>
          </w:tcPr>
          <w:p w14:paraId="2C475C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48B5E5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54101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9E12C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674" w:type="dxa"/>
            <w:noWrap/>
            <w:hideMark/>
          </w:tcPr>
          <w:p w14:paraId="3E85A1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78B82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E1E8C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58.3</w:t>
            </w:r>
          </w:p>
        </w:tc>
        <w:tc>
          <w:tcPr>
            <w:tcW w:w="909" w:type="dxa"/>
            <w:noWrap/>
            <w:hideMark/>
          </w:tcPr>
          <w:p w14:paraId="64F20E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58.3</w:t>
            </w:r>
          </w:p>
        </w:tc>
        <w:tc>
          <w:tcPr>
            <w:tcW w:w="751" w:type="dxa"/>
            <w:noWrap/>
            <w:hideMark/>
          </w:tcPr>
          <w:p w14:paraId="35240A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1008" w:type="dxa"/>
            <w:noWrap/>
            <w:hideMark/>
          </w:tcPr>
          <w:p w14:paraId="42AB8A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9DB23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6FC59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4A0E49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12DEF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A5A55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3C33E07" w14:textId="77777777" w:rsidTr="006750F2">
        <w:trPr>
          <w:trHeight w:val="280"/>
        </w:trPr>
        <w:tc>
          <w:tcPr>
            <w:tcW w:w="919" w:type="dxa"/>
            <w:noWrap/>
            <w:hideMark/>
          </w:tcPr>
          <w:p w14:paraId="3EAFF29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Caldilinea</w:t>
            </w:r>
          </w:p>
        </w:tc>
        <w:tc>
          <w:tcPr>
            <w:tcW w:w="852" w:type="dxa"/>
            <w:noWrap/>
            <w:hideMark/>
          </w:tcPr>
          <w:p w14:paraId="7EF9E2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Anaerolineae</w:t>
            </w:r>
          </w:p>
        </w:tc>
        <w:tc>
          <w:tcPr>
            <w:tcW w:w="513" w:type="dxa"/>
            <w:noWrap/>
            <w:hideMark/>
          </w:tcPr>
          <w:p w14:paraId="536673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1C6E79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52881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21" w:type="dxa"/>
            <w:noWrap/>
            <w:hideMark/>
          </w:tcPr>
          <w:p w14:paraId="0E0A9D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83E9E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55DF0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FE2AD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909" w:type="dxa"/>
            <w:noWrap/>
            <w:hideMark/>
          </w:tcPr>
          <w:p w14:paraId="563894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751" w:type="dxa"/>
            <w:noWrap/>
            <w:hideMark/>
          </w:tcPr>
          <w:p w14:paraId="53A7CB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733E5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CEAA0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01828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9D18A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6C0B6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A218A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7079EC1" w14:textId="77777777" w:rsidTr="006750F2">
        <w:trPr>
          <w:trHeight w:val="280"/>
        </w:trPr>
        <w:tc>
          <w:tcPr>
            <w:tcW w:w="919" w:type="dxa"/>
            <w:noWrap/>
            <w:hideMark/>
          </w:tcPr>
          <w:p w14:paraId="242F8A3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Defluviilinea</w:t>
            </w:r>
          </w:p>
        </w:tc>
        <w:tc>
          <w:tcPr>
            <w:tcW w:w="852" w:type="dxa"/>
            <w:noWrap/>
            <w:hideMark/>
          </w:tcPr>
          <w:p w14:paraId="4ED5C9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Anaerolineae</w:t>
            </w:r>
          </w:p>
        </w:tc>
        <w:tc>
          <w:tcPr>
            <w:tcW w:w="513" w:type="dxa"/>
            <w:noWrap/>
            <w:hideMark/>
          </w:tcPr>
          <w:p w14:paraId="7AAE80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137804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E425D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54.5</w:t>
            </w:r>
          </w:p>
        </w:tc>
        <w:tc>
          <w:tcPr>
            <w:tcW w:w="721" w:type="dxa"/>
            <w:noWrap/>
            <w:hideMark/>
          </w:tcPr>
          <w:p w14:paraId="5316FF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72.7</w:t>
            </w:r>
          </w:p>
        </w:tc>
        <w:tc>
          <w:tcPr>
            <w:tcW w:w="674" w:type="dxa"/>
            <w:noWrap/>
            <w:hideMark/>
          </w:tcPr>
          <w:p w14:paraId="345DA8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80BF6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E0D39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63.6</w:t>
            </w:r>
          </w:p>
        </w:tc>
        <w:tc>
          <w:tcPr>
            <w:tcW w:w="909" w:type="dxa"/>
            <w:noWrap/>
            <w:hideMark/>
          </w:tcPr>
          <w:p w14:paraId="6C6A1E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63.6</w:t>
            </w:r>
          </w:p>
        </w:tc>
        <w:tc>
          <w:tcPr>
            <w:tcW w:w="751" w:type="dxa"/>
            <w:noWrap/>
            <w:hideMark/>
          </w:tcPr>
          <w:p w14:paraId="3E2E60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72.7</w:t>
            </w:r>
          </w:p>
        </w:tc>
        <w:tc>
          <w:tcPr>
            <w:tcW w:w="1008" w:type="dxa"/>
            <w:noWrap/>
            <w:hideMark/>
          </w:tcPr>
          <w:p w14:paraId="14461B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09DDA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2DB29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4CC436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E5AF4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25FFA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D31410D" w14:textId="77777777" w:rsidTr="006750F2">
        <w:trPr>
          <w:trHeight w:val="280"/>
        </w:trPr>
        <w:tc>
          <w:tcPr>
            <w:tcW w:w="919" w:type="dxa"/>
            <w:noWrap/>
            <w:hideMark/>
          </w:tcPr>
          <w:p w14:paraId="5A62458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Flexifilum</w:t>
            </w:r>
          </w:p>
        </w:tc>
        <w:tc>
          <w:tcPr>
            <w:tcW w:w="852" w:type="dxa"/>
            <w:noWrap/>
            <w:hideMark/>
          </w:tcPr>
          <w:p w14:paraId="071135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Anaerolineae</w:t>
            </w:r>
          </w:p>
        </w:tc>
        <w:tc>
          <w:tcPr>
            <w:tcW w:w="513" w:type="dxa"/>
            <w:noWrap/>
            <w:hideMark/>
          </w:tcPr>
          <w:p w14:paraId="3A3340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5B318C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6E83D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21" w:type="dxa"/>
            <w:noWrap/>
            <w:hideMark/>
          </w:tcPr>
          <w:p w14:paraId="6694F4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674" w:type="dxa"/>
            <w:noWrap/>
            <w:hideMark/>
          </w:tcPr>
          <w:p w14:paraId="7B8787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96F6B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27062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909" w:type="dxa"/>
            <w:noWrap/>
            <w:hideMark/>
          </w:tcPr>
          <w:p w14:paraId="0C6CE8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492BE6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1008" w:type="dxa"/>
            <w:noWrap/>
            <w:hideMark/>
          </w:tcPr>
          <w:p w14:paraId="3445EB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95583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09BA1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4D8510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4C3B9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3AA74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BCC5456" w14:textId="77777777" w:rsidTr="006750F2">
        <w:trPr>
          <w:trHeight w:val="280"/>
        </w:trPr>
        <w:tc>
          <w:tcPr>
            <w:tcW w:w="919" w:type="dxa"/>
            <w:noWrap/>
            <w:hideMark/>
          </w:tcPr>
          <w:p w14:paraId="05995EC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UBA5195</w:t>
            </w:r>
          </w:p>
        </w:tc>
        <w:tc>
          <w:tcPr>
            <w:tcW w:w="852" w:type="dxa"/>
            <w:noWrap/>
            <w:hideMark/>
          </w:tcPr>
          <w:p w14:paraId="67D59D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Anaerolineae</w:t>
            </w:r>
          </w:p>
        </w:tc>
        <w:tc>
          <w:tcPr>
            <w:tcW w:w="513" w:type="dxa"/>
            <w:noWrap/>
            <w:hideMark/>
          </w:tcPr>
          <w:p w14:paraId="090C2E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3367AE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B9348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21" w:type="dxa"/>
            <w:noWrap/>
            <w:hideMark/>
          </w:tcPr>
          <w:p w14:paraId="4C42CC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674" w:type="dxa"/>
            <w:noWrap/>
            <w:hideMark/>
          </w:tcPr>
          <w:p w14:paraId="39B741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64801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36665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909" w:type="dxa"/>
            <w:noWrap/>
            <w:hideMark/>
          </w:tcPr>
          <w:p w14:paraId="1A415B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51" w:type="dxa"/>
            <w:noWrap/>
            <w:hideMark/>
          </w:tcPr>
          <w:p w14:paraId="586136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1008" w:type="dxa"/>
            <w:noWrap/>
            <w:hideMark/>
          </w:tcPr>
          <w:p w14:paraId="246207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FC5AC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D8550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E5E1F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BEB64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07ECE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A858518" w14:textId="77777777" w:rsidTr="006750F2">
        <w:trPr>
          <w:trHeight w:val="280"/>
        </w:trPr>
        <w:tc>
          <w:tcPr>
            <w:tcW w:w="919" w:type="dxa"/>
            <w:noWrap/>
            <w:hideMark/>
          </w:tcPr>
          <w:p w14:paraId="58CC40A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UBA6055</w:t>
            </w:r>
          </w:p>
        </w:tc>
        <w:tc>
          <w:tcPr>
            <w:tcW w:w="852" w:type="dxa"/>
            <w:noWrap/>
            <w:hideMark/>
          </w:tcPr>
          <w:p w14:paraId="2ED855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Anaerolineae</w:t>
            </w:r>
          </w:p>
        </w:tc>
        <w:tc>
          <w:tcPr>
            <w:tcW w:w="513" w:type="dxa"/>
            <w:noWrap/>
            <w:hideMark/>
          </w:tcPr>
          <w:p w14:paraId="3C44AC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768" w:type="dxa"/>
            <w:noWrap/>
            <w:hideMark/>
          </w:tcPr>
          <w:p w14:paraId="318807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A9FD7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12010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612F2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FE8F1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68BE7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04812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8078F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5193A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3D4FE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D2255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93D56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7119A9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08B49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609B2D9" w14:textId="77777777" w:rsidTr="006750F2">
        <w:trPr>
          <w:trHeight w:val="280"/>
        </w:trPr>
        <w:tc>
          <w:tcPr>
            <w:tcW w:w="919" w:type="dxa"/>
            <w:noWrap/>
            <w:hideMark/>
          </w:tcPr>
          <w:p w14:paraId="6F4FE50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Villigracilis</w:t>
            </w:r>
          </w:p>
        </w:tc>
        <w:tc>
          <w:tcPr>
            <w:tcW w:w="852" w:type="dxa"/>
            <w:noWrap/>
            <w:hideMark/>
          </w:tcPr>
          <w:p w14:paraId="671308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Anaerolineae</w:t>
            </w:r>
          </w:p>
        </w:tc>
        <w:tc>
          <w:tcPr>
            <w:tcW w:w="513" w:type="dxa"/>
            <w:noWrap/>
            <w:hideMark/>
          </w:tcPr>
          <w:p w14:paraId="60343C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w:t>
            </w:r>
          </w:p>
        </w:tc>
        <w:tc>
          <w:tcPr>
            <w:tcW w:w="768" w:type="dxa"/>
            <w:noWrap/>
            <w:hideMark/>
          </w:tcPr>
          <w:p w14:paraId="4EFF63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68836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21" w:type="dxa"/>
            <w:noWrap/>
            <w:hideMark/>
          </w:tcPr>
          <w:p w14:paraId="229FB6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84.1</w:t>
            </w:r>
          </w:p>
        </w:tc>
        <w:tc>
          <w:tcPr>
            <w:tcW w:w="674" w:type="dxa"/>
            <w:noWrap/>
            <w:hideMark/>
          </w:tcPr>
          <w:p w14:paraId="642CED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A9524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6A46F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72.7</w:t>
            </w:r>
          </w:p>
        </w:tc>
        <w:tc>
          <w:tcPr>
            <w:tcW w:w="909" w:type="dxa"/>
            <w:noWrap/>
            <w:hideMark/>
          </w:tcPr>
          <w:p w14:paraId="5D4EAB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72.7</w:t>
            </w:r>
          </w:p>
        </w:tc>
        <w:tc>
          <w:tcPr>
            <w:tcW w:w="751" w:type="dxa"/>
            <w:noWrap/>
            <w:hideMark/>
          </w:tcPr>
          <w:p w14:paraId="2E218E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84.1</w:t>
            </w:r>
          </w:p>
        </w:tc>
        <w:tc>
          <w:tcPr>
            <w:tcW w:w="1008" w:type="dxa"/>
            <w:noWrap/>
            <w:hideMark/>
          </w:tcPr>
          <w:p w14:paraId="585AD8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0273F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CC993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0C2388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4A318B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9D1F0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22492B6E" w14:textId="77777777" w:rsidTr="006750F2">
        <w:trPr>
          <w:trHeight w:val="280"/>
        </w:trPr>
        <w:tc>
          <w:tcPr>
            <w:tcW w:w="919" w:type="dxa"/>
            <w:noWrap/>
            <w:hideMark/>
          </w:tcPr>
          <w:p w14:paraId="2D1EFE8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Hydrogenivirga</w:t>
            </w:r>
          </w:p>
        </w:tc>
        <w:tc>
          <w:tcPr>
            <w:tcW w:w="852" w:type="dxa"/>
            <w:noWrap/>
            <w:hideMark/>
          </w:tcPr>
          <w:p w14:paraId="191871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Aquificae</w:t>
            </w:r>
          </w:p>
        </w:tc>
        <w:tc>
          <w:tcPr>
            <w:tcW w:w="513" w:type="dxa"/>
            <w:noWrap/>
            <w:hideMark/>
          </w:tcPr>
          <w:p w14:paraId="59CB80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6F147B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739" w:type="dxa"/>
            <w:noWrap/>
            <w:hideMark/>
          </w:tcPr>
          <w:p w14:paraId="7FD604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721" w:type="dxa"/>
            <w:noWrap/>
            <w:hideMark/>
          </w:tcPr>
          <w:p w14:paraId="507003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674" w:type="dxa"/>
            <w:noWrap/>
            <w:hideMark/>
          </w:tcPr>
          <w:p w14:paraId="74514C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DE7A6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AF593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A38EC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751" w:type="dxa"/>
            <w:noWrap/>
            <w:hideMark/>
          </w:tcPr>
          <w:p w14:paraId="24D5B8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1008" w:type="dxa"/>
            <w:noWrap/>
            <w:hideMark/>
          </w:tcPr>
          <w:p w14:paraId="3619A3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0A069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4F229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09355D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F43D8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8CAAC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6A309C4" w14:textId="77777777" w:rsidTr="006750F2">
        <w:trPr>
          <w:trHeight w:val="280"/>
        </w:trPr>
        <w:tc>
          <w:tcPr>
            <w:tcW w:w="919" w:type="dxa"/>
            <w:noWrap/>
            <w:hideMark/>
          </w:tcPr>
          <w:p w14:paraId="6C13EEE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Aerococcus</w:t>
            </w:r>
          </w:p>
        </w:tc>
        <w:tc>
          <w:tcPr>
            <w:tcW w:w="852" w:type="dxa"/>
            <w:noWrap/>
            <w:hideMark/>
          </w:tcPr>
          <w:p w14:paraId="53C018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0B736D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68" w:type="dxa"/>
            <w:noWrap/>
            <w:hideMark/>
          </w:tcPr>
          <w:p w14:paraId="663E4B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EE198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FAFCD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6670B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A2E6B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1D387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B0128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66DB8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A4190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04D27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AFD4E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2B75D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F8085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0862E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3378645" w14:textId="77777777" w:rsidTr="006750F2">
        <w:trPr>
          <w:trHeight w:val="280"/>
        </w:trPr>
        <w:tc>
          <w:tcPr>
            <w:tcW w:w="919" w:type="dxa"/>
            <w:noWrap/>
            <w:hideMark/>
          </w:tcPr>
          <w:p w14:paraId="07BA5CC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Alicyclobacillus</w:t>
            </w:r>
          </w:p>
        </w:tc>
        <w:tc>
          <w:tcPr>
            <w:tcW w:w="852" w:type="dxa"/>
            <w:noWrap/>
            <w:hideMark/>
          </w:tcPr>
          <w:p w14:paraId="1385F7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1564FB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768" w:type="dxa"/>
            <w:noWrap/>
            <w:hideMark/>
          </w:tcPr>
          <w:p w14:paraId="5E002F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8361A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24.3</w:t>
            </w:r>
          </w:p>
        </w:tc>
        <w:tc>
          <w:tcPr>
            <w:tcW w:w="721" w:type="dxa"/>
            <w:noWrap/>
            <w:hideMark/>
          </w:tcPr>
          <w:p w14:paraId="5EB0AE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10.8</w:t>
            </w:r>
          </w:p>
        </w:tc>
        <w:tc>
          <w:tcPr>
            <w:tcW w:w="674" w:type="dxa"/>
            <w:noWrap/>
            <w:hideMark/>
          </w:tcPr>
          <w:p w14:paraId="3B2C02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271FF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A61C3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386C4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43F0F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10.8</w:t>
            </w:r>
          </w:p>
        </w:tc>
        <w:tc>
          <w:tcPr>
            <w:tcW w:w="1008" w:type="dxa"/>
            <w:noWrap/>
            <w:hideMark/>
          </w:tcPr>
          <w:p w14:paraId="424723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3E1961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EB87E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36CD85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57FA5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D03BB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850AFF2" w14:textId="77777777" w:rsidTr="006750F2">
        <w:trPr>
          <w:trHeight w:val="280"/>
        </w:trPr>
        <w:tc>
          <w:tcPr>
            <w:tcW w:w="919" w:type="dxa"/>
            <w:noWrap/>
            <w:hideMark/>
          </w:tcPr>
          <w:p w14:paraId="6426FAB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Alkalibacterium</w:t>
            </w:r>
          </w:p>
        </w:tc>
        <w:tc>
          <w:tcPr>
            <w:tcW w:w="852" w:type="dxa"/>
            <w:noWrap/>
            <w:hideMark/>
          </w:tcPr>
          <w:p w14:paraId="466CAB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520E4E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09E511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3D7C0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6EDA8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655C6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3A1A8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BD9BB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AF440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75AAD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CAC2F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4A21C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A3928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5DE562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40C08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CAEC8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E551E86" w14:textId="77777777" w:rsidTr="006750F2">
        <w:trPr>
          <w:trHeight w:val="280"/>
        </w:trPr>
        <w:tc>
          <w:tcPr>
            <w:tcW w:w="919" w:type="dxa"/>
            <w:noWrap/>
            <w:hideMark/>
          </w:tcPr>
          <w:p w14:paraId="4A7AD83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Anaerobacillus</w:t>
            </w:r>
          </w:p>
        </w:tc>
        <w:tc>
          <w:tcPr>
            <w:tcW w:w="852" w:type="dxa"/>
            <w:noWrap/>
            <w:hideMark/>
          </w:tcPr>
          <w:p w14:paraId="65C689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0CA08D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066266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39" w:type="dxa"/>
            <w:noWrap/>
            <w:hideMark/>
          </w:tcPr>
          <w:p w14:paraId="07F03F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21" w:type="dxa"/>
            <w:noWrap/>
            <w:hideMark/>
          </w:tcPr>
          <w:p w14:paraId="26B2BE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674" w:type="dxa"/>
            <w:noWrap/>
            <w:hideMark/>
          </w:tcPr>
          <w:p w14:paraId="323432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694" w:type="dxa"/>
            <w:noWrap/>
            <w:hideMark/>
          </w:tcPr>
          <w:p w14:paraId="177AB7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9CC2F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909" w:type="dxa"/>
            <w:noWrap/>
            <w:hideMark/>
          </w:tcPr>
          <w:p w14:paraId="0937F5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751" w:type="dxa"/>
            <w:noWrap/>
            <w:hideMark/>
          </w:tcPr>
          <w:p w14:paraId="42C0D0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1008" w:type="dxa"/>
            <w:noWrap/>
            <w:hideMark/>
          </w:tcPr>
          <w:p w14:paraId="79FF7A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909BD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5A8B6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46E83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EAB29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75260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FD088AB" w14:textId="77777777" w:rsidTr="006750F2">
        <w:trPr>
          <w:trHeight w:val="280"/>
        </w:trPr>
        <w:tc>
          <w:tcPr>
            <w:tcW w:w="919" w:type="dxa"/>
            <w:noWrap/>
            <w:hideMark/>
          </w:tcPr>
          <w:p w14:paraId="5280F6E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Aneurinibacillus</w:t>
            </w:r>
          </w:p>
        </w:tc>
        <w:tc>
          <w:tcPr>
            <w:tcW w:w="852" w:type="dxa"/>
            <w:noWrap/>
            <w:hideMark/>
          </w:tcPr>
          <w:p w14:paraId="388D28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1A6235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44B8EB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21.4</w:t>
            </w:r>
          </w:p>
        </w:tc>
        <w:tc>
          <w:tcPr>
            <w:tcW w:w="739" w:type="dxa"/>
            <w:noWrap/>
            <w:hideMark/>
          </w:tcPr>
          <w:p w14:paraId="051E19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721" w:type="dxa"/>
            <w:noWrap/>
            <w:hideMark/>
          </w:tcPr>
          <w:p w14:paraId="6EB404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B2DE5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694" w:type="dxa"/>
            <w:noWrap/>
            <w:hideMark/>
          </w:tcPr>
          <w:p w14:paraId="7ADB33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652C2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00A4F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751" w:type="dxa"/>
            <w:noWrap/>
            <w:hideMark/>
          </w:tcPr>
          <w:p w14:paraId="569343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A89DA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59ED7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9CCD3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41D678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5BD794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86683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4AE22E4" w14:textId="77777777" w:rsidTr="006750F2">
        <w:trPr>
          <w:trHeight w:val="280"/>
        </w:trPr>
        <w:tc>
          <w:tcPr>
            <w:tcW w:w="919" w:type="dxa"/>
            <w:noWrap/>
            <w:hideMark/>
          </w:tcPr>
          <w:p w14:paraId="4E17CBA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Anoxybacillus</w:t>
            </w:r>
          </w:p>
        </w:tc>
        <w:tc>
          <w:tcPr>
            <w:tcW w:w="852" w:type="dxa"/>
            <w:noWrap/>
            <w:hideMark/>
          </w:tcPr>
          <w:p w14:paraId="01EBD2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4EFA51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768" w:type="dxa"/>
            <w:noWrap/>
            <w:hideMark/>
          </w:tcPr>
          <w:p w14:paraId="741978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15.6</w:t>
            </w:r>
          </w:p>
        </w:tc>
        <w:tc>
          <w:tcPr>
            <w:tcW w:w="739" w:type="dxa"/>
            <w:noWrap/>
            <w:hideMark/>
          </w:tcPr>
          <w:p w14:paraId="104325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21" w:type="dxa"/>
            <w:noWrap/>
            <w:hideMark/>
          </w:tcPr>
          <w:p w14:paraId="7B0563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9.4</w:t>
            </w:r>
          </w:p>
        </w:tc>
        <w:tc>
          <w:tcPr>
            <w:tcW w:w="674" w:type="dxa"/>
            <w:noWrap/>
            <w:hideMark/>
          </w:tcPr>
          <w:p w14:paraId="18D747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5E583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101F6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15.6</w:t>
            </w:r>
          </w:p>
        </w:tc>
        <w:tc>
          <w:tcPr>
            <w:tcW w:w="909" w:type="dxa"/>
            <w:noWrap/>
            <w:hideMark/>
          </w:tcPr>
          <w:p w14:paraId="6356C4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31.2</w:t>
            </w:r>
          </w:p>
        </w:tc>
        <w:tc>
          <w:tcPr>
            <w:tcW w:w="751" w:type="dxa"/>
            <w:noWrap/>
            <w:hideMark/>
          </w:tcPr>
          <w:p w14:paraId="12B0EE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9.4</w:t>
            </w:r>
          </w:p>
        </w:tc>
        <w:tc>
          <w:tcPr>
            <w:tcW w:w="1008" w:type="dxa"/>
            <w:noWrap/>
            <w:hideMark/>
          </w:tcPr>
          <w:p w14:paraId="28C343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600FE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F2326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127626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9C2B9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E4C00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15EB0B1" w14:textId="77777777" w:rsidTr="006750F2">
        <w:trPr>
          <w:trHeight w:val="280"/>
        </w:trPr>
        <w:tc>
          <w:tcPr>
            <w:tcW w:w="919" w:type="dxa"/>
            <w:noWrap/>
            <w:hideMark/>
          </w:tcPr>
          <w:p w14:paraId="077D7F6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Apilactobacillus</w:t>
            </w:r>
          </w:p>
        </w:tc>
        <w:tc>
          <w:tcPr>
            <w:tcW w:w="852" w:type="dxa"/>
            <w:noWrap/>
            <w:hideMark/>
          </w:tcPr>
          <w:p w14:paraId="748DBF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7CEFE2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19CB95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23AC9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44C17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61E44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23FE4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83838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FE7E5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E4E79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39E0B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121B1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496BD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5F298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6D21F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60B7A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CFEBAB4" w14:textId="77777777" w:rsidTr="006750F2">
        <w:trPr>
          <w:trHeight w:val="280"/>
        </w:trPr>
        <w:tc>
          <w:tcPr>
            <w:tcW w:w="919" w:type="dxa"/>
            <w:noWrap/>
            <w:hideMark/>
          </w:tcPr>
          <w:p w14:paraId="28AD20F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Bacillus</w:t>
            </w:r>
          </w:p>
        </w:tc>
        <w:tc>
          <w:tcPr>
            <w:tcW w:w="852" w:type="dxa"/>
            <w:noWrap/>
            <w:hideMark/>
          </w:tcPr>
          <w:p w14:paraId="14D558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57A681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301</w:t>
            </w:r>
          </w:p>
        </w:tc>
        <w:tc>
          <w:tcPr>
            <w:tcW w:w="768" w:type="dxa"/>
            <w:noWrap/>
            <w:hideMark/>
          </w:tcPr>
          <w:p w14:paraId="29C3C8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27.9</w:t>
            </w:r>
          </w:p>
        </w:tc>
        <w:tc>
          <w:tcPr>
            <w:tcW w:w="739" w:type="dxa"/>
            <w:noWrap/>
            <w:hideMark/>
          </w:tcPr>
          <w:p w14:paraId="56F7B3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54.2</w:t>
            </w:r>
          </w:p>
        </w:tc>
        <w:tc>
          <w:tcPr>
            <w:tcW w:w="721" w:type="dxa"/>
            <w:noWrap/>
            <w:hideMark/>
          </w:tcPr>
          <w:p w14:paraId="77B996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674" w:type="dxa"/>
            <w:noWrap/>
            <w:hideMark/>
          </w:tcPr>
          <w:p w14:paraId="25CE28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0FA44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C2FD2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7.3</w:t>
            </w:r>
          </w:p>
        </w:tc>
        <w:tc>
          <w:tcPr>
            <w:tcW w:w="909" w:type="dxa"/>
            <w:noWrap/>
            <w:hideMark/>
          </w:tcPr>
          <w:p w14:paraId="61A9B1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35.2</w:t>
            </w:r>
          </w:p>
        </w:tc>
        <w:tc>
          <w:tcPr>
            <w:tcW w:w="751" w:type="dxa"/>
            <w:noWrap/>
            <w:hideMark/>
          </w:tcPr>
          <w:p w14:paraId="45FD75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1008" w:type="dxa"/>
            <w:noWrap/>
            <w:hideMark/>
          </w:tcPr>
          <w:p w14:paraId="278C4E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CBE66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F6742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7761DC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05466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0F5B3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9DB8E24" w14:textId="77777777" w:rsidTr="006750F2">
        <w:trPr>
          <w:trHeight w:val="280"/>
        </w:trPr>
        <w:tc>
          <w:tcPr>
            <w:tcW w:w="919" w:type="dxa"/>
            <w:noWrap/>
            <w:hideMark/>
          </w:tcPr>
          <w:p w14:paraId="434D525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Brevibacillus</w:t>
            </w:r>
          </w:p>
        </w:tc>
        <w:tc>
          <w:tcPr>
            <w:tcW w:w="852" w:type="dxa"/>
            <w:noWrap/>
            <w:hideMark/>
          </w:tcPr>
          <w:p w14:paraId="085CFA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720A5A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w:t>
            </w:r>
          </w:p>
        </w:tc>
        <w:tc>
          <w:tcPr>
            <w:tcW w:w="768" w:type="dxa"/>
            <w:noWrap/>
            <w:hideMark/>
          </w:tcPr>
          <w:p w14:paraId="12485A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7.3</w:t>
            </w:r>
          </w:p>
        </w:tc>
        <w:tc>
          <w:tcPr>
            <w:tcW w:w="739" w:type="dxa"/>
            <w:noWrap/>
            <w:hideMark/>
          </w:tcPr>
          <w:p w14:paraId="7CCAAF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721" w:type="dxa"/>
            <w:noWrap/>
            <w:hideMark/>
          </w:tcPr>
          <w:p w14:paraId="06CA24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3DBB4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E9E37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6BED5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20823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7.3</w:t>
            </w:r>
          </w:p>
        </w:tc>
        <w:tc>
          <w:tcPr>
            <w:tcW w:w="751" w:type="dxa"/>
            <w:noWrap/>
            <w:hideMark/>
          </w:tcPr>
          <w:p w14:paraId="2D39C2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BD809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9F649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86C59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FBB21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8F063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92A61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D7D90AF" w14:textId="77777777" w:rsidTr="006750F2">
        <w:trPr>
          <w:trHeight w:val="280"/>
        </w:trPr>
        <w:tc>
          <w:tcPr>
            <w:tcW w:w="919" w:type="dxa"/>
            <w:noWrap/>
            <w:hideMark/>
          </w:tcPr>
          <w:p w14:paraId="36E8CC4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Carnobacterium</w:t>
            </w:r>
          </w:p>
        </w:tc>
        <w:tc>
          <w:tcPr>
            <w:tcW w:w="852" w:type="dxa"/>
            <w:noWrap/>
            <w:hideMark/>
          </w:tcPr>
          <w:p w14:paraId="1BF27B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4088A6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5579F4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2B3F0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C0F98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D5371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5337B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316B9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9D5F8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0B4B4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F80F2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0EBA1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AAB41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76FA4B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B245B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CD89F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6C60401" w14:textId="77777777" w:rsidTr="006750F2">
        <w:trPr>
          <w:trHeight w:val="280"/>
        </w:trPr>
        <w:tc>
          <w:tcPr>
            <w:tcW w:w="919" w:type="dxa"/>
            <w:noWrap/>
            <w:hideMark/>
          </w:tcPr>
          <w:p w14:paraId="35246E2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Cohnella</w:t>
            </w:r>
          </w:p>
        </w:tc>
        <w:tc>
          <w:tcPr>
            <w:tcW w:w="852" w:type="dxa"/>
            <w:noWrap/>
            <w:hideMark/>
          </w:tcPr>
          <w:p w14:paraId="51A1B8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443703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w:t>
            </w:r>
          </w:p>
        </w:tc>
        <w:tc>
          <w:tcPr>
            <w:tcW w:w="768" w:type="dxa"/>
            <w:noWrap/>
            <w:hideMark/>
          </w:tcPr>
          <w:p w14:paraId="0D8CC9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27.9</w:t>
            </w:r>
          </w:p>
        </w:tc>
        <w:tc>
          <w:tcPr>
            <w:tcW w:w="739" w:type="dxa"/>
            <w:noWrap/>
            <w:hideMark/>
          </w:tcPr>
          <w:p w14:paraId="6D216C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w:t>
            </w:r>
          </w:p>
        </w:tc>
        <w:tc>
          <w:tcPr>
            <w:tcW w:w="721" w:type="dxa"/>
            <w:noWrap/>
            <w:hideMark/>
          </w:tcPr>
          <w:p w14:paraId="363935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w:t>
            </w:r>
          </w:p>
        </w:tc>
        <w:tc>
          <w:tcPr>
            <w:tcW w:w="674" w:type="dxa"/>
            <w:noWrap/>
            <w:hideMark/>
          </w:tcPr>
          <w:p w14:paraId="4BD033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D5E82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DD381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60B57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27.9</w:t>
            </w:r>
          </w:p>
        </w:tc>
        <w:tc>
          <w:tcPr>
            <w:tcW w:w="751" w:type="dxa"/>
            <w:noWrap/>
            <w:hideMark/>
          </w:tcPr>
          <w:p w14:paraId="6C2D3E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w:t>
            </w:r>
          </w:p>
        </w:tc>
        <w:tc>
          <w:tcPr>
            <w:tcW w:w="1008" w:type="dxa"/>
            <w:noWrap/>
            <w:hideMark/>
          </w:tcPr>
          <w:p w14:paraId="1ECB9E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493A6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F625B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B6051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92364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DCCD9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4872580" w14:textId="77777777" w:rsidTr="006750F2">
        <w:trPr>
          <w:trHeight w:val="280"/>
        </w:trPr>
        <w:tc>
          <w:tcPr>
            <w:tcW w:w="919" w:type="dxa"/>
            <w:noWrap/>
            <w:hideMark/>
          </w:tcPr>
          <w:p w14:paraId="7594604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Companilactobacillus</w:t>
            </w:r>
          </w:p>
        </w:tc>
        <w:tc>
          <w:tcPr>
            <w:tcW w:w="852" w:type="dxa"/>
            <w:noWrap/>
            <w:hideMark/>
          </w:tcPr>
          <w:p w14:paraId="583E22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62D026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w:t>
            </w:r>
          </w:p>
        </w:tc>
        <w:tc>
          <w:tcPr>
            <w:tcW w:w="768" w:type="dxa"/>
            <w:noWrap/>
            <w:hideMark/>
          </w:tcPr>
          <w:p w14:paraId="666CCA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6A850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33.9</w:t>
            </w:r>
          </w:p>
        </w:tc>
        <w:tc>
          <w:tcPr>
            <w:tcW w:w="721" w:type="dxa"/>
            <w:noWrap/>
            <w:hideMark/>
          </w:tcPr>
          <w:p w14:paraId="323834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130F8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EB014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400F2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3737B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059D4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13B3C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188BCA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5E42A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5D30EC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8DEC9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5F3C9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20CB45A" w14:textId="77777777" w:rsidTr="006750F2">
        <w:trPr>
          <w:trHeight w:val="280"/>
        </w:trPr>
        <w:tc>
          <w:tcPr>
            <w:tcW w:w="919" w:type="dxa"/>
            <w:noWrap/>
            <w:hideMark/>
          </w:tcPr>
          <w:p w14:paraId="4FB650B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Cytobacillus</w:t>
            </w:r>
          </w:p>
        </w:tc>
        <w:tc>
          <w:tcPr>
            <w:tcW w:w="852" w:type="dxa"/>
            <w:noWrap/>
            <w:hideMark/>
          </w:tcPr>
          <w:p w14:paraId="2043D6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6583DC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39</w:t>
            </w:r>
          </w:p>
        </w:tc>
        <w:tc>
          <w:tcPr>
            <w:tcW w:w="768" w:type="dxa"/>
            <w:noWrap/>
            <w:hideMark/>
          </w:tcPr>
          <w:p w14:paraId="0EACC4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739" w:type="dxa"/>
            <w:noWrap/>
            <w:hideMark/>
          </w:tcPr>
          <w:p w14:paraId="14F765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35.9</w:t>
            </w:r>
          </w:p>
        </w:tc>
        <w:tc>
          <w:tcPr>
            <w:tcW w:w="721" w:type="dxa"/>
            <w:noWrap/>
            <w:hideMark/>
          </w:tcPr>
          <w:p w14:paraId="720687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61.5</w:t>
            </w:r>
          </w:p>
        </w:tc>
        <w:tc>
          <w:tcPr>
            <w:tcW w:w="674" w:type="dxa"/>
            <w:noWrap/>
            <w:hideMark/>
          </w:tcPr>
          <w:p w14:paraId="7F7FBE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2A9DE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9C1D5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23.1</w:t>
            </w:r>
          </w:p>
        </w:tc>
        <w:tc>
          <w:tcPr>
            <w:tcW w:w="909" w:type="dxa"/>
            <w:noWrap/>
            <w:hideMark/>
          </w:tcPr>
          <w:p w14:paraId="0C2E9C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38.5</w:t>
            </w:r>
          </w:p>
        </w:tc>
        <w:tc>
          <w:tcPr>
            <w:tcW w:w="751" w:type="dxa"/>
            <w:noWrap/>
            <w:hideMark/>
          </w:tcPr>
          <w:p w14:paraId="732CED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61.5</w:t>
            </w:r>
          </w:p>
        </w:tc>
        <w:tc>
          <w:tcPr>
            <w:tcW w:w="1008" w:type="dxa"/>
            <w:noWrap/>
            <w:hideMark/>
          </w:tcPr>
          <w:p w14:paraId="1D97DF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66778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A8DE3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206492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4D4408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619AC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3A692251" w14:textId="77777777" w:rsidTr="006750F2">
        <w:trPr>
          <w:trHeight w:val="280"/>
        </w:trPr>
        <w:tc>
          <w:tcPr>
            <w:tcW w:w="919" w:type="dxa"/>
            <w:noWrap/>
            <w:hideMark/>
          </w:tcPr>
          <w:p w14:paraId="1C6FC4E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Domibacillus</w:t>
            </w:r>
          </w:p>
        </w:tc>
        <w:tc>
          <w:tcPr>
            <w:tcW w:w="852" w:type="dxa"/>
            <w:noWrap/>
            <w:hideMark/>
          </w:tcPr>
          <w:p w14:paraId="06E099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71713C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202524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61.5</w:t>
            </w:r>
          </w:p>
        </w:tc>
        <w:tc>
          <w:tcPr>
            <w:tcW w:w="739" w:type="dxa"/>
            <w:noWrap/>
            <w:hideMark/>
          </w:tcPr>
          <w:p w14:paraId="4BECD0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70C12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534F8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C3699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5A93B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85980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61.5</w:t>
            </w:r>
          </w:p>
        </w:tc>
        <w:tc>
          <w:tcPr>
            <w:tcW w:w="751" w:type="dxa"/>
            <w:noWrap/>
            <w:hideMark/>
          </w:tcPr>
          <w:p w14:paraId="5CB653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9A213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9DDB4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95318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3D12C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AA384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E1E45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B51409F" w14:textId="77777777" w:rsidTr="006750F2">
        <w:trPr>
          <w:trHeight w:val="280"/>
        </w:trPr>
        <w:tc>
          <w:tcPr>
            <w:tcW w:w="919" w:type="dxa"/>
            <w:noWrap/>
            <w:hideMark/>
          </w:tcPr>
          <w:p w14:paraId="6E564A8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Enterococcus</w:t>
            </w:r>
          </w:p>
        </w:tc>
        <w:tc>
          <w:tcPr>
            <w:tcW w:w="852" w:type="dxa"/>
            <w:noWrap/>
            <w:hideMark/>
          </w:tcPr>
          <w:p w14:paraId="7F75F3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6B05F3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170</w:t>
            </w:r>
          </w:p>
        </w:tc>
        <w:tc>
          <w:tcPr>
            <w:tcW w:w="768" w:type="dxa"/>
            <w:noWrap/>
            <w:hideMark/>
          </w:tcPr>
          <w:p w14:paraId="5E68CD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39" w:type="dxa"/>
            <w:noWrap/>
            <w:hideMark/>
          </w:tcPr>
          <w:p w14:paraId="75A1C4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21" w:type="dxa"/>
            <w:noWrap/>
            <w:hideMark/>
          </w:tcPr>
          <w:p w14:paraId="59F98A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547ED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37D64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C805A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3212B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51" w:type="dxa"/>
            <w:noWrap/>
            <w:hideMark/>
          </w:tcPr>
          <w:p w14:paraId="4A8FA2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359D4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844AC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DA19F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C82EA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756ED3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7A1F5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8EBE511" w14:textId="77777777" w:rsidTr="006750F2">
        <w:trPr>
          <w:trHeight w:val="280"/>
        </w:trPr>
        <w:tc>
          <w:tcPr>
            <w:tcW w:w="919" w:type="dxa"/>
            <w:noWrap/>
            <w:hideMark/>
          </w:tcPr>
          <w:p w14:paraId="5728EE6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Exiguobacterium</w:t>
            </w:r>
          </w:p>
        </w:tc>
        <w:tc>
          <w:tcPr>
            <w:tcW w:w="852" w:type="dxa"/>
            <w:noWrap/>
            <w:hideMark/>
          </w:tcPr>
          <w:p w14:paraId="584F9D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014E59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w:t>
            </w:r>
          </w:p>
        </w:tc>
        <w:tc>
          <w:tcPr>
            <w:tcW w:w="768" w:type="dxa"/>
            <w:noWrap/>
            <w:hideMark/>
          </w:tcPr>
          <w:p w14:paraId="35CFA1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98080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1CDF0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47D6A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A65A8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8F2C4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476E9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0FA6B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1FA94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52175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F995A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91E88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135D8E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74338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3E957C9" w14:textId="77777777" w:rsidTr="006750F2">
        <w:trPr>
          <w:trHeight w:val="280"/>
        </w:trPr>
        <w:tc>
          <w:tcPr>
            <w:tcW w:w="919" w:type="dxa"/>
            <w:noWrap/>
            <w:hideMark/>
          </w:tcPr>
          <w:p w14:paraId="4CBF988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Ferdinandcohnia</w:t>
            </w:r>
          </w:p>
        </w:tc>
        <w:tc>
          <w:tcPr>
            <w:tcW w:w="852" w:type="dxa"/>
            <w:noWrap/>
            <w:hideMark/>
          </w:tcPr>
          <w:p w14:paraId="6D4AC3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683C58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6E2892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39" w:type="dxa"/>
            <w:noWrap/>
            <w:hideMark/>
          </w:tcPr>
          <w:p w14:paraId="2594E8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5C9D57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90.9</w:t>
            </w:r>
          </w:p>
        </w:tc>
        <w:tc>
          <w:tcPr>
            <w:tcW w:w="674" w:type="dxa"/>
            <w:noWrap/>
            <w:hideMark/>
          </w:tcPr>
          <w:p w14:paraId="1B3B5A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F1C26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60054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5C22B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51" w:type="dxa"/>
            <w:noWrap/>
            <w:hideMark/>
          </w:tcPr>
          <w:p w14:paraId="1503A8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90.9</w:t>
            </w:r>
          </w:p>
        </w:tc>
        <w:tc>
          <w:tcPr>
            <w:tcW w:w="1008" w:type="dxa"/>
            <w:noWrap/>
            <w:hideMark/>
          </w:tcPr>
          <w:p w14:paraId="4864F3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3CDE3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CAE45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74A68A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42A61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8E994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32D79D6F" w14:textId="77777777" w:rsidTr="006750F2">
        <w:trPr>
          <w:trHeight w:val="280"/>
        </w:trPr>
        <w:tc>
          <w:tcPr>
            <w:tcW w:w="919" w:type="dxa"/>
            <w:noWrap/>
            <w:hideMark/>
          </w:tcPr>
          <w:p w14:paraId="79D9692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Fictibacillus</w:t>
            </w:r>
          </w:p>
        </w:tc>
        <w:tc>
          <w:tcPr>
            <w:tcW w:w="852" w:type="dxa"/>
            <w:noWrap/>
            <w:hideMark/>
          </w:tcPr>
          <w:p w14:paraId="24A3BA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382F4A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68" w:type="dxa"/>
            <w:noWrap/>
            <w:hideMark/>
          </w:tcPr>
          <w:p w14:paraId="095A6B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11.5</w:t>
            </w:r>
          </w:p>
        </w:tc>
        <w:tc>
          <w:tcPr>
            <w:tcW w:w="739" w:type="dxa"/>
            <w:noWrap/>
            <w:hideMark/>
          </w:tcPr>
          <w:p w14:paraId="6CD400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C366F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F4D60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6832C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146B9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13A9F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11.5</w:t>
            </w:r>
          </w:p>
        </w:tc>
        <w:tc>
          <w:tcPr>
            <w:tcW w:w="751" w:type="dxa"/>
            <w:noWrap/>
            <w:hideMark/>
          </w:tcPr>
          <w:p w14:paraId="01136A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0E997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C6406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45FD4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B6887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4412A3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A1501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15AEFDD" w14:textId="77777777" w:rsidTr="006750F2">
        <w:trPr>
          <w:trHeight w:val="280"/>
        </w:trPr>
        <w:tc>
          <w:tcPr>
            <w:tcW w:w="919" w:type="dxa"/>
            <w:noWrap/>
            <w:hideMark/>
          </w:tcPr>
          <w:p w14:paraId="14BF692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Fructilactobacillus</w:t>
            </w:r>
          </w:p>
        </w:tc>
        <w:tc>
          <w:tcPr>
            <w:tcW w:w="852" w:type="dxa"/>
            <w:noWrap/>
            <w:hideMark/>
          </w:tcPr>
          <w:p w14:paraId="0E315E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16FB69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68" w:type="dxa"/>
            <w:noWrap/>
            <w:hideMark/>
          </w:tcPr>
          <w:p w14:paraId="461479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A8947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F9B55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53A6F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DD76E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CBB3B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5E490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C83BE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53A43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74672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4A9FA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77F69F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B4CD4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D7A8C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B0D17C0" w14:textId="77777777" w:rsidTr="006750F2">
        <w:trPr>
          <w:trHeight w:val="280"/>
        </w:trPr>
        <w:tc>
          <w:tcPr>
            <w:tcW w:w="919" w:type="dxa"/>
            <w:noWrap/>
            <w:hideMark/>
          </w:tcPr>
          <w:p w14:paraId="58B0CCC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Fructobacillus</w:t>
            </w:r>
          </w:p>
        </w:tc>
        <w:tc>
          <w:tcPr>
            <w:tcW w:w="852" w:type="dxa"/>
            <w:noWrap/>
            <w:hideMark/>
          </w:tcPr>
          <w:p w14:paraId="11AC99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2587C2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644117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03685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6BD41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58961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27893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6B943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C5015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75FA1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AB40B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83B81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DE7FB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7B05E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41C44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B74CD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69C70A8" w14:textId="77777777" w:rsidTr="006750F2">
        <w:trPr>
          <w:trHeight w:val="280"/>
        </w:trPr>
        <w:tc>
          <w:tcPr>
            <w:tcW w:w="919" w:type="dxa"/>
            <w:noWrap/>
            <w:hideMark/>
          </w:tcPr>
          <w:p w14:paraId="2054F6F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Gemella</w:t>
            </w:r>
          </w:p>
        </w:tc>
        <w:tc>
          <w:tcPr>
            <w:tcW w:w="852" w:type="dxa"/>
            <w:noWrap/>
            <w:hideMark/>
          </w:tcPr>
          <w:p w14:paraId="76944A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3203ED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5BC20E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EC223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8CAB5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39579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86DBF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565F2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301C1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57264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08276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81258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2CB9C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833D2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71002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C2FF3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9D6B671" w14:textId="77777777" w:rsidTr="006750F2">
        <w:trPr>
          <w:trHeight w:val="280"/>
        </w:trPr>
        <w:tc>
          <w:tcPr>
            <w:tcW w:w="919" w:type="dxa"/>
            <w:noWrap/>
            <w:hideMark/>
          </w:tcPr>
          <w:p w14:paraId="0A9A8EA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Geobacillus</w:t>
            </w:r>
          </w:p>
        </w:tc>
        <w:tc>
          <w:tcPr>
            <w:tcW w:w="852" w:type="dxa"/>
            <w:noWrap/>
            <w:hideMark/>
          </w:tcPr>
          <w:p w14:paraId="665EC0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5BFDA5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2CC9C9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39" w:type="dxa"/>
            <w:noWrap/>
            <w:hideMark/>
          </w:tcPr>
          <w:p w14:paraId="54338E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90.9</w:t>
            </w:r>
          </w:p>
        </w:tc>
        <w:tc>
          <w:tcPr>
            <w:tcW w:w="721" w:type="dxa"/>
            <w:noWrap/>
            <w:hideMark/>
          </w:tcPr>
          <w:p w14:paraId="58F2AC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674" w:type="dxa"/>
            <w:noWrap/>
            <w:hideMark/>
          </w:tcPr>
          <w:p w14:paraId="70D801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9AE42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D4CE5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A05FC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51" w:type="dxa"/>
            <w:noWrap/>
            <w:hideMark/>
          </w:tcPr>
          <w:p w14:paraId="42A6AE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1008" w:type="dxa"/>
            <w:noWrap/>
            <w:hideMark/>
          </w:tcPr>
          <w:p w14:paraId="0F905B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00FAB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42A9E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5209E1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01EA5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2C20F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7576747D" w14:textId="77777777" w:rsidTr="006750F2">
        <w:trPr>
          <w:trHeight w:val="280"/>
        </w:trPr>
        <w:tc>
          <w:tcPr>
            <w:tcW w:w="919" w:type="dxa"/>
            <w:noWrap/>
            <w:hideMark/>
          </w:tcPr>
          <w:p w14:paraId="7D21F1D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Gottfriedia</w:t>
            </w:r>
          </w:p>
        </w:tc>
        <w:tc>
          <w:tcPr>
            <w:tcW w:w="852" w:type="dxa"/>
            <w:noWrap/>
            <w:hideMark/>
          </w:tcPr>
          <w:p w14:paraId="1A4737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392D8D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23AA9B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w:t>
            </w:r>
          </w:p>
        </w:tc>
        <w:tc>
          <w:tcPr>
            <w:tcW w:w="739" w:type="dxa"/>
            <w:noWrap/>
            <w:hideMark/>
          </w:tcPr>
          <w:p w14:paraId="63225E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8984E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6056B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8E918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16C68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6EA0F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w:t>
            </w:r>
          </w:p>
        </w:tc>
        <w:tc>
          <w:tcPr>
            <w:tcW w:w="751" w:type="dxa"/>
            <w:noWrap/>
            <w:hideMark/>
          </w:tcPr>
          <w:p w14:paraId="4C5E2D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3FACA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727A6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71933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0CEA26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DC28C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B93F0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36F2FCC" w14:textId="77777777" w:rsidTr="006750F2">
        <w:trPr>
          <w:trHeight w:val="280"/>
        </w:trPr>
        <w:tc>
          <w:tcPr>
            <w:tcW w:w="919" w:type="dxa"/>
            <w:noWrap/>
            <w:hideMark/>
          </w:tcPr>
          <w:p w14:paraId="5C5FDA5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Gracilibacillus</w:t>
            </w:r>
          </w:p>
        </w:tc>
        <w:tc>
          <w:tcPr>
            <w:tcW w:w="852" w:type="dxa"/>
            <w:noWrap/>
            <w:hideMark/>
          </w:tcPr>
          <w:p w14:paraId="644924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6516F3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3C8EBD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47.6</w:t>
            </w:r>
          </w:p>
        </w:tc>
        <w:tc>
          <w:tcPr>
            <w:tcW w:w="739" w:type="dxa"/>
            <w:noWrap/>
            <w:hideMark/>
          </w:tcPr>
          <w:p w14:paraId="4B0375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47.6</w:t>
            </w:r>
          </w:p>
        </w:tc>
        <w:tc>
          <w:tcPr>
            <w:tcW w:w="721" w:type="dxa"/>
            <w:noWrap/>
            <w:hideMark/>
          </w:tcPr>
          <w:p w14:paraId="5EB5D1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02A26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C1A6F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D40B5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675C7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47.6</w:t>
            </w:r>
          </w:p>
        </w:tc>
        <w:tc>
          <w:tcPr>
            <w:tcW w:w="751" w:type="dxa"/>
            <w:noWrap/>
            <w:hideMark/>
          </w:tcPr>
          <w:p w14:paraId="2F6966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98C03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B7C6C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F6AC8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7E9847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32FA14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EDEC6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E4FC251" w14:textId="77777777" w:rsidTr="006750F2">
        <w:trPr>
          <w:trHeight w:val="280"/>
        </w:trPr>
        <w:tc>
          <w:tcPr>
            <w:tcW w:w="919" w:type="dxa"/>
            <w:noWrap/>
            <w:hideMark/>
          </w:tcPr>
          <w:p w14:paraId="5B8963A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Granulicatella</w:t>
            </w:r>
          </w:p>
        </w:tc>
        <w:tc>
          <w:tcPr>
            <w:tcW w:w="852" w:type="dxa"/>
            <w:noWrap/>
            <w:hideMark/>
          </w:tcPr>
          <w:p w14:paraId="40C1B1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61B110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60D184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0D67D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FA3CE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A23A5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49AB4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E04E4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CCBDC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3D157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10BAF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86219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67008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2F8F1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3514C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0E0E2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8B62348" w14:textId="77777777" w:rsidTr="006750F2">
        <w:trPr>
          <w:trHeight w:val="280"/>
        </w:trPr>
        <w:tc>
          <w:tcPr>
            <w:tcW w:w="919" w:type="dxa"/>
            <w:noWrap/>
            <w:hideMark/>
          </w:tcPr>
          <w:p w14:paraId="24DE44F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Halalkalibacter</w:t>
            </w:r>
          </w:p>
        </w:tc>
        <w:tc>
          <w:tcPr>
            <w:tcW w:w="852" w:type="dxa"/>
            <w:noWrap/>
            <w:hideMark/>
          </w:tcPr>
          <w:p w14:paraId="7E0974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4BB9D8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33B878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739" w:type="dxa"/>
            <w:noWrap/>
            <w:hideMark/>
          </w:tcPr>
          <w:p w14:paraId="46E148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BA1C4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7FCE6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C2961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A8759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5877E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751" w:type="dxa"/>
            <w:noWrap/>
            <w:hideMark/>
          </w:tcPr>
          <w:p w14:paraId="6A00D0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C49C3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4ECBB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8EE57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2AA979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2ADD7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23650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331304B" w14:textId="77777777" w:rsidTr="006750F2">
        <w:trPr>
          <w:trHeight w:val="280"/>
        </w:trPr>
        <w:tc>
          <w:tcPr>
            <w:tcW w:w="919" w:type="dxa"/>
            <w:noWrap/>
            <w:hideMark/>
          </w:tcPr>
          <w:p w14:paraId="1E7441A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Halobacillus</w:t>
            </w:r>
          </w:p>
        </w:tc>
        <w:tc>
          <w:tcPr>
            <w:tcW w:w="852" w:type="dxa"/>
            <w:noWrap/>
            <w:hideMark/>
          </w:tcPr>
          <w:p w14:paraId="6D0826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6CA773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768" w:type="dxa"/>
            <w:noWrap/>
            <w:hideMark/>
          </w:tcPr>
          <w:p w14:paraId="6EF556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13.5</w:t>
            </w:r>
          </w:p>
        </w:tc>
        <w:tc>
          <w:tcPr>
            <w:tcW w:w="739" w:type="dxa"/>
            <w:noWrap/>
            <w:hideMark/>
          </w:tcPr>
          <w:p w14:paraId="54F5B7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17E6A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9CA00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59196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D57E9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09FE0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13.5</w:t>
            </w:r>
          </w:p>
        </w:tc>
        <w:tc>
          <w:tcPr>
            <w:tcW w:w="751" w:type="dxa"/>
            <w:noWrap/>
            <w:hideMark/>
          </w:tcPr>
          <w:p w14:paraId="708236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E73CF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BE20F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A6B59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3470F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82294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1B90C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9F400D0" w14:textId="77777777" w:rsidTr="006750F2">
        <w:trPr>
          <w:trHeight w:val="280"/>
        </w:trPr>
        <w:tc>
          <w:tcPr>
            <w:tcW w:w="919" w:type="dxa"/>
            <w:noWrap/>
            <w:hideMark/>
          </w:tcPr>
          <w:p w14:paraId="01168B7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Heyndrickxia</w:t>
            </w:r>
          </w:p>
        </w:tc>
        <w:tc>
          <w:tcPr>
            <w:tcW w:w="852" w:type="dxa"/>
            <w:noWrap/>
            <w:hideMark/>
          </w:tcPr>
          <w:p w14:paraId="58EFF8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091051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520442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87F37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21" w:type="dxa"/>
            <w:noWrap/>
            <w:hideMark/>
          </w:tcPr>
          <w:p w14:paraId="1381E4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927CD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70960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DCCB5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165D9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B4E22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F823C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024FD8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C3806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1C6398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3D865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FC815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39CBA4B" w14:textId="77777777" w:rsidTr="006750F2">
        <w:trPr>
          <w:trHeight w:val="280"/>
        </w:trPr>
        <w:tc>
          <w:tcPr>
            <w:tcW w:w="919" w:type="dxa"/>
            <w:noWrap/>
            <w:hideMark/>
          </w:tcPr>
          <w:p w14:paraId="70CFEE2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Jeotgalibacillus</w:t>
            </w:r>
          </w:p>
        </w:tc>
        <w:tc>
          <w:tcPr>
            <w:tcW w:w="852" w:type="dxa"/>
            <w:noWrap/>
            <w:hideMark/>
          </w:tcPr>
          <w:p w14:paraId="73F0FA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7EBA9B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57F1AF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39" w:type="dxa"/>
            <w:noWrap/>
            <w:hideMark/>
          </w:tcPr>
          <w:p w14:paraId="6DF33C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21" w:type="dxa"/>
            <w:noWrap/>
            <w:hideMark/>
          </w:tcPr>
          <w:p w14:paraId="275EDE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D7C49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422E9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A51BB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C82E7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51" w:type="dxa"/>
            <w:noWrap/>
            <w:hideMark/>
          </w:tcPr>
          <w:p w14:paraId="25036E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FBD90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669C1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24066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BB597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084C3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05E7A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6DDC350C" w14:textId="77777777" w:rsidTr="006750F2">
        <w:trPr>
          <w:trHeight w:val="280"/>
        </w:trPr>
        <w:tc>
          <w:tcPr>
            <w:tcW w:w="919" w:type="dxa"/>
            <w:noWrap/>
            <w:hideMark/>
          </w:tcPr>
          <w:p w14:paraId="7EA39DB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Jeotgalicoccus</w:t>
            </w:r>
          </w:p>
        </w:tc>
        <w:tc>
          <w:tcPr>
            <w:tcW w:w="852" w:type="dxa"/>
            <w:noWrap/>
            <w:hideMark/>
          </w:tcPr>
          <w:p w14:paraId="65E596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33C4AD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1B50D9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7C627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11.1</w:t>
            </w:r>
          </w:p>
        </w:tc>
        <w:tc>
          <w:tcPr>
            <w:tcW w:w="721" w:type="dxa"/>
            <w:noWrap/>
            <w:hideMark/>
          </w:tcPr>
          <w:p w14:paraId="57E08C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C8E02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F08AF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B49BA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67CE6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09079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192D6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69354D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CF494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0DF371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F5680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48643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CDC6B98" w14:textId="77777777" w:rsidTr="006750F2">
        <w:trPr>
          <w:trHeight w:val="280"/>
        </w:trPr>
        <w:tc>
          <w:tcPr>
            <w:tcW w:w="919" w:type="dxa"/>
            <w:noWrap/>
            <w:hideMark/>
          </w:tcPr>
          <w:p w14:paraId="33EBFFD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Kurthia</w:t>
            </w:r>
          </w:p>
        </w:tc>
        <w:tc>
          <w:tcPr>
            <w:tcW w:w="852" w:type="dxa"/>
            <w:noWrap/>
            <w:hideMark/>
          </w:tcPr>
          <w:p w14:paraId="7FC316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7A48D0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5684AA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A8C1C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C3023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DBF09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4D61C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505E4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E0F0C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25404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C4810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3B284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29D42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60192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55613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22692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4C98A49" w14:textId="77777777" w:rsidTr="006750F2">
        <w:trPr>
          <w:trHeight w:val="280"/>
        </w:trPr>
        <w:tc>
          <w:tcPr>
            <w:tcW w:w="919" w:type="dxa"/>
            <w:noWrap/>
            <w:hideMark/>
          </w:tcPr>
          <w:p w14:paraId="0F187B1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Lacticaseibacillus</w:t>
            </w:r>
          </w:p>
        </w:tc>
        <w:tc>
          <w:tcPr>
            <w:tcW w:w="852" w:type="dxa"/>
            <w:noWrap/>
            <w:hideMark/>
          </w:tcPr>
          <w:p w14:paraId="3937D9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2EA5DE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w:t>
            </w:r>
          </w:p>
        </w:tc>
        <w:tc>
          <w:tcPr>
            <w:tcW w:w="768" w:type="dxa"/>
            <w:noWrap/>
            <w:hideMark/>
          </w:tcPr>
          <w:p w14:paraId="2C63C6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AC35D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721" w:type="dxa"/>
            <w:noWrap/>
            <w:hideMark/>
          </w:tcPr>
          <w:p w14:paraId="03EA47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DB52F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AECBA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6C3B7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D580C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5E91B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AD40B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03CD0E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CB9AC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2A08D7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04A4A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D1CCB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EA2739C" w14:textId="77777777" w:rsidTr="006750F2">
        <w:trPr>
          <w:trHeight w:val="280"/>
        </w:trPr>
        <w:tc>
          <w:tcPr>
            <w:tcW w:w="919" w:type="dxa"/>
            <w:noWrap/>
            <w:hideMark/>
          </w:tcPr>
          <w:p w14:paraId="02CAFE4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Lactiplantibacillus</w:t>
            </w:r>
          </w:p>
        </w:tc>
        <w:tc>
          <w:tcPr>
            <w:tcW w:w="852" w:type="dxa"/>
            <w:noWrap/>
            <w:hideMark/>
          </w:tcPr>
          <w:p w14:paraId="408958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7008E8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w:t>
            </w:r>
          </w:p>
        </w:tc>
        <w:tc>
          <w:tcPr>
            <w:tcW w:w="768" w:type="dxa"/>
            <w:noWrap/>
            <w:hideMark/>
          </w:tcPr>
          <w:p w14:paraId="20DEB0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A33D3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23.5</w:t>
            </w:r>
          </w:p>
        </w:tc>
        <w:tc>
          <w:tcPr>
            <w:tcW w:w="721" w:type="dxa"/>
            <w:noWrap/>
            <w:hideMark/>
          </w:tcPr>
          <w:p w14:paraId="514388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6EB44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AA34C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5B17E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56138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DBF88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7EDA9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038300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3B139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50E7EA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C1314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302D4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462E884" w14:textId="77777777" w:rsidTr="006750F2">
        <w:trPr>
          <w:trHeight w:val="280"/>
        </w:trPr>
        <w:tc>
          <w:tcPr>
            <w:tcW w:w="919" w:type="dxa"/>
            <w:noWrap/>
            <w:hideMark/>
          </w:tcPr>
          <w:p w14:paraId="0939D77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Lactobacillus</w:t>
            </w:r>
          </w:p>
        </w:tc>
        <w:tc>
          <w:tcPr>
            <w:tcW w:w="852" w:type="dxa"/>
            <w:noWrap/>
            <w:hideMark/>
          </w:tcPr>
          <w:p w14:paraId="0B0C38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6EEC67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138</w:t>
            </w:r>
          </w:p>
        </w:tc>
        <w:tc>
          <w:tcPr>
            <w:tcW w:w="768" w:type="dxa"/>
            <w:noWrap/>
            <w:hideMark/>
          </w:tcPr>
          <w:p w14:paraId="7E3AD9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2B349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0.7</w:t>
            </w:r>
          </w:p>
        </w:tc>
        <w:tc>
          <w:tcPr>
            <w:tcW w:w="721" w:type="dxa"/>
            <w:noWrap/>
            <w:hideMark/>
          </w:tcPr>
          <w:p w14:paraId="231FD0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696D1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2E282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6B0D2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893DD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B9A39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6908E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72B2CB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03974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734CE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FD06D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A1074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6BFB8F3" w14:textId="77777777" w:rsidTr="006750F2">
        <w:trPr>
          <w:trHeight w:val="280"/>
        </w:trPr>
        <w:tc>
          <w:tcPr>
            <w:tcW w:w="919" w:type="dxa"/>
            <w:noWrap/>
            <w:hideMark/>
          </w:tcPr>
          <w:p w14:paraId="517ED4D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Lactococcus</w:t>
            </w:r>
          </w:p>
        </w:tc>
        <w:tc>
          <w:tcPr>
            <w:tcW w:w="852" w:type="dxa"/>
            <w:noWrap/>
            <w:hideMark/>
          </w:tcPr>
          <w:p w14:paraId="09B706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4D862A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w:t>
            </w:r>
          </w:p>
        </w:tc>
        <w:tc>
          <w:tcPr>
            <w:tcW w:w="768" w:type="dxa"/>
            <w:noWrap/>
            <w:hideMark/>
          </w:tcPr>
          <w:p w14:paraId="2F27AB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FF64B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721" w:type="dxa"/>
            <w:noWrap/>
            <w:hideMark/>
          </w:tcPr>
          <w:p w14:paraId="46AC4C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AF1A1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2D9DD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B16BD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2785F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EFB9D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5D466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605AC9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5FD6E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68DD5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7A549E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B4B67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9EA7642" w14:textId="77777777" w:rsidTr="006750F2">
        <w:trPr>
          <w:trHeight w:val="280"/>
        </w:trPr>
        <w:tc>
          <w:tcPr>
            <w:tcW w:w="919" w:type="dxa"/>
            <w:noWrap/>
            <w:hideMark/>
          </w:tcPr>
          <w:p w14:paraId="74270DF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Latilactobacillus</w:t>
            </w:r>
          </w:p>
        </w:tc>
        <w:tc>
          <w:tcPr>
            <w:tcW w:w="852" w:type="dxa"/>
            <w:noWrap/>
            <w:hideMark/>
          </w:tcPr>
          <w:p w14:paraId="194F35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0EB199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4E4DE1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CD9BE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867EF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66221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DA656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149DB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97C96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BA27C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399C1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C9592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11D46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7B204C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12F1C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75604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1307D4E" w14:textId="77777777" w:rsidTr="006750F2">
        <w:trPr>
          <w:trHeight w:val="280"/>
        </w:trPr>
        <w:tc>
          <w:tcPr>
            <w:tcW w:w="919" w:type="dxa"/>
            <w:noWrap/>
            <w:hideMark/>
          </w:tcPr>
          <w:p w14:paraId="22C781E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Lederbergia</w:t>
            </w:r>
          </w:p>
        </w:tc>
        <w:tc>
          <w:tcPr>
            <w:tcW w:w="852" w:type="dxa"/>
            <w:noWrap/>
            <w:hideMark/>
          </w:tcPr>
          <w:p w14:paraId="5ACEDF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4D5B12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39ED28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A3885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42.9</w:t>
            </w:r>
          </w:p>
        </w:tc>
        <w:tc>
          <w:tcPr>
            <w:tcW w:w="721" w:type="dxa"/>
            <w:noWrap/>
            <w:hideMark/>
          </w:tcPr>
          <w:p w14:paraId="456C43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674" w:type="dxa"/>
            <w:noWrap/>
            <w:hideMark/>
          </w:tcPr>
          <w:p w14:paraId="65745A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BB5BD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62684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EC225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91B4A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1008" w:type="dxa"/>
            <w:noWrap/>
            <w:hideMark/>
          </w:tcPr>
          <w:p w14:paraId="770363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5817D9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5F583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56CB41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E9C97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86EE4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D0E5C42" w14:textId="77777777" w:rsidTr="006750F2">
        <w:trPr>
          <w:trHeight w:val="280"/>
        </w:trPr>
        <w:tc>
          <w:tcPr>
            <w:tcW w:w="919" w:type="dxa"/>
            <w:noWrap/>
            <w:hideMark/>
          </w:tcPr>
          <w:p w14:paraId="3C43C8F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Lentibacillus</w:t>
            </w:r>
          </w:p>
        </w:tc>
        <w:tc>
          <w:tcPr>
            <w:tcW w:w="852" w:type="dxa"/>
            <w:noWrap/>
            <w:hideMark/>
          </w:tcPr>
          <w:p w14:paraId="0F827F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1C6EDF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64768D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32095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721" w:type="dxa"/>
            <w:noWrap/>
            <w:hideMark/>
          </w:tcPr>
          <w:p w14:paraId="0425EC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674" w:type="dxa"/>
            <w:noWrap/>
            <w:hideMark/>
          </w:tcPr>
          <w:p w14:paraId="3DE978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0B2B4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2B323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D5973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BA657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1008" w:type="dxa"/>
            <w:noWrap/>
            <w:hideMark/>
          </w:tcPr>
          <w:p w14:paraId="37871E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55BBF9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754AD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76820E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6686E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F6913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28F657CF" w14:textId="77777777" w:rsidTr="006750F2">
        <w:trPr>
          <w:trHeight w:val="280"/>
        </w:trPr>
        <w:tc>
          <w:tcPr>
            <w:tcW w:w="919" w:type="dxa"/>
            <w:noWrap/>
            <w:hideMark/>
          </w:tcPr>
          <w:p w14:paraId="4AF60FF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Lentilactobacillus</w:t>
            </w:r>
          </w:p>
        </w:tc>
        <w:tc>
          <w:tcPr>
            <w:tcW w:w="852" w:type="dxa"/>
            <w:noWrap/>
            <w:hideMark/>
          </w:tcPr>
          <w:p w14:paraId="5CCF55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1904FA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w:t>
            </w:r>
          </w:p>
        </w:tc>
        <w:tc>
          <w:tcPr>
            <w:tcW w:w="768" w:type="dxa"/>
            <w:noWrap/>
            <w:hideMark/>
          </w:tcPr>
          <w:p w14:paraId="6F123E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9FD4B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721" w:type="dxa"/>
            <w:noWrap/>
            <w:hideMark/>
          </w:tcPr>
          <w:p w14:paraId="7533FC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67AB8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CF5E4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03918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977CA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39607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DB0AA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2D7C3F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2A7BC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47FE8E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BA986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18A12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85DB71B" w14:textId="77777777" w:rsidTr="006750F2">
        <w:trPr>
          <w:trHeight w:val="280"/>
        </w:trPr>
        <w:tc>
          <w:tcPr>
            <w:tcW w:w="919" w:type="dxa"/>
            <w:noWrap/>
            <w:hideMark/>
          </w:tcPr>
          <w:p w14:paraId="0D93569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Leuconostoc</w:t>
            </w:r>
          </w:p>
        </w:tc>
        <w:tc>
          <w:tcPr>
            <w:tcW w:w="852" w:type="dxa"/>
            <w:noWrap/>
            <w:hideMark/>
          </w:tcPr>
          <w:p w14:paraId="686E0B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60CE56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w:t>
            </w:r>
          </w:p>
        </w:tc>
        <w:tc>
          <w:tcPr>
            <w:tcW w:w="768" w:type="dxa"/>
            <w:noWrap/>
            <w:hideMark/>
          </w:tcPr>
          <w:p w14:paraId="66DCBC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D27B0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6AB97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FE800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25C91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44B6C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C9178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3CBA7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6E781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A5A04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A7BF0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0FD4E0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4B367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18939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4D621B3" w14:textId="77777777" w:rsidTr="006750F2">
        <w:trPr>
          <w:trHeight w:val="280"/>
        </w:trPr>
        <w:tc>
          <w:tcPr>
            <w:tcW w:w="919" w:type="dxa"/>
            <w:noWrap/>
            <w:hideMark/>
          </w:tcPr>
          <w:p w14:paraId="2E46606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Levilactobacillus</w:t>
            </w:r>
          </w:p>
        </w:tc>
        <w:tc>
          <w:tcPr>
            <w:tcW w:w="852" w:type="dxa"/>
            <w:noWrap/>
            <w:hideMark/>
          </w:tcPr>
          <w:p w14:paraId="5CEDF2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2F77BF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w:t>
            </w:r>
          </w:p>
        </w:tc>
        <w:tc>
          <w:tcPr>
            <w:tcW w:w="768" w:type="dxa"/>
            <w:noWrap/>
            <w:hideMark/>
          </w:tcPr>
          <w:p w14:paraId="1FFBDE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C897A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21" w:type="dxa"/>
            <w:noWrap/>
            <w:hideMark/>
          </w:tcPr>
          <w:p w14:paraId="611E8D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C3917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55A4E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478EB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DEF90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A7ADF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6E859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5AC1F6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E262D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79B8F4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78AE3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656A3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D01CE70" w14:textId="77777777" w:rsidTr="006750F2">
        <w:trPr>
          <w:trHeight w:val="280"/>
        </w:trPr>
        <w:tc>
          <w:tcPr>
            <w:tcW w:w="919" w:type="dxa"/>
            <w:noWrap/>
            <w:hideMark/>
          </w:tcPr>
          <w:p w14:paraId="15D7950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Ligilactobacillus</w:t>
            </w:r>
          </w:p>
        </w:tc>
        <w:tc>
          <w:tcPr>
            <w:tcW w:w="852" w:type="dxa"/>
            <w:noWrap/>
            <w:hideMark/>
          </w:tcPr>
          <w:p w14:paraId="0A7D5F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06BCD4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w:t>
            </w:r>
          </w:p>
        </w:tc>
        <w:tc>
          <w:tcPr>
            <w:tcW w:w="768" w:type="dxa"/>
            <w:noWrap/>
            <w:hideMark/>
          </w:tcPr>
          <w:p w14:paraId="1533E4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2D46E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A9A97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7B453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C06ED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0BED5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41306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8E737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94672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EA420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96D59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30F5C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2F65A5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986A2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88E0F13" w14:textId="77777777" w:rsidTr="006750F2">
        <w:trPr>
          <w:trHeight w:val="280"/>
        </w:trPr>
        <w:tc>
          <w:tcPr>
            <w:tcW w:w="919" w:type="dxa"/>
            <w:noWrap/>
            <w:hideMark/>
          </w:tcPr>
          <w:p w14:paraId="795982D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Limosilactobacillus</w:t>
            </w:r>
          </w:p>
        </w:tc>
        <w:tc>
          <w:tcPr>
            <w:tcW w:w="852" w:type="dxa"/>
            <w:noWrap/>
            <w:hideMark/>
          </w:tcPr>
          <w:p w14:paraId="79FE52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2CC0CE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73</w:t>
            </w:r>
          </w:p>
        </w:tc>
        <w:tc>
          <w:tcPr>
            <w:tcW w:w="768" w:type="dxa"/>
            <w:noWrap/>
            <w:hideMark/>
          </w:tcPr>
          <w:p w14:paraId="7BC794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287B8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721" w:type="dxa"/>
            <w:noWrap/>
            <w:hideMark/>
          </w:tcPr>
          <w:p w14:paraId="1BC950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5237D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D87CB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D8F09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368E3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9DC39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08D34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643438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26556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4ABFA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4AA3B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1BADB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67913EC" w14:textId="77777777" w:rsidTr="006750F2">
        <w:trPr>
          <w:trHeight w:val="280"/>
        </w:trPr>
        <w:tc>
          <w:tcPr>
            <w:tcW w:w="919" w:type="dxa"/>
            <w:noWrap/>
            <w:hideMark/>
          </w:tcPr>
          <w:p w14:paraId="5CE5251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Liquorilactobacillus</w:t>
            </w:r>
          </w:p>
        </w:tc>
        <w:tc>
          <w:tcPr>
            <w:tcW w:w="852" w:type="dxa"/>
            <w:noWrap/>
            <w:hideMark/>
          </w:tcPr>
          <w:p w14:paraId="5DCBDC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70E4BC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120E96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4AFFE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EC5F3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B1FC0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C2123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E6D73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8070E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1D60F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C0FCA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4C9CC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CAE58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77757E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189D8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04F8A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A7177EE" w14:textId="77777777" w:rsidTr="006750F2">
        <w:trPr>
          <w:trHeight w:val="280"/>
        </w:trPr>
        <w:tc>
          <w:tcPr>
            <w:tcW w:w="919" w:type="dxa"/>
            <w:noWrap/>
            <w:hideMark/>
          </w:tcPr>
          <w:p w14:paraId="3DFE12C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Listeria</w:t>
            </w:r>
          </w:p>
        </w:tc>
        <w:tc>
          <w:tcPr>
            <w:tcW w:w="852" w:type="dxa"/>
            <w:noWrap/>
            <w:hideMark/>
          </w:tcPr>
          <w:p w14:paraId="572473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2C6B24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w:t>
            </w:r>
          </w:p>
        </w:tc>
        <w:tc>
          <w:tcPr>
            <w:tcW w:w="768" w:type="dxa"/>
            <w:noWrap/>
            <w:hideMark/>
          </w:tcPr>
          <w:p w14:paraId="25627C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E5454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39.1</w:t>
            </w:r>
          </w:p>
        </w:tc>
        <w:tc>
          <w:tcPr>
            <w:tcW w:w="721" w:type="dxa"/>
            <w:noWrap/>
            <w:hideMark/>
          </w:tcPr>
          <w:p w14:paraId="14452E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D209C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71AFF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1CA18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11F23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2ADC8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FE4D8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195D75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17491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FFCA4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A480C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91AF6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6EFB9BE" w14:textId="77777777" w:rsidTr="006750F2">
        <w:trPr>
          <w:trHeight w:val="280"/>
        </w:trPr>
        <w:tc>
          <w:tcPr>
            <w:tcW w:w="919" w:type="dxa"/>
            <w:noWrap/>
            <w:hideMark/>
          </w:tcPr>
          <w:p w14:paraId="4E12D73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Loigolactobacillus</w:t>
            </w:r>
          </w:p>
        </w:tc>
        <w:tc>
          <w:tcPr>
            <w:tcW w:w="852" w:type="dxa"/>
            <w:noWrap/>
            <w:hideMark/>
          </w:tcPr>
          <w:p w14:paraId="43D6B5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1EF98C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668E10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326D6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92.3</w:t>
            </w:r>
          </w:p>
        </w:tc>
        <w:tc>
          <w:tcPr>
            <w:tcW w:w="721" w:type="dxa"/>
            <w:noWrap/>
            <w:hideMark/>
          </w:tcPr>
          <w:p w14:paraId="33F6FA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4F2B8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E8DFC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80BCF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81A91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E3E98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27C77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6BFDD8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463B8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00A6A1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3A114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59B03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58E7B1F" w14:textId="77777777" w:rsidTr="006750F2">
        <w:trPr>
          <w:trHeight w:val="280"/>
        </w:trPr>
        <w:tc>
          <w:tcPr>
            <w:tcW w:w="919" w:type="dxa"/>
            <w:noWrap/>
            <w:hideMark/>
          </w:tcPr>
          <w:p w14:paraId="75B593A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Lysinibacillus</w:t>
            </w:r>
          </w:p>
        </w:tc>
        <w:tc>
          <w:tcPr>
            <w:tcW w:w="852" w:type="dxa"/>
            <w:noWrap/>
            <w:hideMark/>
          </w:tcPr>
          <w:p w14:paraId="51EEB6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4DE0F8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768" w:type="dxa"/>
            <w:noWrap/>
            <w:hideMark/>
          </w:tcPr>
          <w:p w14:paraId="4AA0D7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779A1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21" w:type="dxa"/>
            <w:noWrap/>
            <w:hideMark/>
          </w:tcPr>
          <w:p w14:paraId="303A3E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57AE5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6BD4E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78566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3B3FD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B05BF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69B3A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6C1532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4455F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74753B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508614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2D236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96BDAB4" w14:textId="77777777" w:rsidTr="006750F2">
        <w:trPr>
          <w:trHeight w:val="280"/>
        </w:trPr>
        <w:tc>
          <w:tcPr>
            <w:tcW w:w="919" w:type="dxa"/>
            <w:noWrap/>
            <w:hideMark/>
          </w:tcPr>
          <w:p w14:paraId="161623C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Macrococcus</w:t>
            </w:r>
          </w:p>
        </w:tc>
        <w:tc>
          <w:tcPr>
            <w:tcW w:w="852" w:type="dxa"/>
            <w:noWrap/>
            <w:hideMark/>
          </w:tcPr>
          <w:p w14:paraId="6A66BE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02B8DC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08EB36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2884F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78.9</w:t>
            </w:r>
          </w:p>
        </w:tc>
        <w:tc>
          <w:tcPr>
            <w:tcW w:w="721" w:type="dxa"/>
            <w:noWrap/>
            <w:hideMark/>
          </w:tcPr>
          <w:p w14:paraId="024BC0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F372F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32FDF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E9A26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AB813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2CDE6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0018B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565C0F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4C519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85D1C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72E30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1F89B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4F2322A" w14:textId="77777777" w:rsidTr="006750F2">
        <w:trPr>
          <w:trHeight w:val="280"/>
        </w:trPr>
        <w:tc>
          <w:tcPr>
            <w:tcW w:w="919" w:type="dxa"/>
            <w:noWrap/>
            <w:hideMark/>
          </w:tcPr>
          <w:p w14:paraId="69B2088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Mammaliicoccus</w:t>
            </w:r>
          </w:p>
        </w:tc>
        <w:tc>
          <w:tcPr>
            <w:tcW w:w="852" w:type="dxa"/>
            <w:noWrap/>
            <w:hideMark/>
          </w:tcPr>
          <w:p w14:paraId="6DFDF4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42966A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1F7C36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B4D34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5BF60A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8F9D2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2FD40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89102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E171F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82D21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66CB2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530407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CAA73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20F37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CCADE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DCA4C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CA4E0DD" w14:textId="77777777" w:rsidTr="006750F2">
        <w:trPr>
          <w:trHeight w:val="280"/>
        </w:trPr>
        <w:tc>
          <w:tcPr>
            <w:tcW w:w="919" w:type="dxa"/>
            <w:noWrap/>
            <w:hideMark/>
          </w:tcPr>
          <w:p w14:paraId="2A7B443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Mesobacillus</w:t>
            </w:r>
          </w:p>
        </w:tc>
        <w:tc>
          <w:tcPr>
            <w:tcW w:w="852" w:type="dxa"/>
            <w:noWrap/>
            <w:hideMark/>
          </w:tcPr>
          <w:p w14:paraId="55F576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44D022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7FC2E1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39" w:type="dxa"/>
            <w:noWrap/>
            <w:hideMark/>
          </w:tcPr>
          <w:p w14:paraId="7258F4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21" w:type="dxa"/>
            <w:noWrap/>
            <w:hideMark/>
          </w:tcPr>
          <w:p w14:paraId="59ACA5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674" w:type="dxa"/>
            <w:noWrap/>
            <w:hideMark/>
          </w:tcPr>
          <w:p w14:paraId="4F63FB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9A523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F467C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909" w:type="dxa"/>
            <w:noWrap/>
            <w:hideMark/>
          </w:tcPr>
          <w:p w14:paraId="2E2CF9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105</w:t>
            </w:r>
          </w:p>
        </w:tc>
        <w:tc>
          <w:tcPr>
            <w:tcW w:w="751" w:type="dxa"/>
            <w:noWrap/>
            <w:hideMark/>
          </w:tcPr>
          <w:p w14:paraId="0E7B6A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1008" w:type="dxa"/>
            <w:noWrap/>
            <w:hideMark/>
          </w:tcPr>
          <w:p w14:paraId="2FAD01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B12F1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0C54A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BCAD1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EC1DB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E0ABA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55EAD57A" w14:textId="77777777" w:rsidTr="006750F2">
        <w:trPr>
          <w:trHeight w:val="280"/>
        </w:trPr>
        <w:tc>
          <w:tcPr>
            <w:tcW w:w="919" w:type="dxa"/>
            <w:noWrap/>
            <w:hideMark/>
          </w:tcPr>
          <w:p w14:paraId="2C5345F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Metabacillus</w:t>
            </w:r>
          </w:p>
        </w:tc>
        <w:tc>
          <w:tcPr>
            <w:tcW w:w="852" w:type="dxa"/>
            <w:noWrap/>
            <w:hideMark/>
          </w:tcPr>
          <w:p w14:paraId="11B0F4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4CA444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68" w:type="dxa"/>
            <w:noWrap/>
            <w:hideMark/>
          </w:tcPr>
          <w:p w14:paraId="54E323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39" w:type="dxa"/>
            <w:noWrap/>
            <w:hideMark/>
          </w:tcPr>
          <w:p w14:paraId="28C889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721" w:type="dxa"/>
            <w:noWrap/>
            <w:hideMark/>
          </w:tcPr>
          <w:p w14:paraId="3050CB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674" w:type="dxa"/>
            <w:noWrap/>
            <w:hideMark/>
          </w:tcPr>
          <w:p w14:paraId="2692FD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026D0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C1EF5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ABC11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51" w:type="dxa"/>
            <w:noWrap/>
            <w:hideMark/>
          </w:tcPr>
          <w:p w14:paraId="4BF18C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1008" w:type="dxa"/>
            <w:noWrap/>
            <w:hideMark/>
          </w:tcPr>
          <w:p w14:paraId="0CA1FB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D2A63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E2A48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7266A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7C622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725F3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4587CBD" w14:textId="77777777" w:rsidTr="006750F2">
        <w:trPr>
          <w:trHeight w:val="280"/>
        </w:trPr>
        <w:tc>
          <w:tcPr>
            <w:tcW w:w="919" w:type="dxa"/>
            <w:noWrap/>
            <w:hideMark/>
          </w:tcPr>
          <w:p w14:paraId="2D0C7E4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Neobacillus</w:t>
            </w:r>
          </w:p>
        </w:tc>
        <w:tc>
          <w:tcPr>
            <w:tcW w:w="852" w:type="dxa"/>
            <w:noWrap/>
            <w:hideMark/>
          </w:tcPr>
          <w:p w14:paraId="5355B5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1A32EA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74</w:t>
            </w:r>
          </w:p>
        </w:tc>
        <w:tc>
          <w:tcPr>
            <w:tcW w:w="768" w:type="dxa"/>
            <w:noWrap/>
            <w:hideMark/>
          </w:tcPr>
          <w:p w14:paraId="2E4E76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48.6</w:t>
            </w:r>
          </w:p>
        </w:tc>
        <w:tc>
          <w:tcPr>
            <w:tcW w:w="739" w:type="dxa"/>
            <w:noWrap/>
            <w:hideMark/>
          </w:tcPr>
          <w:p w14:paraId="131A33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55.4</w:t>
            </w:r>
          </w:p>
        </w:tc>
        <w:tc>
          <w:tcPr>
            <w:tcW w:w="721" w:type="dxa"/>
            <w:noWrap/>
            <w:hideMark/>
          </w:tcPr>
          <w:p w14:paraId="6F2A81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31.1</w:t>
            </w:r>
          </w:p>
        </w:tc>
        <w:tc>
          <w:tcPr>
            <w:tcW w:w="674" w:type="dxa"/>
            <w:noWrap/>
            <w:hideMark/>
          </w:tcPr>
          <w:p w14:paraId="4CA55D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694" w:type="dxa"/>
            <w:noWrap/>
            <w:hideMark/>
          </w:tcPr>
          <w:p w14:paraId="7EF5AE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23E80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56.8</w:t>
            </w:r>
          </w:p>
        </w:tc>
        <w:tc>
          <w:tcPr>
            <w:tcW w:w="909" w:type="dxa"/>
            <w:noWrap/>
            <w:hideMark/>
          </w:tcPr>
          <w:p w14:paraId="22CECC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106.8</w:t>
            </w:r>
          </w:p>
        </w:tc>
        <w:tc>
          <w:tcPr>
            <w:tcW w:w="751" w:type="dxa"/>
            <w:noWrap/>
            <w:hideMark/>
          </w:tcPr>
          <w:p w14:paraId="729927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31.1</w:t>
            </w:r>
          </w:p>
        </w:tc>
        <w:tc>
          <w:tcPr>
            <w:tcW w:w="1008" w:type="dxa"/>
            <w:noWrap/>
            <w:hideMark/>
          </w:tcPr>
          <w:p w14:paraId="78A031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4955A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0B9C4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1AB03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8B4F1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0B2BF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7EA4E14F" w14:textId="77777777" w:rsidTr="006750F2">
        <w:trPr>
          <w:trHeight w:val="280"/>
        </w:trPr>
        <w:tc>
          <w:tcPr>
            <w:tcW w:w="919" w:type="dxa"/>
            <w:noWrap/>
            <w:hideMark/>
          </w:tcPr>
          <w:p w14:paraId="71B633C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Niallia</w:t>
            </w:r>
          </w:p>
        </w:tc>
        <w:tc>
          <w:tcPr>
            <w:tcW w:w="852" w:type="dxa"/>
            <w:noWrap/>
            <w:hideMark/>
          </w:tcPr>
          <w:p w14:paraId="75ED40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29C95A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2C9B79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39" w:type="dxa"/>
            <w:noWrap/>
            <w:hideMark/>
          </w:tcPr>
          <w:p w14:paraId="638838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21" w:type="dxa"/>
            <w:noWrap/>
            <w:hideMark/>
          </w:tcPr>
          <w:p w14:paraId="7BF486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ED86A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694" w:type="dxa"/>
            <w:noWrap/>
            <w:hideMark/>
          </w:tcPr>
          <w:p w14:paraId="7F7DDC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A6EC2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633E6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3014EC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DBF27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950D2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C9B2C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80956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94BED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0E6BB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D54FA06" w14:textId="77777777" w:rsidTr="006750F2">
        <w:trPr>
          <w:trHeight w:val="280"/>
        </w:trPr>
        <w:tc>
          <w:tcPr>
            <w:tcW w:w="919" w:type="dxa"/>
            <w:noWrap/>
            <w:hideMark/>
          </w:tcPr>
          <w:p w14:paraId="1664802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Oceanobacillus</w:t>
            </w:r>
          </w:p>
        </w:tc>
        <w:tc>
          <w:tcPr>
            <w:tcW w:w="852" w:type="dxa"/>
            <w:noWrap/>
            <w:hideMark/>
          </w:tcPr>
          <w:p w14:paraId="2893F8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4FBCE4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768" w:type="dxa"/>
            <w:noWrap/>
            <w:hideMark/>
          </w:tcPr>
          <w:p w14:paraId="1CA94B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5C136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21" w:type="dxa"/>
            <w:noWrap/>
            <w:hideMark/>
          </w:tcPr>
          <w:p w14:paraId="00445D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12.1</w:t>
            </w:r>
          </w:p>
        </w:tc>
        <w:tc>
          <w:tcPr>
            <w:tcW w:w="674" w:type="dxa"/>
            <w:noWrap/>
            <w:hideMark/>
          </w:tcPr>
          <w:p w14:paraId="59D443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F3F04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FA871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C12A3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227A7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12.1</w:t>
            </w:r>
          </w:p>
        </w:tc>
        <w:tc>
          <w:tcPr>
            <w:tcW w:w="1008" w:type="dxa"/>
            <w:noWrap/>
            <w:hideMark/>
          </w:tcPr>
          <w:p w14:paraId="26526C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432442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10C56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31621A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1B91E7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77DB9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C39AA1F" w14:textId="77777777" w:rsidTr="006750F2">
        <w:trPr>
          <w:trHeight w:val="280"/>
        </w:trPr>
        <w:tc>
          <w:tcPr>
            <w:tcW w:w="919" w:type="dxa"/>
            <w:noWrap/>
            <w:hideMark/>
          </w:tcPr>
          <w:p w14:paraId="00088D3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Paenibacillus</w:t>
            </w:r>
          </w:p>
        </w:tc>
        <w:tc>
          <w:tcPr>
            <w:tcW w:w="852" w:type="dxa"/>
            <w:noWrap/>
            <w:hideMark/>
          </w:tcPr>
          <w:p w14:paraId="631EA3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297D6A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414</w:t>
            </w:r>
          </w:p>
        </w:tc>
        <w:tc>
          <w:tcPr>
            <w:tcW w:w="768" w:type="dxa"/>
            <w:noWrap/>
            <w:hideMark/>
          </w:tcPr>
          <w:p w14:paraId="4B76FE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31.2</w:t>
            </w:r>
          </w:p>
        </w:tc>
        <w:tc>
          <w:tcPr>
            <w:tcW w:w="739" w:type="dxa"/>
            <w:noWrap/>
            <w:hideMark/>
          </w:tcPr>
          <w:p w14:paraId="2F08D8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36.2</w:t>
            </w:r>
          </w:p>
        </w:tc>
        <w:tc>
          <w:tcPr>
            <w:tcW w:w="721" w:type="dxa"/>
            <w:noWrap/>
            <w:hideMark/>
          </w:tcPr>
          <w:p w14:paraId="016B5D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9.4</w:t>
            </w:r>
          </w:p>
        </w:tc>
        <w:tc>
          <w:tcPr>
            <w:tcW w:w="674" w:type="dxa"/>
            <w:noWrap/>
            <w:hideMark/>
          </w:tcPr>
          <w:p w14:paraId="0EF755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19.3</w:t>
            </w:r>
          </w:p>
        </w:tc>
        <w:tc>
          <w:tcPr>
            <w:tcW w:w="694" w:type="dxa"/>
            <w:noWrap/>
            <w:hideMark/>
          </w:tcPr>
          <w:p w14:paraId="41A194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ED9FA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B7E52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50.5</w:t>
            </w:r>
          </w:p>
        </w:tc>
        <w:tc>
          <w:tcPr>
            <w:tcW w:w="751" w:type="dxa"/>
            <w:noWrap/>
            <w:hideMark/>
          </w:tcPr>
          <w:p w14:paraId="78428B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9.4</w:t>
            </w:r>
          </w:p>
        </w:tc>
        <w:tc>
          <w:tcPr>
            <w:tcW w:w="1008" w:type="dxa"/>
            <w:noWrap/>
            <w:hideMark/>
          </w:tcPr>
          <w:p w14:paraId="2BF454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74903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724FA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0A78D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46FB7E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93B8A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A389E25" w14:textId="77777777" w:rsidTr="006750F2">
        <w:trPr>
          <w:trHeight w:val="280"/>
        </w:trPr>
        <w:tc>
          <w:tcPr>
            <w:tcW w:w="919" w:type="dxa"/>
            <w:noWrap/>
            <w:hideMark/>
          </w:tcPr>
          <w:p w14:paraId="0B40482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Parageobacillus</w:t>
            </w:r>
          </w:p>
        </w:tc>
        <w:tc>
          <w:tcPr>
            <w:tcW w:w="852" w:type="dxa"/>
            <w:noWrap/>
            <w:hideMark/>
          </w:tcPr>
          <w:p w14:paraId="3C1C87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2D98BE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57BE44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949FF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66DFE3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674" w:type="dxa"/>
            <w:noWrap/>
            <w:hideMark/>
          </w:tcPr>
          <w:p w14:paraId="361F12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10E09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28806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778A3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A145B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1008" w:type="dxa"/>
            <w:noWrap/>
            <w:hideMark/>
          </w:tcPr>
          <w:p w14:paraId="19F6E5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2FDFC9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737BA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6FF0C6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2F244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32915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17B9D81D" w14:textId="77777777" w:rsidTr="006750F2">
        <w:trPr>
          <w:trHeight w:val="280"/>
        </w:trPr>
        <w:tc>
          <w:tcPr>
            <w:tcW w:w="919" w:type="dxa"/>
            <w:noWrap/>
            <w:hideMark/>
          </w:tcPr>
          <w:p w14:paraId="6917E0A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Paucilactobacillus</w:t>
            </w:r>
          </w:p>
        </w:tc>
        <w:tc>
          <w:tcPr>
            <w:tcW w:w="852" w:type="dxa"/>
            <w:noWrap/>
            <w:hideMark/>
          </w:tcPr>
          <w:p w14:paraId="541195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41B333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12C1BD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D9B00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E7482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6D24E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D1295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CFA31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539FA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C451A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207D4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163B6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94B62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6C0E52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C8CDE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34060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68C2D2B" w14:textId="77777777" w:rsidTr="006750F2">
        <w:trPr>
          <w:trHeight w:val="280"/>
        </w:trPr>
        <w:tc>
          <w:tcPr>
            <w:tcW w:w="919" w:type="dxa"/>
            <w:noWrap/>
            <w:hideMark/>
          </w:tcPr>
          <w:p w14:paraId="4FA487F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Paucisalibacillus</w:t>
            </w:r>
          </w:p>
        </w:tc>
        <w:tc>
          <w:tcPr>
            <w:tcW w:w="852" w:type="dxa"/>
            <w:noWrap/>
            <w:hideMark/>
          </w:tcPr>
          <w:p w14:paraId="760191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354756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0CCBC2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FF3A0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46.2</w:t>
            </w:r>
          </w:p>
        </w:tc>
        <w:tc>
          <w:tcPr>
            <w:tcW w:w="721" w:type="dxa"/>
            <w:noWrap/>
            <w:hideMark/>
          </w:tcPr>
          <w:p w14:paraId="405F0D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46.2</w:t>
            </w:r>
          </w:p>
        </w:tc>
        <w:tc>
          <w:tcPr>
            <w:tcW w:w="674" w:type="dxa"/>
            <w:noWrap/>
            <w:hideMark/>
          </w:tcPr>
          <w:p w14:paraId="1999C5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B2F4A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03DD5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F2CB7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195E7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46.2</w:t>
            </w:r>
          </w:p>
        </w:tc>
        <w:tc>
          <w:tcPr>
            <w:tcW w:w="1008" w:type="dxa"/>
            <w:noWrap/>
            <w:hideMark/>
          </w:tcPr>
          <w:p w14:paraId="1EE315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08B040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CA86B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142E6C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54128D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6CAA0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7A664CC1" w14:textId="77777777" w:rsidTr="006750F2">
        <w:trPr>
          <w:trHeight w:val="280"/>
        </w:trPr>
        <w:tc>
          <w:tcPr>
            <w:tcW w:w="919" w:type="dxa"/>
            <w:noWrap/>
            <w:hideMark/>
          </w:tcPr>
          <w:p w14:paraId="4AAD7D4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Pediococcus</w:t>
            </w:r>
          </w:p>
        </w:tc>
        <w:tc>
          <w:tcPr>
            <w:tcW w:w="852" w:type="dxa"/>
            <w:noWrap/>
            <w:hideMark/>
          </w:tcPr>
          <w:p w14:paraId="7CABB8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62C576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68" w:type="dxa"/>
            <w:noWrap/>
            <w:hideMark/>
          </w:tcPr>
          <w:p w14:paraId="4C67C8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470CE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6BA01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8EA07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52A7D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A0BD0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23E75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14044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99EE5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FC6B7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567AE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45ADB2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39F15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8FF6F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F9BCD4B" w14:textId="77777777" w:rsidTr="006750F2">
        <w:trPr>
          <w:trHeight w:val="280"/>
        </w:trPr>
        <w:tc>
          <w:tcPr>
            <w:tcW w:w="919" w:type="dxa"/>
            <w:noWrap/>
            <w:hideMark/>
          </w:tcPr>
          <w:p w14:paraId="419B89A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Peribacillus</w:t>
            </w:r>
          </w:p>
        </w:tc>
        <w:tc>
          <w:tcPr>
            <w:tcW w:w="852" w:type="dxa"/>
            <w:noWrap/>
            <w:hideMark/>
          </w:tcPr>
          <w:p w14:paraId="06FD1A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36FBB3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68" w:type="dxa"/>
            <w:noWrap/>
            <w:hideMark/>
          </w:tcPr>
          <w:p w14:paraId="711D3A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39" w:type="dxa"/>
            <w:noWrap/>
            <w:hideMark/>
          </w:tcPr>
          <w:p w14:paraId="0962A4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8542F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0BBAD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AFF17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7394D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C4DF1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51" w:type="dxa"/>
            <w:noWrap/>
            <w:hideMark/>
          </w:tcPr>
          <w:p w14:paraId="352FAB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0D18B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1D18D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F3AD8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F9A48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CCFD2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BD2C3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AA2D67E" w14:textId="77777777" w:rsidTr="006750F2">
        <w:trPr>
          <w:trHeight w:val="280"/>
        </w:trPr>
        <w:tc>
          <w:tcPr>
            <w:tcW w:w="919" w:type="dxa"/>
            <w:noWrap/>
            <w:hideMark/>
          </w:tcPr>
          <w:p w14:paraId="171FB26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Planococcus</w:t>
            </w:r>
          </w:p>
        </w:tc>
        <w:tc>
          <w:tcPr>
            <w:tcW w:w="852" w:type="dxa"/>
            <w:noWrap/>
            <w:hideMark/>
          </w:tcPr>
          <w:p w14:paraId="360BF2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03633D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w:t>
            </w:r>
          </w:p>
        </w:tc>
        <w:tc>
          <w:tcPr>
            <w:tcW w:w="768" w:type="dxa"/>
            <w:noWrap/>
            <w:hideMark/>
          </w:tcPr>
          <w:p w14:paraId="114C22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0DF69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21.1</w:t>
            </w:r>
          </w:p>
        </w:tc>
        <w:tc>
          <w:tcPr>
            <w:tcW w:w="721" w:type="dxa"/>
            <w:noWrap/>
            <w:hideMark/>
          </w:tcPr>
          <w:p w14:paraId="05ED0B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1EE04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31DE8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D5FBE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D2256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969B9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7EC8D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48EBEC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DCCE3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82E77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9BDBC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EF010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AC136EF" w14:textId="77777777" w:rsidTr="006750F2">
        <w:trPr>
          <w:trHeight w:val="280"/>
        </w:trPr>
        <w:tc>
          <w:tcPr>
            <w:tcW w:w="919" w:type="dxa"/>
            <w:noWrap/>
            <w:hideMark/>
          </w:tcPr>
          <w:p w14:paraId="040BA1B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Pontibacillus</w:t>
            </w:r>
          </w:p>
        </w:tc>
        <w:tc>
          <w:tcPr>
            <w:tcW w:w="852" w:type="dxa"/>
            <w:noWrap/>
            <w:hideMark/>
          </w:tcPr>
          <w:p w14:paraId="4D4728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3DEA3D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5E4BE0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39" w:type="dxa"/>
            <w:noWrap/>
            <w:hideMark/>
          </w:tcPr>
          <w:p w14:paraId="1FE2D9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CB6AA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6B00B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AAAFC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C97F6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CC540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51" w:type="dxa"/>
            <w:noWrap/>
            <w:hideMark/>
          </w:tcPr>
          <w:p w14:paraId="464F35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7C4EE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90942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351AB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2F3762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AB7BE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612CF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E471CE6" w14:textId="77777777" w:rsidTr="006750F2">
        <w:trPr>
          <w:trHeight w:val="280"/>
        </w:trPr>
        <w:tc>
          <w:tcPr>
            <w:tcW w:w="919" w:type="dxa"/>
            <w:noWrap/>
            <w:hideMark/>
          </w:tcPr>
          <w:p w14:paraId="7165409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Priestia</w:t>
            </w:r>
          </w:p>
        </w:tc>
        <w:tc>
          <w:tcPr>
            <w:tcW w:w="852" w:type="dxa"/>
            <w:noWrap/>
            <w:hideMark/>
          </w:tcPr>
          <w:p w14:paraId="546B01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282170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25DE60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739" w:type="dxa"/>
            <w:noWrap/>
            <w:hideMark/>
          </w:tcPr>
          <w:p w14:paraId="5F32FF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27D78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293DE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DDB2B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C1F75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DEAD6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751" w:type="dxa"/>
            <w:noWrap/>
            <w:hideMark/>
          </w:tcPr>
          <w:p w14:paraId="5527B5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F6A9C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806CD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805EC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464FF9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514DA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C0887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AB14468" w14:textId="77777777" w:rsidTr="006750F2">
        <w:trPr>
          <w:trHeight w:val="280"/>
        </w:trPr>
        <w:tc>
          <w:tcPr>
            <w:tcW w:w="919" w:type="dxa"/>
            <w:noWrap/>
            <w:hideMark/>
          </w:tcPr>
          <w:p w14:paraId="492C8A5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Pristimantibacillus</w:t>
            </w:r>
          </w:p>
        </w:tc>
        <w:tc>
          <w:tcPr>
            <w:tcW w:w="852" w:type="dxa"/>
            <w:noWrap/>
            <w:hideMark/>
          </w:tcPr>
          <w:p w14:paraId="4CC4A6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2F4721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68" w:type="dxa"/>
            <w:noWrap/>
            <w:hideMark/>
          </w:tcPr>
          <w:p w14:paraId="56D3C9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39" w:type="dxa"/>
            <w:noWrap/>
            <w:hideMark/>
          </w:tcPr>
          <w:p w14:paraId="15EBDB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721" w:type="dxa"/>
            <w:noWrap/>
            <w:hideMark/>
          </w:tcPr>
          <w:p w14:paraId="14636E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674" w:type="dxa"/>
            <w:noWrap/>
            <w:hideMark/>
          </w:tcPr>
          <w:p w14:paraId="458C31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E607D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6B723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AEBB5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51" w:type="dxa"/>
            <w:noWrap/>
            <w:hideMark/>
          </w:tcPr>
          <w:p w14:paraId="3F94BE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1008" w:type="dxa"/>
            <w:noWrap/>
            <w:hideMark/>
          </w:tcPr>
          <w:p w14:paraId="485655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32D8A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52AF8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0C8E4B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9FE1C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49B73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3F7B895" w14:textId="77777777" w:rsidTr="006750F2">
        <w:trPr>
          <w:trHeight w:val="280"/>
        </w:trPr>
        <w:tc>
          <w:tcPr>
            <w:tcW w:w="919" w:type="dxa"/>
            <w:noWrap/>
            <w:hideMark/>
          </w:tcPr>
          <w:p w14:paraId="0D9A291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Psychrobacillus</w:t>
            </w:r>
          </w:p>
        </w:tc>
        <w:tc>
          <w:tcPr>
            <w:tcW w:w="852" w:type="dxa"/>
            <w:noWrap/>
            <w:hideMark/>
          </w:tcPr>
          <w:p w14:paraId="6E2732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70DC19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46D404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EC386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21" w:type="dxa"/>
            <w:noWrap/>
            <w:hideMark/>
          </w:tcPr>
          <w:p w14:paraId="3E027B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674" w:type="dxa"/>
            <w:noWrap/>
            <w:hideMark/>
          </w:tcPr>
          <w:p w14:paraId="003688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71978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73B37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5DA41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11436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1008" w:type="dxa"/>
            <w:noWrap/>
            <w:hideMark/>
          </w:tcPr>
          <w:p w14:paraId="0F822A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0F95AA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BC414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2C55B4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EF96F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249CA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8938AB2" w14:textId="77777777" w:rsidTr="006750F2">
        <w:trPr>
          <w:trHeight w:val="280"/>
        </w:trPr>
        <w:tc>
          <w:tcPr>
            <w:tcW w:w="919" w:type="dxa"/>
            <w:noWrap/>
            <w:hideMark/>
          </w:tcPr>
          <w:p w14:paraId="2170E63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Rossellomorea</w:t>
            </w:r>
          </w:p>
        </w:tc>
        <w:tc>
          <w:tcPr>
            <w:tcW w:w="852" w:type="dxa"/>
            <w:noWrap/>
            <w:hideMark/>
          </w:tcPr>
          <w:p w14:paraId="033C03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3062F2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w:t>
            </w:r>
          </w:p>
        </w:tc>
        <w:tc>
          <w:tcPr>
            <w:tcW w:w="768" w:type="dxa"/>
            <w:noWrap/>
            <w:hideMark/>
          </w:tcPr>
          <w:p w14:paraId="5F0F43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79C58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40443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2A0D8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F9AF9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76671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01911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CC02A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32649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ECDEE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D3F24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A60A4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2886EB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B0C0E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F3FF779" w14:textId="77777777" w:rsidTr="006750F2">
        <w:trPr>
          <w:trHeight w:val="280"/>
        </w:trPr>
        <w:tc>
          <w:tcPr>
            <w:tcW w:w="919" w:type="dxa"/>
            <w:noWrap/>
            <w:hideMark/>
          </w:tcPr>
          <w:p w14:paraId="4F3CD9F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Saccharibacillus</w:t>
            </w:r>
          </w:p>
        </w:tc>
        <w:tc>
          <w:tcPr>
            <w:tcW w:w="852" w:type="dxa"/>
            <w:noWrap/>
            <w:hideMark/>
          </w:tcPr>
          <w:p w14:paraId="6C8259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5FA6F6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23597D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78.6</w:t>
            </w:r>
          </w:p>
        </w:tc>
        <w:tc>
          <w:tcPr>
            <w:tcW w:w="739" w:type="dxa"/>
            <w:noWrap/>
            <w:hideMark/>
          </w:tcPr>
          <w:p w14:paraId="3B4316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64.3</w:t>
            </w:r>
          </w:p>
        </w:tc>
        <w:tc>
          <w:tcPr>
            <w:tcW w:w="721" w:type="dxa"/>
            <w:noWrap/>
            <w:hideMark/>
          </w:tcPr>
          <w:p w14:paraId="17C2D9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92B96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82A0F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0933A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B45C3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78.6</w:t>
            </w:r>
          </w:p>
        </w:tc>
        <w:tc>
          <w:tcPr>
            <w:tcW w:w="751" w:type="dxa"/>
            <w:noWrap/>
            <w:hideMark/>
          </w:tcPr>
          <w:p w14:paraId="7E6B79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C127A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C054F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2BFD5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3461EC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BBE8D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85425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48322F8" w14:textId="77777777" w:rsidTr="006750F2">
        <w:trPr>
          <w:trHeight w:val="280"/>
        </w:trPr>
        <w:tc>
          <w:tcPr>
            <w:tcW w:w="919" w:type="dxa"/>
            <w:noWrap/>
            <w:hideMark/>
          </w:tcPr>
          <w:p w14:paraId="3405B8E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Salinicoccus</w:t>
            </w:r>
          </w:p>
        </w:tc>
        <w:tc>
          <w:tcPr>
            <w:tcW w:w="852" w:type="dxa"/>
            <w:noWrap/>
            <w:hideMark/>
          </w:tcPr>
          <w:p w14:paraId="5A92FE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542D43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6795F3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EA22D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88.2</w:t>
            </w:r>
          </w:p>
        </w:tc>
        <w:tc>
          <w:tcPr>
            <w:tcW w:w="721" w:type="dxa"/>
            <w:noWrap/>
            <w:hideMark/>
          </w:tcPr>
          <w:p w14:paraId="2EBB51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328A6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98DC9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F80D0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BD8B4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37E53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0530D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7D3AF6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A03A3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589896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0D25E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170EE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DBCA46E" w14:textId="77777777" w:rsidTr="006750F2">
        <w:trPr>
          <w:trHeight w:val="280"/>
        </w:trPr>
        <w:tc>
          <w:tcPr>
            <w:tcW w:w="919" w:type="dxa"/>
            <w:noWrap/>
            <w:hideMark/>
          </w:tcPr>
          <w:p w14:paraId="65E1764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Secundilactobacillus</w:t>
            </w:r>
          </w:p>
        </w:tc>
        <w:tc>
          <w:tcPr>
            <w:tcW w:w="852" w:type="dxa"/>
            <w:noWrap/>
            <w:hideMark/>
          </w:tcPr>
          <w:p w14:paraId="1583A1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75D62E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34D59B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1AE92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29.2</w:t>
            </w:r>
          </w:p>
        </w:tc>
        <w:tc>
          <w:tcPr>
            <w:tcW w:w="721" w:type="dxa"/>
            <w:noWrap/>
            <w:hideMark/>
          </w:tcPr>
          <w:p w14:paraId="21433F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BF0C0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E1C92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9228B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D55F0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4ED9C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A90A3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69D7E5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A839B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45DE30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7F3E4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29A1F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426800E" w14:textId="77777777" w:rsidTr="006750F2">
        <w:trPr>
          <w:trHeight w:val="280"/>
        </w:trPr>
        <w:tc>
          <w:tcPr>
            <w:tcW w:w="919" w:type="dxa"/>
            <w:noWrap/>
            <w:hideMark/>
          </w:tcPr>
          <w:p w14:paraId="58FCDF3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Shouchella</w:t>
            </w:r>
          </w:p>
        </w:tc>
        <w:tc>
          <w:tcPr>
            <w:tcW w:w="852" w:type="dxa"/>
            <w:noWrap/>
            <w:hideMark/>
          </w:tcPr>
          <w:p w14:paraId="780CE1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212F25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28B4C8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739" w:type="dxa"/>
            <w:noWrap/>
            <w:hideMark/>
          </w:tcPr>
          <w:p w14:paraId="3A6A0B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21.4</w:t>
            </w:r>
          </w:p>
        </w:tc>
        <w:tc>
          <w:tcPr>
            <w:tcW w:w="721" w:type="dxa"/>
            <w:noWrap/>
            <w:hideMark/>
          </w:tcPr>
          <w:p w14:paraId="113619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38F97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6B360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A7934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6ED96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751" w:type="dxa"/>
            <w:noWrap/>
            <w:hideMark/>
          </w:tcPr>
          <w:p w14:paraId="33BCC1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B49DB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B67D6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9972D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27B5F2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A2525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E0EAD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42B7257" w14:textId="77777777" w:rsidTr="006750F2">
        <w:trPr>
          <w:trHeight w:val="280"/>
        </w:trPr>
        <w:tc>
          <w:tcPr>
            <w:tcW w:w="919" w:type="dxa"/>
            <w:noWrap/>
            <w:hideMark/>
          </w:tcPr>
          <w:p w14:paraId="740B58C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Solibacillus</w:t>
            </w:r>
          </w:p>
        </w:tc>
        <w:tc>
          <w:tcPr>
            <w:tcW w:w="852" w:type="dxa"/>
            <w:noWrap/>
            <w:hideMark/>
          </w:tcPr>
          <w:p w14:paraId="72598C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707F66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62802B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A0E2B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C9DCA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C5C6C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0CC6A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D1196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6C618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8A560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B7E7A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E1E05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0B9FD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0A4F07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14DBA4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943AC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321F55E" w14:textId="77777777" w:rsidTr="006750F2">
        <w:trPr>
          <w:trHeight w:val="280"/>
        </w:trPr>
        <w:tc>
          <w:tcPr>
            <w:tcW w:w="919" w:type="dxa"/>
            <w:noWrap/>
            <w:hideMark/>
          </w:tcPr>
          <w:p w14:paraId="51CE5FB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Sporolactobacillus</w:t>
            </w:r>
          </w:p>
        </w:tc>
        <w:tc>
          <w:tcPr>
            <w:tcW w:w="852" w:type="dxa"/>
            <w:noWrap/>
            <w:hideMark/>
          </w:tcPr>
          <w:p w14:paraId="753B40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7D2772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6D6840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10.5</w:t>
            </w:r>
          </w:p>
        </w:tc>
        <w:tc>
          <w:tcPr>
            <w:tcW w:w="739" w:type="dxa"/>
            <w:noWrap/>
            <w:hideMark/>
          </w:tcPr>
          <w:p w14:paraId="537A8C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w:t>
            </w:r>
          </w:p>
        </w:tc>
        <w:tc>
          <w:tcPr>
            <w:tcW w:w="721" w:type="dxa"/>
            <w:noWrap/>
            <w:hideMark/>
          </w:tcPr>
          <w:p w14:paraId="1F766E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D7BF8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10.5</w:t>
            </w:r>
          </w:p>
        </w:tc>
        <w:tc>
          <w:tcPr>
            <w:tcW w:w="694" w:type="dxa"/>
            <w:noWrap/>
            <w:hideMark/>
          </w:tcPr>
          <w:p w14:paraId="37E718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7A21A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0D693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21.1</w:t>
            </w:r>
          </w:p>
        </w:tc>
        <w:tc>
          <w:tcPr>
            <w:tcW w:w="751" w:type="dxa"/>
            <w:noWrap/>
            <w:hideMark/>
          </w:tcPr>
          <w:p w14:paraId="22EFCA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4282F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4A461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130B5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24B25A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950B1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7B919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0808976" w14:textId="77777777" w:rsidTr="006750F2">
        <w:trPr>
          <w:trHeight w:val="280"/>
        </w:trPr>
        <w:tc>
          <w:tcPr>
            <w:tcW w:w="919" w:type="dxa"/>
            <w:noWrap/>
            <w:hideMark/>
          </w:tcPr>
          <w:p w14:paraId="78CF1F4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Sporosarcina</w:t>
            </w:r>
          </w:p>
        </w:tc>
        <w:tc>
          <w:tcPr>
            <w:tcW w:w="852" w:type="dxa"/>
            <w:noWrap/>
            <w:hideMark/>
          </w:tcPr>
          <w:p w14:paraId="3CF05B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6BFC0C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w:t>
            </w:r>
          </w:p>
        </w:tc>
        <w:tc>
          <w:tcPr>
            <w:tcW w:w="768" w:type="dxa"/>
            <w:noWrap/>
            <w:hideMark/>
          </w:tcPr>
          <w:p w14:paraId="3F877F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C377C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73.7</w:t>
            </w:r>
          </w:p>
        </w:tc>
        <w:tc>
          <w:tcPr>
            <w:tcW w:w="721" w:type="dxa"/>
            <w:noWrap/>
            <w:hideMark/>
          </w:tcPr>
          <w:p w14:paraId="07AB86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8.8</w:t>
            </w:r>
          </w:p>
        </w:tc>
        <w:tc>
          <w:tcPr>
            <w:tcW w:w="674" w:type="dxa"/>
            <w:noWrap/>
            <w:hideMark/>
          </w:tcPr>
          <w:p w14:paraId="5A661A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A1A7A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4E1F7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BE768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7A9D9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8.8</w:t>
            </w:r>
          </w:p>
        </w:tc>
        <w:tc>
          <w:tcPr>
            <w:tcW w:w="1008" w:type="dxa"/>
            <w:noWrap/>
            <w:hideMark/>
          </w:tcPr>
          <w:p w14:paraId="3A1092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28D2D0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A9143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1D38D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BE096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1F574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70DEE49" w14:textId="77777777" w:rsidTr="006750F2">
        <w:trPr>
          <w:trHeight w:val="280"/>
        </w:trPr>
        <w:tc>
          <w:tcPr>
            <w:tcW w:w="919" w:type="dxa"/>
            <w:noWrap/>
            <w:hideMark/>
          </w:tcPr>
          <w:p w14:paraId="6E26441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Staphylococcus</w:t>
            </w:r>
          </w:p>
        </w:tc>
        <w:tc>
          <w:tcPr>
            <w:tcW w:w="852" w:type="dxa"/>
            <w:noWrap/>
            <w:hideMark/>
          </w:tcPr>
          <w:p w14:paraId="4D0FFA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791C3F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181</w:t>
            </w:r>
          </w:p>
        </w:tc>
        <w:tc>
          <w:tcPr>
            <w:tcW w:w="768" w:type="dxa"/>
            <w:noWrap/>
            <w:hideMark/>
          </w:tcPr>
          <w:p w14:paraId="4BAECD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C1EB7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84.5</w:t>
            </w:r>
          </w:p>
        </w:tc>
        <w:tc>
          <w:tcPr>
            <w:tcW w:w="721" w:type="dxa"/>
            <w:noWrap/>
            <w:hideMark/>
          </w:tcPr>
          <w:p w14:paraId="1165BD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72B1D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C1E18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997A4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98260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9CAC4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2D577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025DD7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5111E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CC6B8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EA286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C0B42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9DF3A91" w14:textId="77777777" w:rsidTr="006750F2">
        <w:trPr>
          <w:trHeight w:val="280"/>
        </w:trPr>
        <w:tc>
          <w:tcPr>
            <w:tcW w:w="919" w:type="dxa"/>
            <w:noWrap/>
            <w:hideMark/>
          </w:tcPr>
          <w:p w14:paraId="1C7B5B7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Streptococcus</w:t>
            </w:r>
          </w:p>
        </w:tc>
        <w:tc>
          <w:tcPr>
            <w:tcW w:w="852" w:type="dxa"/>
            <w:noWrap/>
            <w:hideMark/>
          </w:tcPr>
          <w:p w14:paraId="43716C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7153BD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617</w:t>
            </w:r>
          </w:p>
        </w:tc>
        <w:tc>
          <w:tcPr>
            <w:tcW w:w="768" w:type="dxa"/>
            <w:noWrap/>
            <w:hideMark/>
          </w:tcPr>
          <w:p w14:paraId="349AC6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0C969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9E276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FD79C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DABFF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A767F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F130B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8AD61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E730B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E8714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F1EAB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69B29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9A47E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68A7C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B41DF4A" w14:textId="77777777" w:rsidTr="006750F2">
        <w:trPr>
          <w:trHeight w:val="280"/>
        </w:trPr>
        <w:tc>
          <w:tcPr>
            <w:tcW w:w="919" w:type="dxa"/>
            <w:noWrap/>
            <w:hideMark/>
          </w:tcPr>
          <w:p w14:paraId="43D6AE9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Sutcliffiella</w:t>
            </w:r>
          </w:p>
        </w:tc>
        <w:tc>
          <w:tcPr>
            <w:tcW w:w="852" w:type="dxa"/>
            <w:noWrap/>
            <w:hideMark/>
          </w:tcPr>
          <w:p w14:paraId="1DF559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687D6A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2E7372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739" w:type="dxa"/>
            <w:noWrap/>
            <w:hideMark/>
          </w:tcPr>
          <w:p w14:paraId="1DEC38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A3947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2699B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88B85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B9DCF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03246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751" w:type="dxa"/>
            <w:noWrap/>
            <w:hideMark/>
          </w:tcPr>
          <w:p w14:paraId="33C66F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EB5BE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D617D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0191C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E6361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593D9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4047D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02092E5" w14:textId="77777777" w:rsidTr="006750F2">
        <w:trPr>
          <w:trHeight w:val="280"/>
        </w:trPr>
        <w:tc>
          <w:tcPr>
            <w:tcW w:w="919" w:type="dxa"/>
            <w:noWrap/>
            <w:hideMark/>
          </w:tcPr>
          <w:p w14:paraId="391FF47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Terribacillus</w:t>
            </w:r>
          </w:p>
        </w:tc>
        <w:tc>
          <w:tcPr>
            <w:tcW w:w="852" w:type="dxa"/>
            <w:noWrap/>
            <w:hideMark/>
          </w:tcPr>
          <w:p w14:paraId="19F290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09A1A1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18ABA8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C6221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21" w:type="dxa"/>
            <w:noWrap/>
            <w:hideMark/>
          </w:tcPr>
          <w:p w14:paraId="2BA910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FE4A6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1E203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6B91D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6B72A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BF056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E3DE5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579114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3C998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17F5E0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EC3DD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B1001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FE193FB" w14:textId="77777777" w:rsidTr="006750F2">
        <w:trPr>
          <w:trHeight w:val="280"/>
        </w:trPr>
        <w:tc>
          <w:tcPr>
            <w:tcW w:w="919" w:type="dxa"/>
            <w:noWrap/>
            <w:hideMark/>
          </w:tcPr>
          <w:p w14:paraId="3CB03B1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Tetragenococcus</w:t>
            </w:r>
          </w:p>
        </w:tc>
        <w:tc>
          <w:tcPr>
            <w:tcW w:w="852" w:type="dxa"/>
            <w:noWrap/>
            <w:hideMark/>
          </w:tcPr>
          <w:p w14:paraId="4FD81B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309499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4FC9E5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F69F7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F3A18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2D782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0B7B5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2CD53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A157F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5D76D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47E3E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A4193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0C430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5192DA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9C73A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B1717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2ADD018" w14:textId="77777777" w:rsidTr="006750F2">
        <w:trPr>
          <w:trHeight w:val="280"/>
        </w:trPr>
        <w:tc>
          <w:tcPr>
            <w:tcW w:w="919" w:type="dxa"/>
            <w:noWrap/>
            <w:hideMark/>
          </w:tcPr>
          <w:p w14:paraId="0BF6F49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Trichococcus</w:t>
            </w:r>
          </w:p>
        </w:tc>
        <w:tc>
          <w:tcPr>
            <w:tcW w:w="852" w:type="dxa"/>
            <w:noWrap/>
            <w:hideMark/>
          </w:tcPr>
          <w:p w14:paraId="1C1196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69D7CE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17208E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71135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A4493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3D785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E228F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EF1A7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7ADB8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E93B4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372D8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7F0C6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AEFF3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526BF3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273E8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3AB03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E7822C0" w14:textId="77777777" w:rsidTr="006750F2">
        <w:trPr>
          <w:trHeight w:val="280"/>
        </w:trPr>
        <w:tc>
          <w:tcPr>
            <w:tcW w:w="919" w:type="dxa"/>
            <w:noWrap/>
            <w:hideMark/>
          </w:tcPr>
          <w:p w14:paraId="71150E7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Ureibacillus</w:t>
            </w:r>
          </w:p>
        </w:tc>
        <w:tc>
          <w:tcPr>
            <w:tcW w:w="852" w:type="dxa"/>
            <w:noWrap/>
            <w:hideMark/>
          </w:tcPr>
          <w:p w14:paraId="4FD905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53A3E6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768" w:type="dxa"/>
            <w:noWrap/>
            <w:hideMark/>
          </w:tcPr>
          <w:p w14:paraId="51DBB0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40F1C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w:t>
            </w:r>
          </w:p>
        </w:tc>
        <w:tc>
          <w:tcPr>
            <w:tcW w:w="721" w:type="dxa"/>
            <w:noWrap/>
            <w:hideMark/>
          </w:tcPr>
          <w:p w14:paraId="02B235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9C3A8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21BED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4756D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7E8E5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CC27C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C2454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48BD0D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7BD82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C3CF1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90416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CCE39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4A528A3" w14:textId="77777777" w:rsidTr="006750F2">
        <w:trPr>
          <w:trHeight w:val="280"/>
        </w:trPr>
        <w:tc>
          <w:tcPr>
            <w:tcW w:w="919" w:type="dxa"/>
            <w:noWrap/>
            <w:hideMark/>
          </w:tcPr>
          <w:p w14:paraId="51D9DDF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Vagococcus</w:t>
            </w:r>
          </w:p>
        </w:tc>
        <w:tc>
          <w:tcPr>
            <w:tcW w:w="852" w:type="dxa"/>
            <w:noWrap/>
            <w:hideMark/>
          </w:tcPr>
          <w:p w14:paraId="2E2437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3E685D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768" w:type="dxa"/>
            <w:noWrap/>
            <w:hideMark/>
          </w:tcPr>
          <w:p w14:paraId="44E278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F3E64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7AE79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B711E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DBEFF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34FE8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BAA1F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899B3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B8835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36A0D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6882B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10AD0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6EEE7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63970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C31190D" w14:textId="77777777" w:rsidTr="006750F2">
        <w:trPr>
          <w:trHeight w:val="280"/>
        </w:trPr>
        <w:tc>
          <w:tcPr>
            <w:tcW w:w="919" w:type="dxa"/>
            <w:noWrap/>
            <w:hideMark/>
          </w:tcPr>
          <w:p w14:paraId="7F14FC7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Virgibacillus</w:t>
            </w:r>
          </w:p>
        </w:tc>
        <w:tc>
          <w:tcPr>
            <w:tcW w:w="852" w:type="dxa"/>
            <w:noWrap/>
            <w:hideMark/>
          </w:tcPr>
          <w:p w14:paraId="63260F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462BFE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w:t>
            </w:r>
          </w:p>
        </w:tc>
        <w:tc>
          <w:tcPr>
            <w:tcW w:w="768" w:type="dxa"/>
            <w:noWrap/>
            <w:hideMark/>
          </w:tcPr>
          <w:p w14:paraId="20D15B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AB086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54.8</w:t>
            </w:r>
          </w:p>
        </w:tc>
        <w:tc>
          <w:tcPr>
            <w:tcW w:w="721" w:type="dxa"/>
            <w:noWrap/>
            <w:hideMark/>
          </w:tcPr>
          <w:p w14:paraId="013175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25.8</w:t>
            </w:r>
          </w:p>
        </w:tc>
        <w:tc>
          <w:tcPr>
            <w:tcW w:w="674" w:type="dxa"/>
            <w:noWrap/>
            <w:hideMark/>
          </w:tcPr>
          <w:p w14:paraId="618298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A20D6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8BF3E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BC425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EE12E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25.8</w:t>
            </w:r>
          </w:p>
        </w:tc>
        <w:tc>
          <w:tcPr>
            <w:tcW w:w="1008" w:type="dxa"/>
            <w:noWrap/>
            <w:hideMark/>
          </w:tcPr>
          <w:p w14:paraId="3FCEFD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02D244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7A4E2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6B88A3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3ED50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22CCF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3922205" w14:textId="77777777" w:rsidTr="006750F2">
        <w:trPr>
          <w:trHeight w:val="280"/>
        </w:trPr>
        <w:tc>
          <w:tcPr>
            <w:tcW w:w="919" w:type="dxa"/>
            <w:noWrap/>
            <w:hideMark/>
          </w:tcPr>
          <w:p w14:paraId="429AE7D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Weissella</w:t>
            </w:r>
          </w:p>
        </w:tc>
        <w:tc>
          <w:tcPr>
            <w:tcW w:w="852" w:type="dxa"/>
            <w:noWrap/>
            <w:hideMark/>
          </w:tcPr>
          <w:p w14:paraId="4BBD98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4381B5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w:t>
            </w:r>
          </w:p>
        </w:tc>
        <w:tc>
          <w:tcPr>
            <w:tcW w:w="768" w:type="dxa"/>
            <w:noWrap/>
            <w:hideMark/>
          </w:tcPr>
          <w:p w14:paraId="622674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84E10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5D27B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6D71C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56A9B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5DC5A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193B0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9E062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02251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FA250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10479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23C89A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1E0E3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B811F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57D8936" w14:textId="77777777" w:rsidTr="006750F2">
        <w:trPr>
          <w:trHeight w:val="280"/>
        </w:trPr>
        <w:tc>
          <w:tcPr>
            <w:tcW w:w="919" w:type="dxa"/>
            <w:noWrap/>
            <w:hideMark/>
          </w:tcPr>
          <w:p w14:paraId="48301F4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Weizmannia</w:t>
            </w:r>
          </w:p>
        </w:tc>
        <w:tc>
          <w:tcPr>
            <w:tcW w:w="852" w:type="dxa"/>
            <w:noWrap/>
            <w:hideMark/>
          </w:tcPr>
          <w:p w14:paraId="792C3A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w:t>
            </w:r>
          </w:p>
        </w:tc>
        <w:tc>
          <w:tcPr>
            <w:tcW w:w="513" w:type="dxa"/>
            <w:noWrap/>
            <w:hideMark/>
          </w:tcPr>
          <w:p w14:paraId="30CD80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56B4FD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878C3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21" w:type="dxa"/>
            <w:noWrap/>
            <w:hideMark/>
          </w:tcPr>
          <w:p w14:paraId="4BFCDA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E5570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ECAC3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3B946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5C820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99290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6AF46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1D41F5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664C6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633156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6D73B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A10E7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17E4601" w14:textId="77777777" w:rsidTr="006750F2">
        <w:trPr>
          <w:trHeight w:val="280"/>
        </w:trPr>
        <w:tc>
          <w:tcPr>
            <w:tcW w:w="919" w:type="dxa"/>
            <w:noWrap/>
            <w:hideMark/>
          </w:tcPr>
          <w:p w14:paraId="2C05B72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Acholeplasma</w:t>
            </w:r>
          </w:p>
        </w:tc>
        <w:tc>
          <w:tcPr>
            <w:tcW w:w="852" w:type="dxa"/>
            <w:noWrap/>
            <w:hideMark/>
          </w:tcPr>
          <w:p w14:paraId="724F57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68C9E8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24F305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A34A9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14EF9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DBD4B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20503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552D6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5EB74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4D814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0A188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0046C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4C7F6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764AD4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FBD37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9154E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5E101A2" w14:textId="77777777" w:rsidTr="006750F2">
        <w:trPr>
          <w:trHeight w:val="280"/>
        </w:trPr>
        <w:tc>
          <w:tcPr>
            <w:tcW w:w="919" w:type="dxa"/>
            <w:noWrap/>
            <w:hideMark/>
          </w:tcPr>
          <w:p w14:paraId="34505B2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Anaeroplasma</w:t>
            </w:r>
          </w:p>
        </w:tc>
        <w:tc>
          <w:tcPr>
            <w:tcW w:w="852" w:type="dxa"/>
            <w:noWrap/>
            <w:hideMark/>
          </w:tcPr>
          <w:p w14:paraId="09C673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1D4667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30FC6F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F3F83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2A1C8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3A564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AFDB1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183F2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DFA23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02C6A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2FD98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5C39F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CC187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77A58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B9018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1F883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B21EADE" w14:textId="77777777" w:rsidTr="006750F2">
        <w:trPr>
          <w:trHeight w:val="280"/>
        </w:trPr>
        <w:tc>
          <w:tcPr>
            <w:tcW w:w="919" w:type="dxa"/>
            <w:noWrap/>
            <w:hideMark/>
          </w:tcPr>
          <w:p w14:paraId="44085FA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Aphodocola</w:t>
            </w:r>
          </w:p>
        </w:tc>
        <w:tc>
          <w:tcPr>
            <w:tcW w:w="852" w:type="dxa"/>
            <w:noWrap/>
            <w:hideMark/>
          </w:tcPr>
          <w:p w14:paraId="104A14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050E0B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06E356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A83C8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CA580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43B20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B5E3D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97433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9F481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4176F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22F70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103B4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61D8B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68D6C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7A75D7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5E2DC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2E0F690" w14:textId="77777777" w:rsidTr="006750F2">
        <w:trPr>
          <w:trHeight w:val="280"/>
        </w:trPr>
        <w:tc>
          <w:tcPr>
            <w:tcW w:w="919" w:type="dxa"/>
            <w:noWrap/>
            <w:hideMark/>
          </w:tcPr>
          <w:p w14:paraId="1F3C2D4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Bulleidia</w:t>
            </w:r>
          </w:p>
        </w:tc>
        <w:tc>
          <w:tcPr>
            <w:tcW w:w="852" w:type="dxa"/>
            <w:noWrap/>
            <w:hideMark/>
          </w:tcPr>
          <w:p w14:paraId="62A2B6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175213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w:t>
            </w:r>
          </w:p>
        </w:tc>
        <w:tc>
          <w:tcPr>
            <w:tcW w:w="768" w:type="dxa"/>
            <w:noWrap/>
            <w:hideMark/>
          </w:tcPr>
          <w:p w14:paraId="42BC18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50CFB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E2685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6E51E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13.9</w:t>
            </w:r>
          </w:p>
        </w:tc>
        <w:tc>
          <w:tcPr>
            <w:tcW w:w="694" w:type="dxa"/>
            <w:noWrap/>
            <w:hideMark/>
          </w:tcPr>
          <w:p w14:paraId="5EDDEC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2C72A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44.4</w:t>
            </w:r>
          </w:p>
        </w:tc>
        <w:tc>
          <w:tcPr>
            <w:tcW w:w="909" w:type="dxa"/>
            <w:noWrap/>
            <w:hideMark/>
          </w:tcPr>
          <w:p w14:paraId="2DB4FF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58.3</w:t>
            </w:r>
          </w:p>
        </w:tc>
        <w:tc>
          <w:tcPr>
            <w:tcW w:w="751" w:type="dxa"/>
            <w:noWrap/>
            <w:hideMark/>
          </w:tcPr>
          <w:p w14:paraId="13A7B9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47724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9C6BE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898D3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9F525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CAD16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73261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A8B03E9" w14:textId="77777777" w:rsidTr="006750F2">
        <w:trPr>
          <w:trHeight w:val="280"/>
        </w:trPr>
        <w:tc>
          <w:tcPr>
            <w:tcW w:w="919" w:type="dxa"/>
            <w:noWrap/>
            <w:hideMark/>
          </w:tcPr>
          <w:p w14:paraId="2B5FAA4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CAG-1000</w:t>
            </w:r>
          </w:p>
        </w:tc>
        <w:tc>
          <w:tcPr>
            <w:tcW w:w="852" w:type="dxa"/>
            <w:noWrap/>
            <w:hideMark/>
          </w:tcPr>
          <w:p w14:paraId="101480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7D8AAB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4BF214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11168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3EC77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1AD62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39EA4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81454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EF424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735E5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9A136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8BAAC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C7903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987D3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AD5A0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08071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75B5302" w14:textId="77777777" w:rsidTr="006750F2">
        <w:trPr>
          <w:trHeight w:val="280"/>
        </w:trPr>
        <w:tc>
          <w:tcPr>
            <w:tcW w:w="919" w:type="dxa"/>
            <w:noWrap/>
            <w:hideMark/>
          </w:tcPr>
          <w:p w14:paraId="7221E1C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CAG-302</w:t>
            </w:r>
          </w:p>
        </w:tc>
        <w:tc>
          <w:tcPr>
            <w:tcW w:w="852" w:type="dxa"/>
            <w:noWrap/>
            <w:hideMark/>
          </w:tcPr>
          <w:p w14:paraId="18DF6A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4E132C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509375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41AE1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651CB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AF2F3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563B5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D4754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48A92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312E4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6DBB1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53F7B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F7C57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0313F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4C5D86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AEBE9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F09E8F2" w14:textId="77777777" w:rsidTr="006750F2">
        <w:trPr>
          <w:trHeight w:val="280"/>
        </w:trPr>
        <w:tc>
          <w:tcPr>
            <w:tcW w:w="919" w:type="dxa"/>
            <w:noWrap/>
            <w:hideMark/>
          </w:tcPr>
          <w:p w14:paraId="558C3A2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CAG-313</w:t>
            </w:r>
          </w:p>
        </w:tc>
        <w:tc>
          <w:tcPr>
            <w:tcW w:w="852" w:type="dxa"/>
            <w:noWrap/>
            <w:hideMark/>
          </w:tcPr>
          <w:p w14:paraId="7FA006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39335F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02D1E3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900D4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FDB63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E7BBA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BBA7D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C63E9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FF71B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5F651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5AEBF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BE28D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D488B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318A3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34C9C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D26A8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F80BAFB" w14:textId="77777777" w:rsidTr="006750F2">
        <w:trPr>
          <w:trHeight w:val="280"/>
        </w:trPr>
        <w:tc>
          <w:tcPr>
            <w:tcW w:w="919" w:type="dxa"/>
            <w:noWrap/>
            <w:hideMark/>
          </w:tcPr>
          <w:p w14:paraId="5A3A46C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CAG-533</w:t>
            </w:r>
          </w:p>
        </w:tc>
        <w:tc>
          <w:tcPr>
            <w:tcW w:w="852" w:type="dxa"/>
            <w:noWrap/>
            <w:hideMark/>
          </w:tcPr>
          <w:p w14:paraId="08BB44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133419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50C59C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81694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559F4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6FEC8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7571B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3D9E0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87EBB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0F462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A682E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9DFB8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6C2DF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D062C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40E867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EC751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4468C08" w14:textId="77777777" w:rsidTr="006750F2">
        <w:trPr>
          <w:trHeight w:val="280"/>
        </w:trPr>
        <w:tc>
          <w:tcPr>
            <w:tcW w:w="919" w:type="dxa"/>
            <w:noWrap/>
            <w:hideMark/>
          </w:tcPr>
          <w:p w14:paraId="7891EE0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CAG-582</w:t>
            </w:r>
          </w:p>
        </w:tc>
        <w:tc>
          <w:tcPr>
            <w:tcW w:w="852" w:type="dxa"/>
            <w:noWrap/>
            <w:hideMark/>
          </w:tcPr>
          <w:p w14:paraId="11662B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179C28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5CBB0F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F4D0D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A0D41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99C40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A751E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A1BDA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9921B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52E51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D0071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5206D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807CD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E5AF6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2ABD6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5608E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A0DA82D" w14:textId="77777777" w:rsidTr="006750F2">
        <w:trPr>
          <w:trHeight w:val="280"/>
        </w:trPr>
        <w:tc>
          <w:tcPr>
            <w:tcW w:w="919" w:type="dxa"/>
            <w:noWrap/>
            <w:hideMark/>
          </w:tcPr>
          <w:p w14:paraId="1176D1B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CAG-877</w:t>
            </w:r>
          </w:p>
        </w:tc>
        <w:tc>
          <w:tcPr>
            <w:tcW w:w="852" w:type="dxa"/>
            <w:noWrap/>
            <w:hideMark/>
          </w:tcPr>
          <w:p w14:paraId="165940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791651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683DD1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68AE5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99055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129ED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08426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8D490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DAA2E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4CEC5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B6C26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F1859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43E33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14FAE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8E977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F89F1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E8C559B" w14:textId="77777777" w:rsidTr="006750F2">
        <w:trPr>
          <w:trHeight w:val="280"/>
        </w:trPr>
        <w:tc>
          <w:tcPr>
            <w:tcW w:w="919" w:type="dxa"/>
            <w:noWrap/>
            <w:hideMark/>
          </w:tcPr>
          <w:p w14:paraId="08F99F5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Caccenecus</w:t>
            </w:r>
          </w:p>
        </w:tc>
        <w:tc>
          <w:tcPr>
            <w:tcW w:w="852" w:type="dxa"/>
            <w:noWrap/>
            <w:hideMark/>
          </w:tcPr>
          <w:p w14:paraId="6B6384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63E035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2B7B6A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8AFE4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EE075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3FF0B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A6E61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7AFA8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8E5C3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17E15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D0417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10251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0F079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46745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8E963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CA69A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4805002" w14:textId="77777777" w:rsidTr="006750F2">
        <w:trPr>
          <w:trHeight w:val="280"/>
        </w:trPr>
        <w:tc>
          <w:tcPr>
            <w:tcW w:w="919" w:type="dxa"/>
            <w:noWrap/>
            <w:hideMark/>
          </w:tcPr>
          <w:p w14:paraId="08BCCD4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Coprosoma</w:t>
            </w:r>
          </w:p>
        </w:tc>
        <w:tc>
          <w:tcPr>
            <w:tcW w:w="852" w:type="dxa"/>
            <w:noWrap/>
            <w:hideMark/>
          </w:tcPr>
          <w:p w14:paraId="4E1C49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2E3407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1D1F09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ABB2C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9A3C6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B1486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D83A8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EE174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A4DAB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0B1F2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5A3B7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4B55B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C8740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BD041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F5C06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86136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E08E1BA" w14:textId="77777777" w:rsidTr="006750F2">
        <w:trPr>
          <w:trHeight w:val="280"/>
        </w:trPr>
        <w:tc>
          <w:tcPr>
            <w:tcW w:w="919" w:type="dxa"/>
            <w:noWrap/>
            <w:hideMark/>
          </w:tcPr>
          <w:p w14:paraId="098A282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Coprovivens</w:t>
            </w:r>
          </w:p>
        </w:tc>
        <w:tc>
          <w:tcPr>
            <w:tcW w:w="852" w:type="dxa"/>
            <w:noWrap/>
            <w:hideMark/>
          </w:tcPr>
          <w:p w14:paraId="143443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340206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4CC86D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01DAB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D3EC7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C6D0E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EDBB5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DBE14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022B6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EB76E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E03D6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44071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7550A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47834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27BB7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F4826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2BCC8E8" w14:textId="77777777" w:rsidTr="006750F2">
        <w:trPr>
          <w:trHeight w:val="280"/>
        </w:trPr>
        <w:tc>
          <w:tcPr>
            <w:tcW w:w="919" w:type="dxa"/>
            <w:noWrap/>
            <w:hideMark/>
          </w:tcPr>
          <w:p w14:paraId="75C881C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Enteromonas</w:t>
            </w:r>
          </w:p>
        </w:tc>
        <w:tc>
          <w:tcPr>
            <w:tcW w:w="852" w:type="dxa"/>
            <w:noWrap/>
            <w:hideMark/>
          </w:tcPr>
          <w:p w14:paraId="282858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2ECAE9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768" w:type="dxa"/>
            <w:noWrap/>
            <w:hideMark/>
          </w:tcPr>
          <w:p w14:paraId="3979F2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64DED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6950A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EBCAE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7877D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3D8C6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E3240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8D02B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51F0C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33724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58F0E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w:t>
            </w:r>
            <w:r w:rsidRPr="00A057D9">
              <w:rPr>
                <w:rFonts w:ascii="Times New Roman" w:eastAsia="宋体" w:hAnsi="Times New Roman" w:cs="Times New Roman" w:hint="eastAsia"/>
                <w:sz w:val="13"/>
                <w:szCs w:val="13"/>
                <w:lang w:eastAsia="zh-CN"/>
              </w:rPr>
              <w:lastRenderedPageBreak/>
              <w:t>ed</w:t>
            </w:r>
          </w:p>
        </w:tc>
        <w:tc>
          <w:tcPr>
            <w:tcW w:w="657" w:type="dxa"/>
            <w:noWrap/>
            <w:hideMark/>
          </w:tcPr>
          <w:p w14:paraId="4C19FC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lastRenderedPageBreak/>
              <w:t>2</w:t>
            </w:r>
          </w:p>
        </w:tc>
        <w:tc>
          <w:tcPr>
            <w:tcW w:w="854" w:type="dxa"/>
            <w:noWrap/>
            <w:hideMark/>
          </w:tcPr>
          <w:p w14:paraId="1BEB6D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1DAD2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60DD980" w14:textId="77777777" w:rsidTr="006750F2">
        <w:trPr>
          <w:trHeight w:val="280"/>
        </w:trPr>
        <w:tc>
          <w:tcPr>
            <w:tcW w:w="919" w:type="dxa"/>
            <w:noWrap/>
            <w:hideMark/>
          </w:tcPr>
          <w:p w14:paraId="0F74429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Enterosoma</w:t>
            </w:r>
          </w:p>
        </w:tc>
        <w:tc>
          <w:tcPr>
            <w:tcW w:w="852" w:type="dxa"/>
            <w:noWrap/>
            <w:hideMark/>
          </w:tcPr>
          <w:p w14:paraId="7A2BCB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7D180D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1EC518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A563C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95B0E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551D4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F4ABE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17B32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E5132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C123D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2C529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0C4BF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6EABB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620F8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9FA94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D0D65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A208327" w14:textId="77777777" w:rsidTr="006750F2">
        <w:trPr>
          <w:trHeight w:val="280"/>
        </w:trPr>
        <w:tc>
          <w:tcPr>
            <w:tcW w:w="919" w:type="dxa"/>
            <w:noWrap/>
            <w:hideMark/>
          </w:tcPr>
          <w:p w14:paraId="7C5DC76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Erysipelothrix</w:t>
            </w:r>
          </w:p>
        </w:tc>
        <w:tc>
          <w:tcPr>
            <w:tcW w:w="852" w:type="dxa"/>
            <w:noWrap/>
            <w:hideMark/>
          </w:tcPr>
          <w:p w14:paraId="34B6EA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68425F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554E9A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393EE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D317F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EE83F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w:t>
            </w:r>
          </w:p>
        </w:tc>
        <w:tc>
          <w:tcPr>
            <w:tcW w:w="694" w:type="dxa"/>
            <w:noWrap/>
            <w:hideMark/>
          </w:tcPr>
          <w:p w14:paraId="7EE686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CD51D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6DAB5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w:t>
            </w:r>
          </w:p>
        </w:tc>
        <w:tc>
          <w:tcPr>
            <w:tcW w:w="751" w:type="dxa"/>
            <w:noWrap/>
            <w:hideMark/>
          </w:tcPr>
          <w:p w14:paraId="4F7F8F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BAF9A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ABB8B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7EEA8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9C570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67AF1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59116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958FB31" w14:textId="77777777" w:rsidTr="006750F2">
        <w:trPr>
          <w:trHeight w:val="280"/>
        </w:trPr>
        <w:tc>
          <w:tcPr>
            <w:tcW w:w="919" w:type="dxa"/>
            <w:noWrap/>
            <w:hideMark/>
          </w:tcPr>
          <w:p w14:paraId="4C545CD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Faecimonas</w:t>
            </w:r>
          </w:p>
        </w:tc>
        <w:tc>
          <w:tcPr>
            <w:tcW w:w="852" w:type="dxa"/>
            <w:noWrap/>
            <w:hideMark/>
          </w:tcPr>
          <w:p w14:paraId="5B7B61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2749F6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5B813E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842A8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03846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9E4B2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59BC9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4824D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5E35F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EE03F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BDDCD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731B8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977DB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63C11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9829F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31FE3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520577E" w14:textId="77777777" w:rsidTr="006750F2">
        <w:trPr>
          <w:trHeight w:val="280"/>
        </w:trPr>
        <w:tc>
          <w:tcPr>
            <w:tcW w:w="919" w:type="dxa"/>
            <w:noWrap/>
            <w:hideMark/>
          </w:tcPr>
          <w:p w14:paraId="65A98C5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Holdemanella</w:t>
            </w:r>
          </w:p>
        </w:tc>
        <w:tc>
          <w:tcPr>
            <w:tcW w:w="852" w:type="dxa"/>
            <w:noWrap/>
            <w:hideMark/>
          </w:tcPr>
          <w:p w14:paraId="347930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285700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2CAA4B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C1927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C0058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460D1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151B4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68A4C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29307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D994F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D7CBC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56842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BC7A0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46885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8D315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4DBF3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4E430AF" w14:textId="77777777" w:rsidTr="006750F2">
        <w:trPr>
          <w:trHeight w:val="280"/>
        </w:trPr>
        <w:tc>
          <w:tcPr>
            <w:tcW w:w="919" w:type="dxa"/>
            <w:noWrap/>
            <w:hideMark/>
          </w:tcPr>
          <w:p w14:paraId="64C94B3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Malacoplasma</w:t>
            </w:r>
          </w:p>
        </w:tc>
        <w:tc>
          <w:tcPr>
            <w:tcW w:w="852" w:type="dxa"/>
            <w:noWrap/>
            <w:hideMark/>
          </w:tcPr>
          <w:p w14:paraId="1957AA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532F97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68" w:type="dxa"/>
            <w:noWrap/>
            <w:hideMark/>
          </w:tcPr>
          <w:p w14:paraId="63DDF5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52D4F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65AB6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11AF6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2600E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A2B43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8D86F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229FF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033E6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22AC2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D72D6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9AA17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D4453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1556A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ABE6C0D" w14:textId="77777777" w:rsidTr="006750F2">
        <w:trPr>
          <w:trHeight w:val="280"/>
        </w:trPr>
        <w:tc>
          <w:tcPr>
            <w:tcW w:w="919" w:type="dxa"/>
            <w:noWrap/>
            <w:hideMark/>
          </w:tcPr>
          <w:p w14:paraId="412C5E2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Mesomycoplasma</w:t>
            </w:r>
          </w:p>
        </w:tc>
        <w:tc>
          <w:tcPr>
            <w:tcW w:w="852" w:type="dxa"/>
            <w:noWrap/>
            <w:hideMark/>
          </w:tcPr>
          <w:p w14:paraId="5E25AB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662F69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43ECE7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2891F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19791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EBAF0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4B8D4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1B122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383C7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183DA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A6733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43EB7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50425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B2A5D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35A43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8DE14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E3ACCB1" w14:textId="77777777" w:rsidTr="006750F2">
        <w:trPr>
          <w:trHeight w:val="280"/>
        </w:trPr>
        <w:tc>
          <w:tcPr>
            <w:tcW w:w="919" w:type="dxa"/>
            <w:noWrap/>
            <w:hideMark/>
          </w:tcPr>
          <w:p w14:paraId="4643F58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Mesoplasma</w:t>
            </w:r>
          </w:p>
        </w:tc>
        <w:tc>
          <w:tcPr>
            <w:tcW w:w="852" w:type="dxa"/>
            <w:noWrap/>
            <w:hideMark/>
          </w:tcPr>
          <w:p w14:paraId="382F2E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052485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652A52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3BB8C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D0B40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3A637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A9BBE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3F486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6CD8C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68B3E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6E13C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9E38C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9A431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B1598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67F83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4DC30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FE794EA" w14:textId="77777777" w:rsidTr="006750F2">
        <w:trPr>
          <w:trHeight w:val="280"/>
        </w:trPr>
        <w:tc>
          <w:tcPr>
            <w:tcW w:w="919" w:type="dxa"/>
            <w:noWrap/>
            <w:hideMark/>
          </w:tcPr>
          <w:p w14:paraId="10CB8F4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Metamycoplasma</w:t>
            </w:r>
          </w:p>
        </w:tc>
        <w:tc>
          <w:tcPr>
            <w:tcW w:w="852" w:type="dxa"/>
            <w:noWrap/>
            <w:hideMark/>
          </w:tcPr>
          <w:p w14:paraId="6C4341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6B3F13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768" w:type="dxa"/>
            <w:noWrap/>
            <w:hideMark/>
          </w:tcPr>
          <w:p w14:paraId="6DD2AC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61DAB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B3FD7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B3818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22071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1C204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B3FED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E88AD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C7A23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4A7C9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3DF65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C5417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12483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0C851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53A005A" w14:textId="77777777" w:rsidTr="006750F2">
        <w:trPr>
          <w:trHeight w:val="280"/>
        </w:trPr>
        <w:tc>
          <w:tcPr>
            <w:tcW w:w="919" w:type="dxa"/>
            <w:noWrap/>
            <w:hideMark/>
          </w:tcPr>
          <w:p w14:paraId="6248AD3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Mycoplasma</w:t>
            </w:r>
          </w:p>
        </w:tc>
        <w:tc>
          <w:tcPr>
            <w:tcW w:w="852" w:type="dxa"/>
            <w:noWrap/>
            <w:hideMark/>
          </w:tcPr>
          <w:p w14:paraId="19294F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60D5F0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768" w:type="dxa"/>
            <w:noWrap/>
            <w:hideMark/>
          </w:tcPr>
          <w:p w14:paraId="0A7E49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9D1DA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2C16F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1F0E8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2029F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9BFF3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3E27B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2981F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0F1FA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E2542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66760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6E47D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6A1E4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BDA6A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1A49A50" w14:textId="77777777" w:rsidTr="006750F2">
        <w:trPr>
          <w:trHeight w:val="280"/>
        </w:trPr>
        <w:tc>
          <w:tcPr>
            <w:tcW w:w="919" w:type="dxa"/>
            <w:noWrap/>
            <w:hideMark/>
          </w:tcPr>
          <w:p w14:paraId="5D2C505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Mycoplasmoides</w:t>
            </w:r>
          </w:p>
        </w:tc>
        <w:tc>
          <w:tcPr>
            <w:tcW w:w="852" w:type="dxa"/>
            <w:noWrap/>
            <w:hideMark/>
          </w:tcPr>
          <w:p w14:paraId="081202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35EA4E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78D2F3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FD23F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FEAFC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4E97E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CB27D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67347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F85A2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4A8F8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152D2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17446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4D347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86BB8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79961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24CA6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F23F918" w14:textId="77777777" w:rsidTr="006750F2">
        <w:trPr>
          <w:trHeight w:val="280"/>
        </w:trPr>
        <w:tc>
          <w:tcPr>
            <w:tcW w:w="919" w:type="dxa"/>
            <w:noWrap/>
            <w:hideMark/>
          </w:tcPr>
          <w:p w14:paraId="02C0D51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Mycoplasmopsis</w:t>
            </w:r>
          </w:p>
        </w:tc>
        <w:tc>
          <w:tcPr>
            <w:tcW w:w="852" w:type="dxa"/>
            <w:noWrap/>
            <w:hideMark/>
          </w:tcPr>
          <w:p w14:paraId="3ABCA2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71B341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68" w:type="dxa"/>
            <w:noWrap/>
            <w:hideMark/>
          </w:tcPr>
          <w:p w14:paraId="04E1C8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4C8DD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8F4EC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72CB2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8B5F2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72541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B58BC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63882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0EB06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35AEB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2173C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07406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E28EA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2A716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DA95341" w14:textId="77777777" w:rsidTr="006750F2">
        <w:trPr>
          <w:trHeight w:val="280"/>
        </w:trPr>
        <w:tc>
          <w:tcPr>
            <w:tcW w:w="919" w:type="dxa"/>
            <w:noWrap/>
            <w:hideMark/>
          </w:tcPr>
          <w:p w14:paraId="4217D00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Onthocola</w:t>
            </w:r>
          </w:p>
        </w:tc>
        <w:tc>
          <w:tcPr>
            <w:tcW w:w="852" w:type="dxa"/>
            <w:noWrap/>
            <w:hideMark/>
          </w:tcPr>
          <w:p w14:paraId="269493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2CE10D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68" w:type="dxa"/>
            <w:noWrap/>
            <w:hideMark/>
          </w:tcPr>
          <w:p w14:paraId="50CF19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41AB9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04E47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62424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3A133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A393F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13B67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EFA40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18BE1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E5027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40E57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541E8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2C8667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B2BE2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255881B" w14:textId="77777777" w:rsidTr="006750F2">
        <w:trPr>
          <w:trHeight w:val="280"/>
        </w:trPr>
        <w:tc>
          <w:tcPr>
            <w:tcW w:w="919" w:type="dxa"/>
            <w:noWrap/>
            <w:hideMark/>
          </w:tcPr>
          <w:p w14:paraId="03EBAA9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Onthousia</w:t>
            </w:r>
          </w:p>
        </w:tc>
        <w:tc>
          <w:tcPr>
            <w:tcW w:w="852" w:type="dxa"/>
            <w:noWrap/>
            <w:hideMark/>
          </w:tcPr>
          <w:p w14:paraId="02FC7C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2B311C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162F8E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96C9D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6E7AC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0D0F5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B56C6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B0BD1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F66C5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4BAB1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92812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153CD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70433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7495C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4722E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B6810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6C68952" w14:textId="77777777" w:rsidTr="006750F2">
        <w:trPr>
          <w:trHeight w:val="280"/>
        </w:trPr>
        <w:tc>
          <w:tcPr>
            <w:tcW w:w="919" w:type="dxa"/>
            <w:noWrap/>
            <w:hideMark/>
          </w:tcPr>
          <w:p w14:paraId="36534EE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Onthovivens</w:t>
            </w:r>
          </w:p>
        </w:tc>
        <w:tc>
          <w:tcPr>
            <w:tcW w:w="852" w:type="dxa"/>
            <w:noWrap/>
            <w:hideMark/>
          </w:tcPr>
          <w:p w14:paraId="350788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7D171A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w:t>
            </w:r>
          </w:p>
        </w:tc>
        <w:tc>
          <w:tcPr>
            <w:tcW w:w="768" w:type="dxa"/>
            <w:noWrap/>
            <w:hideMark/>
          </w:tcPr>
          <w:p w14:paraId="7A5AC3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702CA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12211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2F489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A58FB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2C113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4277D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9F6A2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5B511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E7941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CBFF1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AAED3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FF4A7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7B85C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337AFA4" w14:textId="77777777" w:rsidTr="006750F2">
        <w:trPr>
          <w:trHeight w:val="280"/>
        </w:trPr>
        <w:tc>
          <w:tcPr>
            <w:tcW w:w="919" w:type="dxa"/>
            <w:noWrap/>
            <w:hideMark/>
          </w:tcPr>
          <w:p w14:paraId="798ED9C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Pelethenecus</w:t>
            </w:r>
          </w:p>
        </w:tc>
        <w:tc>
          <w:tcPr>
            <w:tcW w:w="852" w:type="dxa"/>
            <w:noWrap/>
            <w:hideMark/>
          </w:tcPr>
          <w:p w14:paraId="784613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337129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176286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9D54D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71C38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0AF41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E740A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4B870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2C51D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F081D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559AA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BEFF1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F1B5F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8259D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160776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765B0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1AA53AA" w14:textId="77777777" w:rsidTr="006750F2">
        <w:trPr>
          <w:trHeight w:val="280"/>
        </w:trPr>
        <w:tc>
          <w:tcPr>
            <w:tcW w:w="919" w:type="dxa"/>
            <w:noWrap/>
            <w:hideMark/>
          </w:tcPr>
          <w:p w14:paraId="1A5A1BC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Phytoplasma</w:t>
            </w:r>
          </w:p>
        </w:tc>
        <w:tc>
          <w:tcPr>
            <w:tcW w:w="852" w:type="dxa"/>
            <w:noWrap/>
            <w:hideMark/>
          </w:tcPr>
          <w:p w14:paraId="0DE80B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1A07D9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3A422F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82CC4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88450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720FB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74CC8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7A5F3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48B9A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AB0EE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0CC54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9D717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BBCBE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2F750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4D00E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CB833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CBC7599" w14:textId="77777777" w:rsidTr="006750F2">
        <w:trPr>
          <w:trHeight w:val="280"/>
        </w:trPr>
        <w:tc>
          <w:tcPr>
            <w:tcW w:w="919" w:type="dxa"/>
            <w:noWrap/>
            <w:hideMark/>
          </w:tcPr>
          <w:p w14:paraId="2E588B6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RUG13868</w:t>
            </w:r>
          </w:p>
        </w:tc>
        <w:tc>
          <w:tcPr>
            <w:tcW w:w="852" w:type="dxa"/>
            <w:noWrap/>
            <w:hideMark/>
          </w:tcPr>
          <w:p w14:paraId="15E7F4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7E964B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66D6BF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78CB7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C6A12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C6520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E9FD2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44B8D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1861C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1061C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27EED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A6473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AB8A5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8A66E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33E2FC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60299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1635DF6" w14:textId="77777777" w:rsidTr="006750F2">
        <w:trPr>
          <w:trHeight w:val="280"/>
        </w:trPr>
        <w:tc>
          <w:tcPr>
            <w:tcW w:w="919" w:type="dxa"/>
            <w:noWrap/>
            <w:hideMark/>
          </w:tcPr>
          <w:p w14:paraId="74F8454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RUG591</w:t>
            </w:r>
          </w:p>
        </w:tc>
        <w:tc>
          <w:tcPr>
            <w:tcW w:w="852" w:type="dxa"/>
            <w:noWrap/>
            <w:hideMark/>
          </w:tcPr>
          <w:p w14:paraId="73866E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0743C6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4E19DD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14A6D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F4DC0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4EAA4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8B5EA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5FFFF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90305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3FA95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F519D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9117B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EBB9E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EC0C0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3B73B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76965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C566724" w14:textId="77777777" w:rsidTr="006750F2">
        <w:trPr>
          <w:trHeight w:val="280"/>
        </w:trPr>
        <w:tc>
          <w:tcPr>
            <w:tcW w:w="919" w:type="dxa"/>
            <w:noWrap/>
            <w:hideMark/>
          </w:tcPr>
          <w:p w14:paraId="2C18556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SIG200</w:t>
            </w:r>
          </w:p>
        </w:tc>
        <w:tc>
          <w:tcPr>
            <w:tcW w:w="852" w:type="dxa"/>
            <w:noWrap/>
            <w:hideMark/>
          </w:tcPr>
          <w:p w14:paraId="3C91EC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453527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234940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C49ED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B2056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2A305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30C59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BD88F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DFA53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752A9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92FB9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6F4BA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5A01D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A9B32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EE17E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BCF57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596EAEC" w14:textId="77777777" w:rsidTr="006750F2">
        <w:trPr>
          <w:trHeight w:val="280"/>
        </w:trPr>
        <w:tc>
          <w:tcPr>
            <w:tcW w:w="919" w:type="dxa"/>
            <w:noWrap/>
            <w:hideMark/>
          </w:tcPr>
          <w:p w14:paraId="79BFB54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Scybalousia</w:t>
            </w:r>
          </w:p>
        </w:tc>
        <w:tc>
          <w:tcPr>
            <w:tcW w:w="852" w:type="dxa"/>
            <w:noWrap/>
            <w:hideMark/>
          </w:tcPr>
          <w:p w14:paraId="4A9B5A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44E754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79B183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A1848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09F31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64736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4FA3E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F4436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6EFF9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F5111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42154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DA338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9B725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233E7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C4AA1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62CF3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42948D8" w14:textId="77777777" w:rsidTr="006750F2">
        <w:trPr>
          <w:trHeight w:val="280"/>
        </w:trPr>
        <w:tc>
          <w:tcPr>
            <w:tcW w:w="919" w:type="dxa"/>
            <w:noWrap/>
            <w:hideMark/>
          </w:tcPr>
          <w:p w14:paraId="09BF241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Spiroplasma</w:t>
            </w:r>
          </w:p>
        </w:tc>
        <w:tc>
          <w:tcPr>
            <w:tcW w:w="852" w:type="dxa"/>
            <w:noWrap/>
            <w:hideMark/>
          </w:tcPr>
          <w:p w14:paraId="04D793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5D3691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w:t>
            </w:r>
          </w:p>
        </w:tc>
        <w:tc>
          <w:tcPr>
            <w:tcW w:w="768" w:type="dxa"/>
            <w:noWrap/>
            <w:hideMark/>
          </w:tcPr>
          <w:p w14:paraId="117F49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B2B01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BF133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F62AB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75166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8D761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9D37D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16FA8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39AF4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AA43C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9B304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3C252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0D8DC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A8750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D0EDA10" w14:textId="77777777" w:rsidTr="006750F2">
        <w:trPr>
          <w:trHeight w:val="280"/>
        </w:trPr>
        <w:tc>
          <w:tcPr>
            <w:tcW w:w="919" w:type="dxa"/>
            <w:noWrap/>
            <w:hideMark/>
          </w:tcPr>
          <w:p w14:paraId="1EDC85B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Thomasclavelia</w:t>
            </w:r>
          </w:p>
        </w:tc>
        <w:tc>
          <w:tcPr>
            <w:tcW w:w="852" w:type="dxa"/>
            <w:noWrap/>
            <w:hideMark/>
          </w:tcPr>
          <w:p w14:paraId="0D01E7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1D27E5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1E962A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1E285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A218C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4162D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1CA9C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4E363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26DD0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9F48B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59AAB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9B873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44207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41584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87B54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E53B9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C7D84F9" w14:textId="77777777" w:rsidTr="006750F2">
        <w:trPr>
          <w:trHeight w:val="280"/>
        </w:trPr>
        <w:tc>
          <w:tcPr>
            <w:tcW w:w="919" w:type="dxa"/>
            <w:noWrap/>
            <w:hideMark/>
          </w:tcPr>
          <w:p w14:paraId="5DD04BE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UBA2284</w:t>
            </w:r>
          </w:p>
        </w:tc>
        <w:tc>
          <w:tcPr>
            <w:tcW w:w="852" w:type="dxa"/>
            <w:noWrap/>
            <w:hideMark/>
          </w:tcPr>
          <w:p w14:paraId="1AFC26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565E9B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067105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8F347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7FA17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06E83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ABF97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331BC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61377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3CD6E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B109B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73A32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EB338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C7A0D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17281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0D23D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31A7E66" w14:textId="77777777" w:rsidTr="006750F2">
        <w:trPr>
          <w:trHeight w:val="280"/>
        </w:trPr>
        <w:tc>
          <w:tcPr>
            <w:tcW w:w="919" w:type="dxa"/>
            <w:noWrap/>
            <w:hideMark/>
          </w:tcPr>
          <w:p w14:paraId="26632F7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UBA2450</w:t>
            </w:r>
          </w:p>
        </w:tc>
        <w:tc>
          <w:tcPr>
            <w:tcW w:w="852" w:type="dxa"/>
            <w:noWrap/>
            <w:hideMark/>
          </w:tcPr>
          <w:p w14:paraId="46205D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62B62B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01AFF1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5D146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880AA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B2AB8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0E345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9E77E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0E756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5FDC0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2DC12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FABB4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925B6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6D622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FFBA9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4A619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A537500" w14:textId="77777777" w:rsidTr="006750F2">
        <w:trPr>
          <w:trHeight w:val="280"/>
        </w:trPr>
        <w:tc>
          <w:tcPr>
            <w:tcW w:w="919" w:type="dxa"/>
            <w:noWrap/>
            <w:hideMark/>
          </w:tcPr>
          <w:p w14:paraId="5A7007F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UBA3207</w:t>
            </w:r>
          </w:p>
        </w:tc>
        <w:tc>
          <w:tcPr>
            <w:tcW w:w="852" w:type="dxa"/>
            <w:noWrap/>
            <w:hideMark/>
          </w:tcPr>
          <w:p w14:paraId="16EF55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76A9E2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6E5188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8DB57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1AFC1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EAD26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3A280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C2F7C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4B643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F497F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1A22D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5B4D3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513BB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1065D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C3A3B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0FCB9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6EE702F" w14:textId="77777777" w:rsidTr="006750F2">
        <w:trPr>
          <w:trHeight w:val="280"/>
        </w:trPr>
        <w:tc>
          <w:tcPr>
            <w:tcW w:w="919" w:type="dxa"/>
            <w:noWrap/>
            <w:hideMark/>
          </w:tcPr>
          <w:p w14:paraId="0EBC359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UBA3789</w:t>
            </w:r>
          </w:p>
        </w:tc>
        <w:tc>
          <w:tcPr>
            <w:tcW w:w="852" w:type="dxa"/>
            <w:noWrap/>
            <w:hideMark/>
          </w:tcPr>
          <w:p w14:paraId="65611C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597E07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52E045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0C4DA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B0C0D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8708A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07D4E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24368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F054D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97C22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A3585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25CFB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434A7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314B7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CDD57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284AD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726B262" w14:textId="77777777" w:rsidTr="006750F2">
        <w:trPr>
          <w:trHeight w:val="280"/>
        </w:trPr>
        <w:tc>
          <w:tcPr>
            <w:tcW w:w="919" w:type="dxa"/>
            <w:noWrap/>
            <w:hideMark/>
          </w:tcPr>
          <w:p w14:paraId="14528CF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UBA4951</w:t>
            </w:r>
          </w:p>
        </w:tc>
        <w:tc>
          <w:tcPr>
            <w:tcW w:w="852" w:type="dxa"/>
            <w:noWrap/>
            <w:hideMark/>
          </w:tcPr>
          <w:p w14:paraId="3DF6F4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460A62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768" w:type="dxa"/>
            <w:noWrap/>
            <w:hideMark/>
          </w:tcPr>
          <w:p w14:paraId="1765BE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550DA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9DFF5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FDC22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B2D00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88594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7ADBA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ED5F2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0BFC2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7A538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87217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BF0A7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A46F3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EFC11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405A2D6" w14:textId="77777777" w:rsidTr="006750F2">
        <w:trPr>
          <w:trHeight w:val="280"/>
        </w:trPr>
        <w:tc>
          <w:tcPr>
            <w:tcW w:w="919" w:type="dxa"/>
            <w:noWrap/>
            <w:hideMark/>
          </w:tcPr>
          <w:p w14:paraId="129615E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UBA5578</w:t>
            </w:r>
          </w:p>
        </w:tc>
        <w:tc>
          <w:tcPr>
            <w:tcW w:w="852" w:type="dxa"/>
            <w:noWrap/>
            <w:hideMark/>
          </w:tcPr>
          <w:p w14:paraId="22D3BA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2FAD64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29FC14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6BB4D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A9B97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E0F21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58220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C37CA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352D7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C23AA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F5AEE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E835C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06D87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4F609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2DD1DF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78352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6E5F77A" w14:textId="77777777" w:rsidTr="006750F2">
        <w:trPr>
          <w:trHeight w:val="280"/>
        </w:trPr>
        <w:tc>
          <w:tcPr>
            <w:tcW w:w="919" w:type="dxa"/>
            <w:noWrap/>
            <w:hideMark/>
          </w:tcPr>
          <w:p w14:paraId="5744B5F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UBA636</w:t>
            </w:r>
          </w:p>
        </w:tc>
        <w:tc>
          <w:tcPr>
            <w:tcW w:w="852" w:type="dxa"/>
            <w:noWrap/>
            <w:hideMark/>
          </w:tcPr>
          <w:p w14:paraId="0206D1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5AA7A6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6CAF55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D69AA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9C267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216FF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761DF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0D3AF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404E2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A6C08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D879D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6ABAF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379AC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DD113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8DD34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9463E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12CC325" w14:textId="77777777" w:rsidTr="006750F2">
        <w:trPr>
          <w:trHeight w:val="280"/>
        </w:trPr>
        <w:tc>
          <w:tcPr>
            <w:tcW w:w="919" w:type="dxa"/>
            <w:noWrap/>
            <w:hideMark/>
          </w:tcPr>
          <w:p w14:paraId="4F53EBB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UMGS1613</w:t>
            </w:r>
          </w:p>
        </w:tc>
        <w:tc>
          <w:tcPr>
            <w:tcW w:w="852" w:type="dxa"/>
            <w:noWrap/>
            <w:hideMark/>
          </w:tcPr>
          <w:p w14:paraId="6185E6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68E7B5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1C385C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94A91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CC683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6BB8F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47203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50D77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0BC07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884AF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53C3C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2DE26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F65A8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A0579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7F1100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A5B71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443CF34" w14:textId="77777777" w:rsidTr="006750F2">
        <w:trPr>
          <w:trHeight w:val="280"/>
        </w:trPr>
        <w:tc>
          <w:tcPr>
            <w:tcW w:w="919" w:type="dxa"/>
            <w:noWrap/>
            <w:hideMark/>
          </w:tcPr>
          <w:p w14:paraId="1D47265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UMGS995</w:t>
            </w:r>
          </w:p>
        </w:tc>
        <w:tc>
          <w:tcPr>
            <w:tcW w:w="852" w:type="dxa"/>
            <w:noWrap/>
            <w:hideMark/>
          </w:tcPr>
          <w:p w14:paraId="4D962D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1564D7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58A9DD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7A6FE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C7910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B6A7E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F716C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D696A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0387C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2143D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D80E3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4A783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96BA9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25546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C7D29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8BF76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7468505" w14:textId="77777777" w:rsidTr="006750F2">
        <w:trPr>
          <w:trHeight w:val="280"/>
        </w:trPr>
        <w:tc>
          <w:tcPr>
            <w:tcW w:w="919" w:type="dxa"/>
            <w:noWrap/>
            <w:hideMark/>
          </w:tcPr>
          <w:p w14:paraId="5870BFD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Ureaplasma</w:t>
            </w:r>
          </w:p>
        </w:tc>
        <w:tc>
          <w:tcPr>
            <w:tcW w:w="852" w:type="dxa"/>
            <w:noWrap/>
            <w:hideMark/>
          </w:tcPr>
          <w:p w14:paraId="787BFB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477A0A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2FF499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5BA0C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D7A75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E0438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2FDC9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D1565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8DD67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0DDB8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4F8E9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C2CD8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F7D47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41DD0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6D44B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94E98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DFA2DCF" w14:textId="77777777" w:rsidTr="006750F2">
        <w:trPr>
          <w:trHeight w:val="280"/>
        </w:trPr>
        <w:tc>
          <w:tcPr>
            <w:tcW w:w="919" w:type="dxa"/>
            <w:noWrap/>
            <w:hideMark/>
          </w:tcPr>
          <w:p w14:paraId="7769DC0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Ventrenecus</w:t>
            </w:r>
          </w:p>
        </w:tc>
        <w:tc>
          <w:tcPr>
            <w:tcW w:w="852" w:type="dxa"/>
            <w:noWrap/>
            <w:hideMark/>
          </w:tcPr>
          <w:p w14:paraId="332B79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Bacilli_A</w:t>
            </w:r>
          </w:p>
        </w:tc>
        <w:tc>
          <w:tcPr>
            <w:tcW w:w="513" w:type="dxa"/>
            <w:noWrap/>
            <w:hideMark/>
          </w:tcPr>
          <w:p w14:paraId="25F12A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2FEBD9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5F8D6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654EB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2EDEB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C7FD0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E5ECD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60A54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55EEF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60871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CFCAA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42C59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4690B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CE9FA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73316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9FD36E6" w14:textId="77777777" w:rsidTr="006750F2">
        <w:trPr>
          <w:trHeight w:val="280"/>
        </w:trPr>
        <w:tc>
          <w:tcPr>
            <w:tcW w:w="919" w:type="dxa"/>
            <w:noWrap/>
            <w:hideMark/>
          </w:tcPr>
          <w:p w14:paraId="11BC502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Halobacteriovorax</w:t>
            </w:r>
          </w:p>
        </w:tc>
        <w:tc>
          <w:tcPr>
            <w:tcW w:w="852" w:type="dxa"/>
            <w:noWrap/>
            <w:hideMark/>
          </w:tcPr>
          <w:p w14:paraId="005C3F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Bacteriovoracia</w:t>
            </w:r>
          </w:p>
        </w:tc>
        <w:tc>
          <w:tcPr>
            <w:tcW w:w="513" w:type="dxa"/>
            <w:noWrap/>
            <w:hideMark/>
          </w:tcPr>
          <w:p w14:paraId="6E031F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08DD05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21908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21" w:type="dxa"/>
            <w:noWrap/>
            <w:hideMark/>
          </w:tcPr>
          <w:p w14:paraId="35573D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ED7BD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59F84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3A704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909" w:type="dxa"/>
            <w:noWrap/>
            <w:hideMark/>
          </w:tcPr>
          <w:p w14:paraId="2968C0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51" w:type="dxa"/>
            <w:noWrap/>
            <w:hideMark/>
          </w:tcPr>
          <w:p w14:paraId="32AAAA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85624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BC6DC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70A8D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AF02F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B4AA7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A102F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69D6DD9F" w14:textId="77777777" w:rsidTr="006750F2">
        <w:trPr>
          <w:trHeight w:val="280"/>
        </w:trPr>
        <w:tc>
          <w:tcPr>
            <w:tcW w:w="919" w:type="dxa"/>
            <w:noWrap/>
            <w:hideMark/>
          </w:tcPr>
          <w:p w14:paraId="222FE70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2-12-FULL-35-15</w:t>
            </w:r>
          </w:p>
        </w:tc>
        <w:tc>
          <w:tcPr>
            <w:tcW w:w="852" w:type="dxa"/>
            <w:noWrap/>
            <w:hideMark/>
          </w:tcPr>
          <w:p w14:paraId="22BDD5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7C1C0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768" w:type="dxa"/>
            <w:noWrap/>
            <w:hideMark/>
          </w:tcPr>
          <w:p w14:paraId="0EFFB9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38A29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21.9</w:t>
            </w:r>
          </w:p>
        </w:tc>
        <w:tc>
          <w:tcPr>
            <w:tcW w:w="721" w:type="dxa"/>
            <w:noWrap/>
            <w:hideMark/>
          </w:tcPr>
          <w:p w14:paraId="66737B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76867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B6354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CA601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797BB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30D49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FC772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217EB6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527E3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65683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00901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492AB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640E540" w14:textId="77777777" w:rsidTr="006750F2">
        <w:trPr>
          <w:trHeight w:val="280"/>
        </w:trPr>
        <w:tc>
          <w:tcPr>
            <w:tcW w:w="919" w:type="dxa"/>
            <w:noWrap/>
            <w:hideMark/>
          </w:tcPr>
          <w:p w14:paraId="7301156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Aequorivita</w:t>
            </w:r>
          </w:p>
        </w:tc>
        <w:tc>
          <w:tcPr>
            <w:tcW w:w="852" w:type="dxa"/>
            <w:noWrap/>
            <w:hideMark/>
          </w:tcPr>
          <w:p w14:paraId="0B9EAE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197DE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68" w:type="dxa"/>
            <w:noWrap/>
            <w:hideMark/>
          </w:tcPr>
          <w:p w14:paraId="1A4FFF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A15C6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721" w:type="dxa"/>
            <w:noWrap/>
            <w:hideMark/>
          </w:tcPr>
          <w:p w14:paraId="007F14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53.3</w:t>
            </w:r>
          </w:p>
        </w:tc>
        <w:tc>
          <w:tcPr>
            <w:tcW w:w="674" w:type="dxa"/>
            <w:noWrap/>
            <w:hideMark/>
          </w:tcPr>
          <w:p w14:paraId="263B94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6AED0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B7B85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CCA5E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A9357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53.3</w:t>
            </w:r>
          </w:p>
        </w:tc>
        <w:tc>
          <w:tcPr>
            <w:tcW w:w="1008" w:type="dxa"/>
            <w:noWrap/>
            <w:hideMark/>
          </w:tcPr>
          <w:p w14:paraId="218FAB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1FB51D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24B22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78155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7C388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356DB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58A02BA3" w14:textId="77777777" w:rsidTr="006750F2">
        <w:trPr>
          <w:trHeight w:val="280"/>
        </w:trPr>
        <w:tc>
          <w:tcPr>
            <w:tcW w:w="919" w:type="dxa"/>
            <w:noWrap/>
            <w:hideMark/>
          </w:tcPr>
          <w:p w14:paraId="72A7984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Agriterribacter</w:t>
            </w:r>
          </w:p>
        </w:tc>
        <w:tc>
          <w:tcPr>
            <w:tcW w:w="852" w:type="dxa"/>
            <w:noWrap/>
            <w:hideMark/>
          </w:tcPr>
          <w:p w14:paraId="22898E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123E9C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070033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DBF19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21" w:type="dxa"/>
            <w:noWrap/>
            <w:hideMark/>
          </w:tcPr>
          <w:p w14:paraId="172FFB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26.7</w:t>
            </w:r>
          </w:p>
        </w:tc>
        <w:tc>
          <w:tcPr>
            <w:tcW w:w="674" w:type="dxa"/>
            <w:noWrap/>
            <w:hideMark/>
          </w:tcPr>
          <w:p w14:paraId="26DA0F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69658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0C545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B092C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9FEF5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26.7</w:t>
            </w:r>
          </w:p>
        </w:tc>
        <w:tc>
          <w:tcPr>
            <w:tcW w:w="1008" w:type="dxa"/>
            <w:noWrap/>
            <w:hideMark/>
          </w:tcPr>
          <w:p w14:paraId="0513F5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69C16B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C350A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59CF41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F2029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FD425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E71F32E" w14:textId="77777777" w:rsidTr="006750F2">
        <w:trPr>
          <w:trHeight w:val="280"/>
        </w:trPr>
        <w:tc>
          <w:tcPr>
            <w:tcW w:w="919" w:type="dxa"/>
            <w:noWrap/>
            <w:hideMark/>
          </w:tcPr>
          <w:p w14:paraId="13B6FA3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Algibacter</w:t>
            </w:r>
          </w:p>
        </w:tc>
        <w:tc>
          <w:tcPr>
            <w:tcW w:w="852" w:type="dxa"/>
            <w:noWrap/>
            <w:hideMark/>
          </w:tcPr>
          <w:p w14:paraId="6DA9B5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2B6C8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68" w:type="dxa"/>
            <w:noWrap/>
            <w:hideMark/>
          </w:tcPr>
          <w:p w14:paraId="5934F0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w:t>
            </w:r>
          </w:p>
        </w:tc>
        <w:tc>
          <w:tcPr>
            <w:tcW w:w="739" w:type="dxa"/>
            <w:noWrap/>
            <w:hideMark/>
          </w:tcPr>
          <w:p w14:paraId="5EFDD0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21" w:type="dxa"/>
            <w:noWrap/>
            <w:hideMark/>
          </w:tcPr>
          <w:p w14:paraId="4A2659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674" w:type="dxa"/>
            <w:noWrap/>
            <w:hideMark/>
          </w:tcPr>
          <w:p w14:paraId="3C4769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AA9C1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D7540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w:t>
            </w:r>
          </w:p>
        </w:tc>
        <w:tc>
          <w:tcPr>
            <w:tcW w:w="909" w:type="dxa"/>
            <w:noWrap/>
            <w:hideMark/>
          </w:tcPr>
          <w:p w14:paraId="163E55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104</w:t>
            </w:r>
          </w:p>
        </w:tc>
        <w:tc>
          <w:tcPr>
            <w:tcW w:w="751" w:type="dxa"/>
            <w:noWrap/>
            <w:hideMark/>
          </w:tcPr>
          <w:p w14:paraId="706AD1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1008" w:type="dxa"/>
            <w:noWrap/>
            <w:hideMark/>
          </w:tcPr>
          <w:p w14:paraId="4CE69B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5DC47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EC2C7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159EC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1CB05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49F4D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402C3F3E" w14:textId="77777777" w:rsidTr="006750F2">
        <w:trPr>
          <w:trHeight w:val="280"/>
        </w:trPr>
        <w:tc>
          <w:tcPr>
            <w:tcW w:w="919" w:type="dxa"/>
            <w:noWrap/>
            <w:hideMark/>
          </w:tcPr>
          <w:p w14:paraId="348AEF7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Algoriphagus</w:t>
            </w:r>
          </w:p>
        </w:tc>
        <w:tc>
          <w:tcPr>
            <w:tcW w:w="852" w:type="dxa"/>
            <w:noWrap/>
            <w:hideMark/>
          </w:tcPr>
          <w:p w14:paraId="5110CA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C23FB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w:t>
            </w:r>
          </w:p>
        </w:tc>
        <w:tc>
          <w:tcPr>
            <w:tcW w:w="768" w:type="dxa"/>
            <w:noWrap/>
            <w:hideMark/>
          </w:tcPr>
          <w:p w14:paraId="5B8113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27.5</w:t>
            </w:r>
          </w:p>
        </w:tc>
        <w:tc>
          <w:tcPr>
            <w:tcW w:w="739" w:type="dxa"/>
            <w:noWrap/>
            <w:hideMark/>
          </w:tcPr>
          <w:p w14:paraId="01D763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21" w:type="dxa"/>
            <w:noWrap/>
            <w:hideMark/>
          </w:tcPr>
          <w:p w14:paraId="3F228B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674" w:type="dxa"/>
            <w:noWrap/>
            <w:hideMark/>
          </w:tcPr>
          <w:p w14:paraId="2B40B5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C7DF7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792E4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10.1</w:t>
            </w:r>
          </w:p>
        </w:tc>
        <w:tc>
          <w:tcPr>
            <w:tcW w:w="909" w:type="dxa"/>
            <w:noWrap/>
            <w:hideMark/>
          </w:tcPr>
          <w:p w14:paraId="19431E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37.7</w:t>
            </w:r>
          </w:p>
        </w:tc>
        <w:tc>
          <w:tcPr>
            <w:tcW w:w="751" w:type="dxa"/>
            <w:noWrap/>
            <w:hideMark/>
          </w:tcPr>
          <w:p w14:paraId="3F00E5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1008" w:type="dxa"/>
            <w:noWrap/>
            <w:hideMark/>
          </w:tcPr>
          <w:p w14:paraId="208383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0513F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7F339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8E4B0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8518A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B4424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DD91789" w14:textId="77777777" w:rsidTr="006750F2">
        <w:trPr>
          <w:trHeight w:val="280"/>
        </w:trPr>
        <w:tc>
          <w:tcPr>
            <w:tcW w:w="919" w:type="dxa"/>
            <w:noWrap/>
            <w:hideMark/>
          </w:tcPr>
          <w:p w14:paraId="7C82FB2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Alistipes</w:t>
            </w:r>
          </w:p>
        </w:tc>
        <w:tc>
          <w:tcPr>
            <w:tcW w:w="852" w:type="dxa"/>
            <w:noWrap/>
            <w:hideMark/>
          </w:tcPr>
          <w:p w14:paraId="47E9C1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DB291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198</w:t>
            </w:r>
          </w:p>
        </w:tc>
        <w:tc>
          <w:tcPr>
            <w:tcW w:w="768" w:type="dxa"/>
            <w:noWrap/>
            <w:hideMark/>
          </w:tcPr>
          <w:p w14:paraId="768FD7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74105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47D88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EE582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5BFAD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57A4B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FC0FD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9D193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8275A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8C9C6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FE0C3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CC6F2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75A32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A5E47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3BFCDD6" w14:textId="77777777" w:rsidTr="006750F2">
        <w:trPr>
          <w:trHeight w:val="280"/>
        </w:trPr>
        <w:tc>
          <w:tcPr>
            <w:tcW w:w="919" w:type="dxa"/>
            <w:noWrap/>
            <w:hideMark/>
          </w:tcPr>
          <w:p w14:paraId="0C68E41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Alloprevotella</w:t>
            </w:r>
          </w:p>
        </w:tc>
        <w:tc>
          <w:tcPr>
            <w:tcW w:w="852" w:type="dxa"/>
            <w:noWrap/>
            <w:hideMark/>
          </w:tcPr>
          <w:p w14:paraId="2F035A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EAD8B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w:t>
            </w:r>
          </w:p>
        </w:tc>
        <w:tc>
          <w:tcPr>
            <w:tcW w:w="768" w:type="dxa"/>
            <w:noWrap/>
            <w:hideMark/>
          </w:tcPr>
          <w:p w14:paraId="52CCB9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2ED09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AA28B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8DC4A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62A44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EA56B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10.9</w:t>
            </w:r>
          </w:p>
        </w:tc>
        <w:tc>
          <w:tcPr>
            <w:tcW w:w="909" w:type="dxa"/>
            <w:noWrap/>
            <w:hideMark/>
          </w:tcPr>
          <w:p w14:paraId="3B26C6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10.9</w:t>
            </w:r>
          </w:p>
        </w:tc>
        <w:tc>
          <w:tcPr>
            <w:tcW w:w="751" w:type="dxa"/>
            <w:noWrap/>
            <w:hideMark/>
          </w:tcPr>
          <w:p w14:paraId="59AC8E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BD0C2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2B38E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D7943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02461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EBAD9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1325A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6D319AF4" w14:textId="77777777" w:rsidTr="006750F2">
        <w:trPr>
          <w:trHeight w:val="280"/>
        </w:trPr>
        <w:tc>
          <w:tcPr>
            <w:tcW w:w="919" w:type="dxa"/>
            <w:noWrap/>
            <w:hideMark/>
          </w:tcPr>
          <w:p w14:paraId="3048609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Aquimarina</w:t>
            </w:r>
          </w:p>
        </w:tc>
        <w:tc>
          <w:tcPr>
            <w:tcW w:w="852" w:type="dxa"/>
            <w:noWrap/>
            <w:hideMark/>
          </w:tcPr>
          <w:p w14:paraId="63AF20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50849A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768" w:type="dxa"/>
            <w:noWrap/>
            <w:hideMark/>
          </w:tcPr>
          <w:p w14:paraId="0A2DFF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42.9</w:t>
            </w:r>
          </w:p>
        </w:tc>
        <w:tc>
          <w:tcPr>
            <w:tcW w:w="739" w:type="dxa"/>
            <w:noWrap/>
            <w:hideMark/>
          </w:tcPr>
          <w:p w14:paraId="21B9C8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21" w:type="dxa"/>
            <w:noWrap/>
            <w:hideMark/>
          </w:tcPr>
          <w:p w14:paraId="6F58A4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18.6</w:t>
            </w:r>
          </w:p>
        </w:tc>
        <w:tc>
          <w:tcPr>
            <w:tcW w:w="674" w:type="dxa"/>
            <w:noWrap/>
            <w:hideMark/>
          </w:tcPr>
          <w:p w14:paraId="36BB22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42B9B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8012A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909" w:type="dxa"/>
            <w:noWrap/>
            <w:hideMark/>
          </w:tcPr>
          <w:p w14:paraId="3FD594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72.9</w:t>
            </w:r>
          </w:p>
        </w:tc>
        <w:tc>
          <w:tcPr>
            <w:tcW w:w="751" w:type="dxa"/>
            <w:noWrap/>
            <w:hideMark/>
          </w:tcPr>
          <w:p w14:paraId="7FA48D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18.6</w:t>
            </w:r>
          </w:p>
        </w:tc>
        <w:tc>
          <w:tcPr>
            <w:tcW w:w="1008" w:type="dxa"/>
            <w:noWrap/>
            <w:hideMark/>
          </w:tcPr>
          <w:p w14:paraId="66DA06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527BD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098E7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4FF0B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76F2F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F8505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62A8D028" w14:textId="77777777" w:rsidTr="006750F2">
        <w:trPr>
          <w:trHeight w:val="280"/>
        </w:trPr>
        <w:tc>
          <w:tcPr>
            <w:tcW w:w="919" w:type="dxa"/>
            <w:noWrap/>
            <w:hideMark/>
          </w:tcPr>
          <w:p w14:paraId="2312621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Arenibacter</w:t>
            </w:r>
          </w:p>
        </w:tc>
        <w:tc>
          <w:tcPr>
            <w:tcW w:w="852" w:type="dxa"/>
            <w:noWrap/>
            <w:hideMark/>
          </w:tcPr>
          <w:p w14:paraId="134A42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2F1BD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2F1274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38.1</w:t>
            </w:r>
          </w:p>
        </w:tc>
        <w:tc>
          <w:tcPr>
            <w:tcW w:w="739" w:type="dxa"/>
            <w:noWrap/>
            <w:hideMark/>
          </w:tcPr>
          <w:p w14:paraId="721F05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721" w:type="dxa"/>
            <w:noWrap/>
            <w:hideMark/>
          </w:tcPr>
          <w:p w14:paraId="2B172F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674" w:type="dxa"/>
            <w:noWrap/>
            <w:hideMark/>
          </w:tcPr>
          <w:p w14:paraId="3389D1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93FC1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DFECC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2F288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38.1</w:t>
            </w:r>
          </w:p>
        </w:tc>
        <w:tc>
          <w:tcPr>
            <w:tcW w:w="751" w:type="dxa"/>
            <w:noWrap/>
            <w:hideMark/>
          </w:tcPr>
          <w:p w14:paraId="4D5F7E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1008" w:type="dxa"/>
            <w:noWrap/>
            <w:hideMark/>
          </w:tcPr>
          <w:p w14:paraId="637429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A760A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D8C11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17C21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22974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B5E10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27D8429" w14:textId="77777777" w:rsidTr="006750F2">
        <w:trPr>
          <w:trHeight w:val="280"/>
        </w:trPr>
        <w:tc>
          <w:tcPr>
            <w:tcW w:w="919" w:type="dxa"/>
            <w:noWrap/>
            <w:hideMark/>
          </w:tcPr>
          <w:p w14:paraId="01466EF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Aureibaculum</w:t>
            </w:r>
          </w:p>
        </w:tc>
        <w:tc>
          <w:tcPr>
            <w:tcW w:w="852" w:type="dxa"/>
            <w:noWrap/>
            <w:hideMark/>
          </w:tcPr>
          <w:p w14:paraId="061BCA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734008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7AA01A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39" w:type="dxa"/>
            <w:noWrap/>
            <w:hideMark/>
          </w:tcPr>
          <w:p w14:paraId="6B30D3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21" w:type="dxa"/>
            <w:noWrap/>
            <w:hideMark/>
          </w:tcPr>
          <w:p w14:paraId="4B3E56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674" w:type="dxa"/>
            <w:noWrap/>
            <w:hideMark/>
          </w:tcPr>
          <w:p w14:paraId="3183AA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327B7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5C845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909" w:type="dxa"/>
            <w:noWrap/>
            <w:hideMark/>
          </w:tcPr>
          <w:p w14:paraId="2F2805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51" w:type="dxa"/>
            <w:noWrap/>
            <w:hideMark/>
          </w:tcPr>
          <w:p w14:paraId="2D57AA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1008" w:type="dxa"/>
            <w:noWrap/>
            <w:hideMark/>
          </w:tcPr>
          <w:p w14:paraId="1736DE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F0A86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1D387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AFC17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42FD5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A1C15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EA2B475" w14:textId="77777777" w:rsidTr="006750F2">
        <w:trPr>
          <w:trHeight w:val="280"/>
        </w:trPr>
        <w:tc>
          <w:tcPr>
            <w:tcW w:w="919" w:type="dxa"/>
            <w:noWrap/>
            <w:hideMark/>
          </w:tcPr>
          <w:p w14:paraId="6443EA3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B1</w:t>
            </w:r>
          </w:p>
        </w:tc>
        <w:tc>
          <w:tcPr>
            <w:tcW w:w="852" w:type="dxa"/>
            <w:noWrap/>
            <w:hideMark/>
          </w:tcPr>
          <w:p w14:paraId="1C7C36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44BC6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4A1C22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45736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0C3F1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81CEA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87019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F92B7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A9E6C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AACAB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D3266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18D7C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BDD44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2A683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90099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71EAB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E8DA190" w14:textId="77777777" w:rsidTr="006750F2">
        <w:trPr>
          <w:trHeight w:val="280"/>
        </w:trPr>
        <w:tc>
          <w:tcPr>
            <w:tcW w:w="919" w:type="dxa"/>
            <w:noWrap/>
            <w:hideMark/>
          </w:tcPr>
          <w:p w14:paraId="42F1DA2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Bact-08</w:t>
            </w:r>
          </w:p>
        </w:tc>
        <w:tc>
          <w:tcPr>
            <w:tcW w:w="852" w:type="dxa"/>
            <w:noWrap/>
            <w:hideMark/>
          </w:tcPr>
          <w:p w14:paraId="5349CD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516052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775BFA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EAF0E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CBF0B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81B52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B39AE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EE769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95.5</w:t>
            </w:r>
          </w:p>
        </w:tc>
        <w:tc>
          <w:tcPr>
            <w:tcW w:w="909" w:type="dxa"/>
            <w:noWrap/>
            <w:hideMark/>
          </w:tcPr>
          <w:p w14:paraId="5EC030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95.5</w:t>
            </w:r>
          </w:p>
        </w:tc>
        <w:tc>
          <w:tcPr>
            <w:tcW w:w="751" w:type="dxa"/>
            <w:noWrap/>
            <w:hideMark/>
          </w:tcPr>
          <w:p w14:paraId="0E22C3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6A0BA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F2C6E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69E88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2AE8D7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1A4BF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8465D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019698BD" w14:textId="77777777" w:rsidTr="006750F2">
        <w:trPr>
          <w:trHeight w:val="280"/>
        </w:trPr>
        <w:tc>
          <w:tcPr>
            <w:tcW w:w="919" w:type="dxa"/>
            <w:noWrap/>
            <w:hideMark/>
          </w:tcPr>
          <w:p w14:paraId="4A7BFD0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Bact-11</w:t>
            </w:r>
          </w:p>
        </w:tc>
        <w:tc>
          <w:tcPr>
            <w:tcW w:w="852" w:type="dxa"/>
            <w:noWrap/>
            <w:hideMark/>
          </w:tcPr>
          <w:p w14:paraId="11A80A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769795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303FFF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23DAC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30451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7B203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343C1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96C4A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15.8</w:t>
            </w:r>
          </w:p>
        </w:tc>
        <w:tc>
          <w:tcPr>
            <w:tcW w:w="909" w:type="dxa"/>
            <w:noWrap/>
            <w:hideMark/>
          </w:tcPr>
          <w:p w14:paraId="3A8042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15.8</w:t>
            </w:r>
          </w:p>
        </w:tc>
        <w:tc>
          <w:tcPr>
            <w:tcW w:w="751" w:type="dxa"/>
            <w:noWrap/>
            <w:hideMark/>
          </w:tcPr>
          <w:p w14:paraId="659134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E944E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A9DF4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8C6B4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A13B8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19ADD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D3126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DAF64B3" w14:textId="77777777" w:rsidTr="006750F2">
        <w:trPr>
          <w:trHeight w:val="280"/>
        </w:trPr>
        <w:tc>
          <w:tcPr>
            <w:tcW w:w="919" w:type="dxa"/>
            <w:noWrap/>
            <w:hideMark/>
          </w:tcPr>
          <w:p w14:paraId="096E327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Bact-19</w:t>
            </w:r>
          </w:p>
        </w:tc>
        <w:tc>
          <w:tcPr>
            <w:tcW w:w="852" w:type="dxa"/>
            <w:noWrap/>
            <w:hideMark/>
          </w:tcPr>
          <w:p w14:paraId="63922A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7977B1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7FF126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16BCE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FEBB6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0B79C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F02A7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3D2C1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22.7</w:t>
            </w:r>
          </w:p>
        </w:tc>
        <w:tc>
          <w:tcPr>
            <w:tcW w:w="909" w:type="dxa"/>
            <w:noWrap/>
            <w:hideMark/>
          </w:tcPr>
          <w:p w14:paraId="574614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22.7</w:t>
            </w:r>
          </w:p>
        </w:tc>
        <w:tc>
          <w:tcPr>
            <w:tcW w:w="751" w:type="dxa"/>
            <w:noWrap/>
            <w:hideMark/>
          </w:tcPr>
          <w:p w14:paraId="369406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7D27A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0B0F4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FAE56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E3141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2B740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B210A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4FEC53F" w14:textId="77777777" w:rsidTr="006750F2">
        <w:trPr>
          <w:trHeight w:val="280"/>
        </w:trPr>
        <w:tc>
          <w:tcPr>
            <w:tcW w:w="919" w:type="dxa"/>
            <w:noWrap/>
            <w:hideMark/>
          </w:tcPr>
          <w:p w14:paraId="2CB70A3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Bacteroides</w:t>
            </w:r>
          </w:p>
        </w:tc>
        <w:tc>
          <w:tcPr>
            <w:tcW w:w="852" w:type="dxa"/>
            <w:noWrap/>
            <w:hideMark/>
          </w:tcPr>
          <w:p w14:paraId="051066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12BD5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187</w:t>
            </w:r>
          </w:p>
        </w:tc>
        <w:tc>
          <w:tcPr>
            <w:tcW w:w="768" w:type="dxa"/>
            <w:noWrap/>
            <w:hideMark/>
          </w:tcPr>
          <w:p w14:paraId="69AAD9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A5E7F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21" w:type="dxa"/>
            <w:noWrap/>
            <w:hideMark/>
          </w:tcPr>
          <w:p w14:paraId="763D75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EDE51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694" w:type="dxa"/>
            <w:noWrap/>
            <w:hideMark/>
          </w:tcPr>
          <w:p w14:paraId="21DF31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A6D94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w:t>
            </w:r>
          </w:p>
        </w:tc>
        <w:tc>
          <w:tcPr>
            <w:tcW w:w="909" w:type="dxa"/>
            <w:noWrap/>
            <w:hideMark/>
          </w:tcPr>
          <w:p w14:paraId="28E73C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59.9</w:t>
            </w:r>
          </w:p>
        </w:tc>
        <w:tc>
          <w:tcPr>
            <w:tcW w:w="751" w:type="dxa"/>
            <w:noWrap/>
            <w:hideMark/>
          </w:tcPr>
          <w:p w14:paraId="4A0076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EBE30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16440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E0104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8037B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8B013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5E8F4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62F276D" w14:textId="77777777" w:rsidTr="006750F2">
        <w:trPr>
          <w:trHeight w:val="280"/>
        </w:trPr>
        <w:tc>
          <w:tcPr>
            <w:tcW w:w="919" w:type="dxa"/>
            <w:noWrap/>
            <w:hideMark/>
          </w:tcPr>
          <w:p w14:paraId="5CE1D12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Barnesiella</w:t>
            </w:r>
          </w:p>
        </w:tc>
        <w:tc>
          <w:tcPr>
            <w:tcW w:w="852" w:type="dxa"/>
            <w:noWrap/>
            <w:hideMark/>
          </w:tcPr>
          <w:p w14:paraId="5E21F2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576011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1B85A9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1C9E8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9EA1E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59CC7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AA63B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640BC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C97BF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4A3A9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5AA66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52340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46BBF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49CE3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1C95E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54AEB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FBEA26B" w14:textId="77777777" w:rsidTr="006750F2">
        <w:trPr>
          <w:trHeight w:val="280"/>
        </w:trPr>
        <w:tc>
          <w:tcPr>
            <w:tcW w:w="919" w:type="dxa"/>
            <w:noWrap/>
            <w:hideMark/>
          </w:tcPr>
          <w:p w14:paraId="7A08572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Belliella</w:t>
            </w:r>
          </w:p>
        </w:tc>
        <w:tc>
          <w:tcPr>
            <w:tcW w:w="852" w:type="dxa"/>
            <w:noWrap/>
            <w:hideMark/>
          </w:tcPr>
          <w:p w14:paraId="2D03D2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69E0B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783676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C7103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6A70F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674" w:type="dxa"/>
            <w:noWrap/>
            <w:hideMark/>
          </w:tcPr>
          <w:p w14:paraId="020265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0E95F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40876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909" w:type="dxa"/>
            <w:noWrap/>
            <w:hideMark/>
          </w:tcPr>
          <w:p w14:paraId="53AE20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5A27ED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1008" w:type="dxa"/>
            <w:noWrap/>
            <w:hideMark/>
          </w:tcPr>
          <w:p w14:paraId="48C791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B1706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D5534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8CE12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4ACE1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75415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C3E6CE1" w14:textId="77777777" w:rsidTr="006750F2">
        <w:trPr>
          <w:trHeight w:val="280"/>
        </w:trPr>
        <w:tc>
          <w:tcPr>
            <w:tcW w:w="919" w:type="dxa"/>
            <w:noWrap/>
            <w:hideMark/>
          </w:tcPr>
          <w:p w14:paraId="0F69A8A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Blattabacterium</w:t>
            </w:r>
          </w:p>
        </w:tc>
        <w:tc>
          <w:tcPr>
            <w:tcW w:w="852" w:type="dxa"/>
            <w:noWrap/>
            <w:hideMark/>
          </w:tcPr>
          <w:p w14:paraId="637706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83F3B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w:t>
            </w:r>
          </w:p>
        </w:tc>
        <w:tc>
          <w:tcPr>
            <w:tcW w:w="768" w:type="dxa"/>
            <w:noWrap/>
            <w:hideMark/>
          </w:tcPr>
          <w:p w14:paraId="5CCA24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1F322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77B46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F4F2C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B6FCB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ACC50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B49E4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CBD96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034D1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5640A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9FCCD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25FC6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F4E58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B9C0A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F704A94" w14:textId="77777777" w:rsidTr="006750F2">
        <w:trPr>
          <w:trHeight w:val="280"/>
        </w:trPr>
        <w:tc>
          <w:tcPr>
            <w:tcW w:w="919" w:type="dxa"/>
            <w:noWrap/>
            <w:hideMark/>
          </w:tcPr>
          <w:p w14:paraId="01E3F77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Bog-950</w:t>
            </w:r>
          </w:p>
        </w:tc>
        <w:tc>
          <w:tcPr>
            <w:tcW w:w="852" w:type="dxa"/>
            <w:noWrap/>
            <w:hideMark/>
          </w:tcPr>
          <w:p w14:paraId="219950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11AA32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4967EB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2C710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13.3</w:t>
            </w:r>
          </w:p>
        </w:tc>
        <w:tc>
          <w:tcPr>
            <w:tcW w:w="721" w:type="dxa"/>
            <w:noWrap/>
            <w:hideMark/>
          </w:tcPr>
          <w:p w14:paraId="19D0BA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79EA6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C5715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3D34D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C554E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FB96B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756DC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4A472E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7D4DE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C6808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E1BCF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BF34A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6D668E7" w14:textId="77777777" w:rsidTr="006750F2">
        <w:trPr>
          <w:trHeight w:val="280"/>
        </w:trPr>
        <w:tc>
          <w:tcPr>
            <w:tcW w:w="919" w:type="dxa"/>
            <w:noWrap/>
            <w:hideMark/>
          </w:tcPr>
          <w:p w14:paraId="51E9E13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Brumimicrobium</w:t>
            </w:r>
          </w:p>
        </w:tc>
        <w:tc>
          <w:tcPr>
            <w:tcW w:w="852" w:type="dxa"/>
            <w:noWrap/>
            <w:hideMark/>
          </w:tcPr>
          <w:p w14:paraId="1471BF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ACB12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0B9DCC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FCB29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21" w:type="dxa"/>
            <w:noWrap/>
            <w:hideMark/>
          </w:tcPr>
          <w:p w14:paraId="7013C7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674" w:type="dxa"/>
            <w:noWrap/>
            <w:hideMark/>
          </w:tcPr>
          <w:p w14:paraId="41EBB7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ADB84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282CD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909" w:type="dxa"/>
            <w:noWrap/>
            <w:hideMark/>
          </w:tcPr>
          <w:p w14:paraId="0F0F62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51" w:type="dxa"/>
            <w:noWrap/>
            <w:hideMark/>
          </w:tcPr>
          <w:p w14:paraId="5C2F9B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1008" w:type="dxa"/>
            <w:noWrap/>
            <w:hideMark/>
          </w:tcPr>
          <w:p w14:paraId="297DAB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52C87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84B13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32F78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F33E9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5A49A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ADCA34B" w14:textId="77777777" w:rsidTr="006750F2">
        <w:trPr>
          <w:trHeight w:val="280"/>
        </w:trPr>
        <w:tc>
          <w:tcPr>
            <w:tcW w:w="919" w:type="dxa"/>
            <w:noWrap/>
            <w:hideMark/>
          </w:tcPr>
          <w:p w14:paraId="2A83448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Butyricimonas</w:t>
            </w:r>
          </w:p>
        </w:tc>
        <w:tc>
          <w:tcPr>
            <w:tcW w:w="852" w:type="dxa"/>
            <w:noWrap/>
            <w:hideMark/>
          </w:tcPr>
          <w:p w14:paraId="08E9BE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A4C4F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2C8717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59841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D1D2D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36BEC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E4C81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80D00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909" w:type="dxa"/>
            <w:noWrap/>
            <w:hideMark/>
          </w:tcPr>
          <w:p w14:paraId="15D8C4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751" w:type="dxa"/>
            <w:noWrap/>
            <w:hideMark/>
          </w:tcPr>
          <w:p w14:paraId="3803D7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67AA4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A0D16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3291F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BA116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DF63D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AA519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A2B4FD1" w14:textId="77777777" w:rsidTr="006750F2">
        <w:trPr>
          <w:trHeight w:val="280"/>
        </w:trPr>
        <w:tc>
          <w:tcPr>
            <w:tcW w:w="919" w:type="dxa"/>
            <w:noWrap/>
            <w:hideMark/>
          </w:tcPr>
          <w:p w14:paraId="7D7166C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CAG-873</w:t>
            </w:r>
          </w:p>
        </w:tc>
        <w:tc>
          <w:tcPr>
            <w:tcW w:w="852" w:type="dxa"/>
            <w:noWrap/>
            <w:hideMark/>
          </w:tcPr>
          <w:p w14:paraId="028209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51A27A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86</w:t>
            </w:r>
          </w:p>
        </w:tc>
        <w:tc>
          <w:tcPr>
            <w:tcW w:w="768" w:type="dxa"/>
            <w:noWrap/>
            <w:hideMark/>
          </w:tcPr>
          <w:p w14:paraId="612F9E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AE859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EBF46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AFB52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68B59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AE2C6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8F139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937E8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0F079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4620D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0A9A6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759D4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4C4115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7E152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19B05DC" w14:textId="77777777" w:rsidTr="006750F2">
        <w:trPr>
          <w:trHeight w:val="280"/>
        </w:trPr>
        <w:tc>
          <w:tcPr>
            <w:tcW w:w="919" w:type="dxa"/>
            <w:noWrap/>
            <w:hideMark/>
          </w:tcPr>
          <w:p w14:paraId="0AA1C54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CAIVAT01</w:t>
            </w:r>
          </w:p>
        </w:tc>
        <w:tc>
          <w:tcPr>
            <w:tcW w:w="852" w:type="dxa"/>
            <w:noWrap/>
            <w:hideMark/>
          </w:tcPr>
          <w:p w14:paraId="7B1A82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431A85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6B9130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C00DF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26.7</w:t>
            </w:r>
          </w:p>
        </w:tc>
        <w:tc>
          <w:tcPr>
            <w:tcW w:w="721" w:type="dxa"/>
            <w:noWrap/>
            <w:hideMark/>
          </w:tcPr>
          <w:p w14:paraId="087CAE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23225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8C51C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CF64D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13.3</w:t>
            </w:r>
          </w:p>
        </w:tc>
        <w:tc>
          <w:tcPr>
            <w:tcW w:w="909" w:type="dxa"/>
            <w:noWrap/>
            <w:hideMark/>
          </w:tcPr>
          <w:p w14:paraId="2001A8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13.3</w:t>
            </w:r>
          </w:p>
        </w:tc>
        <w:tc>
          <w:tcPr>
            <w:tcW w:w="751" w:type="dxa"/>
            <w:noWrap/>
            <w:hideMark/>
          </w:tcPr>
          <w:p w14:paraId="7AB92C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CDC37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74E0E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88B37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FE75C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9E015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49E8D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FD68292" w14:textId="77777777" w:rsidTr="006750F2">
        <w:trPr>
          <w:trHeight w:val="280"/>
        </w:trPr>
        <w:tc>
          <w:tcPr>
            <w:tcW w:w="919" w:type="dxa"/>
            <w:noWrap/>
            <w:hideMark/>
          </w:tcPr>
          <w:p w14:paraId="133CB53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Caccoplasma</w:t>
            </w:r>
          </w:p>
        </w:tc>
        <w:tc>
          <w:tcPr>
            <w:tcW w:w="852" w:type="dxa"/>
            <w:noWrap/>
            <w:hideMark/>
          </w:tcPr>
          <w:p w14:paraId="1B0004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AC110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0B92D3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AC099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9D422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A3D03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1B3DF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C917B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43512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320AD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7A646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0EE9E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D441D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927A3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0ABAA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4C335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9FC9F5D" w14:textId="77777777" w:rsidTr="006750F2">
        <w:trPr>
          <w:trHeight w:val="280"/>
        </w:trPr>
        <w:tc>
          <w:tcPr>
            <w:tcW w:w="919" w:type="dxa"/>
            <w:noWrap/>
            <w:hideMark/>
          </w:tcPr>
          <w:p w14:paraId="435BFA5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Capnocytophaga</w:t>
            </w:r>
          </w:p>
        </w:tc>
        <w:tc>
          <w:tcPr>
            <w:tcW w:w="852" w:type="dxa"/>
            <w:noWrap/>
            <w:hideMark/>
          </w:tcPr>
          <w:p w14:paraId="3AA003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7C520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768" w:type="dxa"/>
            <w:noWrap/>
            <w:hideMark/>
          </w:tcPr>
          <w:p w14:paraId="507EAA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66B2B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869F9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674" w:type="dxa"/>
            <w:noWrap/>
            <w:hideMark/>
          </w:tcPr>
          <w:p w14:paraId="14948D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20502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539E4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909" w:type="dxa"/>
            <w:noWrap/>
            <w:hideMark/>
          </w:tcPr>
          <w:p w14:paraId="090FA1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51" w:type="dxa"/>
            <w:noWrap/>
            <w:hideMark/>
          </w:tcPr>
          <w:p w14:paraId="37A14F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1008" w:type="dxa"/>
            <w:noWrap/>
            <w:hideMark/>
          </w:tcPr>
          <w:p w14:paraId="4285F9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8CBCD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D8998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298FB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1E73D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F40F4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1E19202F" w14:textId="77777777" w:rsidTr="006750F2">
        <w:trPr>
          <w:trHeight w:val="280"/>
        </w:trPr>
        <w:tc>
          <w:tcPr>
            <w:tcW w:w="919" w:type="dxa"/>
            <w:noWrap/>
            <w:hideMark/>
          </w:tcPr>
          <w:p w14:paraId="5B7A777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Carboxylicivirga</w:t>
            </w:r>
          </w:p>
        </w:tc>
        <w:tc>
          <w:tcPr>
            <w:tcW w:w="852" w:type="dxa"/>
            <w:noWrap/>
            <w:hideMark/>
          </w:tcPr>
          <w:p w14:paraId="04470C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34AE71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233EA1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739" w:type="dxa"/>
            <w:noWrap/>
            <w:hideMark/>
          </w:tcPr>
          <w:p w14:paraId="34C83F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12FF1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75118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30.8</w:t>
            </w:r>
          </w:p>
        </w:tc>
        <w:tc>
          <w:tcPr>
            <w:tcW w:w="694" w:type="dxa"/>
            <w:noWrap/>
            <w:hideMark/>
          </w:tcPr>
          <w:p w14:paraId="6D1E9A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A0F1D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909" w:type="dxa"/>
            <w:noWrap/>
            <w:hideMark/>
          </w:tcPr>
          <w:p w14:paraId="40EDFC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138.5</w:t>
            </w:r>
          </w:p>
        </w:tc>
        <w:tc>
          <w:tcPr>
            <w:tcW w:w="751" w:type="dxa"/>
            <w:noWrap/>
            <w:hideMark/>
          </w:tcPr>
          <w:p w14:paraId="050F9A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2B0A8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E4EF7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66D65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DD4CA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77567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E012C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1BB51CCD" w14:textId="77777777" w:rsidTr="006750F2">
        <w:trPr>
          <w:trHeight w:val="280"/>
        </w:trPr>
        <w:tc>
          <w:tcPr>
            <w:tcW w:w="919" w:type="dxa"/>
            <w:noWrap/>
            <w:hideMark/>
          </w:tcPr>
          <w:p w14:paraId="44F477C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Cellulophaga</w:t>
            </w:r>
          </w:p>
        </w:tc>
        <w:tc>
          <w:tcPr>
            <w:tcW w:w="852" w:type="dxa"/>
            <w:noWrap/>
            <w:hideMark/>
          </w:tcPr>
          <w:p w14:paraId="71A4CD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5A6547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7A7DD0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47.1</w:t>
            </w:r>
          </w:p>
        </w:tc>
        <w:tc>
          <w:tcPr>
            <w:tcW w:w="739" w:type="dxa"/>
            <w:noWrap/>
            <w:hideMark/>
          </w:tcPr>
          <w:p w14:paraId="47C17D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23.5</w:t>
            </w:r>
          </w:p>
        </w:tc>
        <w:tc>
          <w:tcPr>
            <w:tcW w:w="721" w:type="dxa"/>
            <w:noWrap/>
            <w:hideMark/>
          </w:tcPr>
          <w:p w14:paraId="6507F0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w:t>
            </w:r>
          </w:p>
        </w:tc>
        <w:tc>
          <w:tcPr>
            <w:tcW w:w="674" w:type="dxa"/>
            <w:noWrap/>
            <w:hideMark/>
          </w:tcPr>
          <w:p w14:paraId="7CB328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01A97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735DB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82972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47.1</w:t>
            </w:r>
          </w:p>
        </w:tc>
        <w:tc>
          <w:tcPr>
            <w:tcW w:w="751" w:type="dxa"/>
            <w:noWrap/>
            <w:hideMark/>
          </w:tcPr>
          <w:p w14:paraId="39206C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w:t>
            </w:r>
          </w:p>
        </w:tc>
        <w:tc>
          <w:tcPr>
            <w:tcW w:w="1008" w:type="dxa"/>
            <w:noWrap/>
            <w:hideMark/>
          </w:tcPr>
          <w:p w14:paraId="2BF53B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A0A0A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E46C0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B5475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23AD7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676EE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A38570D" w14:textId="77777777" w:rsidTr="006750F2">
        <w:trPr>
          <w:trHeight w:val="280"/>
        </w:trPr>
        <w:tc>
          <w:tcPr>
            <w:tcW w:w="919" w:type="dxa"/>
            <w:noWrap/>
            <w:hideMark/>
          </w:tcPr>
          <w:p w14:paraId="0E1E998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Chitinophaga</w:t>
            </w:r>
          </w:p>
        </w:tc>
        <w:tc>
          <w:tcPr>
            <w:tcW w:w="852" w:type="dxa"/>
            <w:noWrap/>
            <w:hideMark/>
          </w:tcPr>
          <w:p w14:paraId="46F474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B1BF1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768" w:type="dxa"/>
            <w:noWrap/>
            <w:hideMark/>
          </w:tcPr>
          <w:p w14:paraId="6A079F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32.5</w:t>
            </w:r>
          </w:p>
        </w:tc>
        <w:tc>
          <w:tcPr>
            <w:tcW w:w="739" w:type="dxa"/>
            <w:noWrap/>
            <w:hideMark/>
          </w:tcPr>
          <w:p w14:paraId="4182CB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1D292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w:t>
            </w:r>
          </w:p>
        </w:tc>
        <w:tc>
          <w:tcPr>
            <w:tcW w:w="674" w:type="dxa"/>
            <w:noWrap/>
            <w:hideMark/>
          </w:tcPr>
          <w:p w14:paraId="163812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01FD0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F9736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6FF94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32.5</w:t>
            </w:r>
          </w:p>
        </w:tc>
        <w:tc>
          <w:tcPr>
            <w:tcW w:w="751" w:type="dxa"/>
            <w:noWrap/>
            <w:hideMark/>
          </w:tcPr>
          <w:p w14:paraId="55E9A2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w:t>
            </w:r>
          </w:p>
        </w:tc>
        <w:tc>
          <w:tcPr>
            <w:tcW w:w="1008" w:type="dxa"/>
            <w:noWrap/>
            <w:hideMark/>
          </w:tcPr>
          <w:p w14:paraId="7EF975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31602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E787D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2F6EA2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256D4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83527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984B28F" w14:textId="77777777" w:rsidTr="006750F2">
        <w:trPr>
          <w:trHeight w:val="280"/>
        </w:trPr>
        <w:tc>
          <w:tcPr>
            <w:tcW w:w="919" w:type="dxa"/>
            <w:noWrap/>
            <w:hideMark/>
          </w:tcPr>
          <w:p w14:paraId="6E705E7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Chryseobacterium</w:t>
            </w:r>
          </w:p>
        </w:tc>
        <w:tc>
          <w:tcPr>
            <w:tcW w:w="852" w:type="dxa"/>
            <w:noWrap/>
            <w:hideMark/>
          </w:tcPr>
          <w:p w14:paraId="67E600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7DB320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218</w:t>
            </w:r>
          </w:p>
        </w:tc>
        <w:tc>
          <w:tcPr>
            <w:tcW w:w="768" w:type="dxa"/>
            <w:noWrap/>
            <w:hideMark/>
          </w:tcPr>
          <w:p w14:paraId="5BE8B8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A0469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65045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14.7</w:t>
            </w:r>
          </w:p>
        </w:tc>
        <w:tc>
          <w:tcPr>
            <w:tcW w:w="674" w:type="dxa"/>
            <w:noWrap/>
            <w:hideMark/>
          </w:tcPr>
          <w:p w14:paraId="309429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F1BA3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25988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0.5</w:t>
            </w:r>
          </w:p>
        </w:tc>
        <w:tc>
          <w:tcPr>
            <w:tcW w:w="909" w:type="dxa"/>
            <w:noWrap/>
            <w:hideMark/>
          </w:tcPr>
          <w:p w14:paraId="5FDA6D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0.5</w:t>
            </w:r>
          </w:p>
        </w:tc>
        <w:tc>
          <w:tcPr>
            <w:tcW w:w="751" w:type="dxa"/>
            <w:noWrap/>
            <w:hideMark/>
          </w:tcPr>
          <w:p w14:paraId="59A348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14.7</w:t>
            </w:r>
          </w:p>
        </w:tc>
        <w:tc>
          <w:tcPr>
            <w:tcW w:w="1008" w:type="dxa"/>
            <w:noWrap/>
            <w:hideMark/>
          </w:tcPr>
          <w:p w14:paraId="683298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807A0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7A138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EEF4F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1DD3E9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5A8D8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DB71148" w14:textId="77777777" w:rsidTr="006750F2">
        <w:trPr>
          <w:trHeight w:val="280"/>
        </w:trPr>
        <w:tc>
          <w:tcPr>
            <w:tcW w:w="919" w:type="dxa"/>
            <w:noWrap/>
            <w:hideMark/>
          </w:tcPr>
          <w:p w14:paraId="12C2D85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Cloacibacterium</w:t>
            </w:r>
          </w:p>
        </w:tc>
        <w:tc>
          <w:tcPr>
            <w:tcW w:w="852" w:type="dxa"/>
            <w:noWrap/>
            <w:hideMark/>
          </w:tcPr>
          <w:p w14:paraId="57F150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5F97E3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61053F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165F1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EE148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674" w:type="dxa"/>
            <w:noWrap/>
            <w:hideMark/>
          </w:tcPr>
          <w:p w14:paraId="03B390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AB9AF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08011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C20C2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FD8FE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1008" w:type="dxa"/>
            <w:noWrap/>
            <w:hideMark/>
          </w:tcPr>
          <w:p w14:paraId="42AC23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60E173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418AC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0192EA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C4B94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A8B51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A9541B6" w14:textId="77777777" w:rsidTr="006750F2">
        <w:trPr>
          <w:trHeight w:val="280"/>
        </w:trPr>
        <w:tc>
          <w:tcPr>
            <w:tcW w:w="919" w:type="dxa"/>
            <w:noWrap/>
            <w:hideMark/>
          </w:tcPr>
          <w:p w14:paraId="031EC57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Coprenecus</w:t>
            </w:r>
          </w:p>
        </w:tc>
        <w:tc>
          <w:tcPr>
            <w:tcW w:w="852" w:type="dxa"/>
            <w:noWrap/>
            <w:hideMark/>
          </w:tcPr>
          <w:p w14:paraId="4E89EC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1C3834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335360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0A471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F9D71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62837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FEA43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92A5C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w:t>
            </w:r>
          </w:p>
        </w:tc>
        <w:tc>
          <w:tcPr>
            <w:tcW w:w="909" w:type="dxa"/>
            <w:noWrap/>
            <w:hideMark/>
          </w:tcPr>
          <w:p w14:paraId="092037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w:t>
            </w:r>
          </w:p>
        </w:tc>
        <w:tc>
          <w:tcPr>
            <w:tcW w:w="751" w:type="dxa"/>
            <w:noWrap/>
            <w:hideMark/>
          </w:tcPr>
          <w:p w14:paraId="33F9E4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4CE2E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4D24F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34F4E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48DA1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886EA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AD3CE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E0B424F" w14:textId="77777777" w:rsidTr="006750F2">
        <w:trPr>
          <w:trHeight w:val="280"/>
        </w:trPr>
        <w:tc>
          <w:tcPr>
            <w:tcW w:w="919" w:type="dxa"/>
            <w:noWrap/>
            <w:hideMark/>
          </w:tcPr>
          <w:p w14:paraId="5B06AD4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Coprobacter</w:t>
            </w:r>
          </w:p>
        </w:tc>
        <w:tc>
          <w:tcPr>
            <w:tcW w:w="852" w:type="dxa"/>
            <w:noWrap/>
            <w:hideMark/>
          </w:tcPr>
          <w:p w14:paraId="2A330F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3EE57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698FDA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EAB51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D6630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45AAB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5811B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50BB6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D7200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99619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E6DAE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0D22B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9E6A6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0848B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7F2AB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39B76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B2F6442" w14:textId="77777777" w:rsidTr="006750F2">
        <w:trPr>
          <w:trHeight w:val="280"/>
        </w:trPr>
        <w:tc>
          <w:tcPr>
            <w:tcW w:w="919" w:type="dxa"/>
            <w:noWrap/>
            <w:hideMark/>
          </w:tcPr>
          <w:p w14:paraId="00FB95D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Cryptobacteroides</w:t>
            </w:r>
          </w:p>
        </w:tc>
        <w:tc>
          <w:tcPr>
            <w:tcW w:w="852" w:type="dxa"/>
            <w:noWrap/>
            <w:hideMark/>
          </w:tcPr>
          <w:p w14:paraId="4EB0E5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73612B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230</w:t>
            </w:r>
          </w:p>
        </w:tc>
        <w:tc>
          <w:tcPr>
            <w:tcW w:w="768" w:type="dxa"/>
            <w:noWrap/>
            <w:hideMark/>
          </w:tcPr>
          <w:p w14:paraId="71CAF3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1F7A9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53A35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52EDD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202C3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F12D9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909" w:type="dxa"/>
            <w:noWrap/>
            <w:hideMark/>
          </w:tcPr>
          <w:p w14:paraId="412608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51" w:type="dxa"/>
            <w:noWrap/>
            <w:hideMark/>
          </w:tcPr>
          <w:p w14:paraId="6B3061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A26E3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0F38B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A332F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8BDEC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91B10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E63F1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CC75B6E" w14:textId="77777777" w:rsidTr="006750F2">
        <w:trPr>
          <w:trHeight w:val="280"/>
        </w:trPr>
        <w:tc>
          <w:tcPr>
            <w:tcW w:w="919" w:type="dxa"/>
            <w:noWrap/>
            <w:hideMark/>
          </w:tcPr>
          <w:p w14:paraId="1426324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Cyclobacterium</w:t>
            </w:r>
          </w:p>
        </w:tc>
        <w:tc>
          <w:tcPr>
            <w:tcW w:w="852" w:type="dxa"/>
            <w:noWrap/>
            <w:hideMark/>
          </w:tcPr>
          <w:p w14:paraId="1862F8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7E7F1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082D84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39" w:type="dxa"/>
            <w:noWrap/>
            <w:hideMark/>
          </w:tcPr>
          <w:p w14:paraId="554038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BB519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674" w:type="dxa"/>
            <w:noWrap/>
            <w:hideMark/>
          </w:tcPr>
          <w:p w14:paraId="0DB298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7929E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ECDFF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909" w:type="dxa"/>
            <w:noWrap/>
            <w:hideMark/>
          </w:tcPr>
          <w:p w14:paraId="6FC8F9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106.7</w:t>
            </w:r>
          </w:p>
        </w:tc>
        <w:tc>
          <w:tcPr>
            <w:tcW w:w="751" w:type="dxa"/>
            <w:noWrap/>
            <w:hideMark/>
          </w:tcPr>
          <w:p w14:paraId="0C1B88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1008" w:type="dxa"/>
            <w:noWrap/>
            <w:hideMark/>
          </w:tcPr>
          <w:p w14:paraId="174883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3F838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4980C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816F4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39BC1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9527E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1AF42552" w14:textId="77777777" w:rsidTr="006750F2">
        <w:trPr>
          <w:trHeight w:val="280"/>
        </w:trPr>
        <w:tc>
          <w:tcPr>
            <w:tcW w:w="919" w:type="dxa"/>
            <w:noWrap/>
            <w:hideMark/>
          </w:tcPr>
          <w:p w14:paraId="770B5F0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Daejeonella</w:t>
            </w:r>
          </w:p>
        </w:tc>
        <w:tc>
          <w:tcPr>
            <w:tcW w:w="852" w:type="dxa"/>
            <w:noWrap/>
            <w:hideMark/>
          </w:tcPr>
          <w:p w14:paraId="0A4988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41F731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432C1B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E35B7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DCF03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674" w:type="dxa"/>
            <w:noWrap/>
            <w:hideMark/>
          </w:tcPr>
          <w:p w14:paraId="49BA7B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229F5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EAAC3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80A71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3A15A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1008" w:type="dxa"/>
            <w:noWrap/>
            <w:hideMark/>
          </w:tcPr>
          <w:p w14:paraId="5015A2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69121D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6FE0C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B3EB4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F9C6E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F5640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4AB402A" w14:textId="77777777" w:rsidTr="006750F2">
        <w:trPr>
          <w:trHeight w:val="280"/>
        </w:trPr>
        <w:tc>
          <w:tcPr>
            <w:tcW w:w="919" w:type="dxa"/>
            <w:noWrap/>
            <w:hideMark/>
          </w:tcPr>
          <w:p w14:paraId="2348799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Dokdonia</w:t>
            </w:r>
          </w:p>
        </w:tc>
        <w:tc>
          <w:tcPr>
            <w:tcW w:w="852" w:type="dxa"/>
            <w:noWrap/>
            <w:hideMark/>
          </w:tcPr>
          <w:p w14:paraId="2E6D04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75FC9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20CBD1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w:t>
            </w:r>
          </w:p>
        </w:tc>
        <w:tc>
          <w:tcPr>
            <w:tcW w:w="739" w:type="dxa"/>
            <w:noWrap/>
            <w:hideMark/>
          </w:tcPr>
          <w:p w14:paraId="4632B8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2ED70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A0E64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52734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C1108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w:t>
            </w:r>
          </w:p>
        </w:tc>
        <w:tc>
          <w:tcPr>
            <w:tcW w:w="909" w:type="dxa"/>
            <w:noWrap/>
            <w:hideMark/>
          </w:tcPr>
          <w:p w14:paraId="248627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11.1</w:t>
            </w:r>
          </w:p>
        </w:tc>
        <w:tc>
          <w:tcPr>
            <w:tcW w:w="751" w:type="dxa"/>
            <w:noWrap/>
            <w:hideMark/>
          </w:tcPr>
          <w:p w14:paraId="49AC90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C3646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92B97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865BD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227B8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8D554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B263A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4536EA6" w14:textId="77777777" w:rsidTr="006750F2">
        <w:trPr>
          <w:trHeight w:val="280"/>
        </w:trPr>
        <w:tc>
          <w:tcPr>
            <w:tcW w:w="919" w:type="dxa"/>
            <w:noWrap/>
            <w:hideMark/>
          </w:tcPr>
          <w:p w14:paraId="58C955B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Draconibacterium</w:t>
            </w:r>
          </w:p>
        </w:tc>
        <w:tc>
          <w:tcPr>
            <w:tcW w:w="852" w:type="dxa"/>
            <w:noWrap/>
            <w:hideMark/>
          </w:tcPr>
          <w:p w14:paraId="3EEAFC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57DC96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68" w:type="dxa"/>
            <w:noWrap/>
            <w:hideMark/>
          </w:tcPr>
          <w:p w14:paraId="449683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w:t>
            </w:r>
          </w:p>
        </w:tc>
        <w:tc>
          <w:tcPr>
            <w:tcW w:w="739" w:type="dxa"/>
            <w:noWrap/>
            <w:hideMark/>
          </w:tcPr>
          <w:p w14:paraId="5D4070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26.1</w:t>
            </w:r>
          </w:p>
        </w:tc>
        <w:tc>
          <w:tcPr>
            <w:tcW w:w="721" w:type="dxa"/>
            <w:noWrap/>
            <w:hideMark/>
          </w:tcPr>
          <w:p w14:paraId="0C2755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C0158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39.1</w:t>
            </w:r>
          </w:p>
        </w:tc>
        <w:tc>
          <w:tcPr>
            <w:tcW w:w="694" w:type="dxa"/>
            <w:noWrap/>
            <w:hideMark/>
          </w:tcPr>
          <w:p w14:paraId="3A9AB6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C4D6C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69.6</w:t>
            </w:r>
          </w:p>
        </w:tc>
        <w:tc>
          <w:tcPr>
            <w:tcW w:w="909" w:type="dxa"/>
            <w:noWrap/>
            <w:hideMark/>
          </w:tcPr>
          <w:p w14:paraId="214BCC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113</w:t>
            </w:r>
          </w:p>
        </w:tc>
        <w:tc>
          <w:tcPr>
            <w:tcW w:w="751" w:type="dxa"/>
            <w:noWrap/>
            <w:hideMark/>
          </w:tcPr>
          <w:p w14:paraId="73EE36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4BA5C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C8BB7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71CEC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BB904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3F07C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BE9D3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6DD66CA2" w14:textId="77777777" w:rsidTr="006750F2">
        <w:trPr>
          <w:trHeight w:val="280"/>
        </w:trPr>
        <w:tc>
          <w:tcPr>
            <w:tcW w:w="919" w:type="dxa"/>
            <w:noWrap/>
            <w:hideMark/>
          </w:tcPr>
          <w:p w14:paraId="7FC89B9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Duncaniella</w:t>
            </w:r>
          </w:p>
        </w:tc>
        <w:tc>
          <w:tcPr>
            <w:tcW w:w="852" w:type="dxa"/>
            <w:noWrap/>
            <w:hideMark/>
          </w:tcPr>
          <w:p w14:paraId="4E06B0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71AFD4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w:t>
            </w:r>
          </w:p>
        </w:tc>
        <w:tc>
          <w:tcPr>
            <w:tcW w:w="768" w:type="dxa"/>
            <w:noWrap/>
            <w:hideMark/>
          </w:tcPr>
          <w:p w14:paraId="0186BC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9047C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C3A56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51A80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4CCD3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0C9FC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FD5A1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1A0D3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1EE5E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0ACFC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74FEE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07001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40768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B314F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DF7A1B7" w14:textId="77777777" w:rsidTr="006750F2">
        <w:trPr>
          <w:trHeight w:val="280"/>
        </w:trPr>
        <w:tc>
          <w:tcPr>
            <w:tcW w:w="919" w:type="dxa"/>
            <w:noWrap/>
            <w:hideMark/>
          </w:tcPr>
          <w:p w14:paraId="561266E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Dyadobacter</w:t>
            </w:r>
          </w:p>
        </w:tc>
        <w:tc>
          <w:tcPr>
            <w:tcW w:w="852" w:type="dxa"/>
            <w:noWrap/>
            <w:hideMark/>
          </w:tcPr>
          <w:p w14:paraId="1B01B2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B2821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w:t>
            </w:r>
          </w:p>
        </w:tc>
        <w:tc>
          <w:tcPr>
            <w:tcW w:w="768" w:type="dxa"/>
            <w:noWrap/>
            <w:hideMark/>
          </w:tcPr>
          <w:p w14:paraId="3DA758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40.7</w:t>
            </w:r>
          </w:p>
        </w:tc>
        <w:tc>
          <w:tcPr>
            <w:tcW w:w="739" w:type="dxa"/>
            <w:noWrap/>
            <w:hideMark/>
          </w:tcPr>
          <w:p w14:paraId="57FBEC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6B023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E4F3D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0F504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2C4E8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72809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40.7</w:t>
            </w:r>
          </w:p>
        </w:tc>
        <w:tc>
          <w:tcPr>
            <w:tcW w:w="751" w:type="dxa"/>
            <w:noWrap/>
            <w:hideMark/>
          </w:tcPr>
          <w:p w14:paraId="25FB08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A7766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1AB9B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F755E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04BC71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C4BBC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098B8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678B730" w14:textId="77777777" w:rsidTr="006750F2">
        <w:trPr>
          <w:trHeight w:val="280"/>
        </w:trPr>
        <w:tc>
          <w:tcPr>
            <w:tcW w:w="919" w:type="dxa"/>
            <w:noWrap/>
            <w:hideMark/>
          </w:tcPr>
          <w:p w14:paraId="3003B74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Dysgonomonas</w:t>
            </w:r>
          </w:p>
        </w:tc>
        <w:tc>
          <w:tcPr>
            <w:tcW w:w="852" w:type="dxa"/>
            <w:noWrap/>
            <w:hideMark/>
          </w:tcPr>
          <w:p w14:paraId="199A27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49E1D9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768" w:type="dxa"/>
            <w:noWrap/>
            <w:hideMark/>
          </w:tcPr>
          <w:p w14:paraId="786FAB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F1550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w:t>
            </w:r>
          </w:p>
        </w:tc>
        <w:tc>
          <w:tcPr>
            <w:tcW w:w="721" w:type="dxa"/>
            <w:noWrap/>
            <w:hideMark/>
          </w:tcPr>
          <w:p w14:paraId="1FB3EC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476A2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8.6</w:t>
            </w:r>
          </w:p>
        </w:tc>
        <w:tc>
          <w:tcPr>
            <w:tcW w:w="694" w:type="dxa"/>
            <w:noWrap/>
            <w:hideMark/>
          </w:tcPr>
          <w:p w14:paraId="663974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52A4F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71.4</w:t>
            </w:r>
          </w:p>
        </w:tc>
        <w:tc>
          <w:tcPr>
            <w:tcW w:w="909" w:type="dxa"/>
            <w:noWrap/>
            <w:hideMark/>
          </w:tcPr>
          <w:p w14:paraId="0345CA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751" w:type="dxa"/>
            <w:noWrap/>
            <w:hideMark/>
          </w:tcPr>
          <w:p w14:paraId="2767A0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D8B63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76ED9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293FB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21206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880BC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DD52E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ACFFF2F" w14:textId="77777777" w:rsidTr="006750F2">
        <w:trPr>
          <w:trHeight w:val="280"/>
        </w:trPr>
        <w:tc>
          <w:tcPr>
            <w:tcW w:w="919" w:type="dxa"/>
            <w:noWrap/>
            <w:hideMark/>
          </w:tcPr>
          <w:p w14:paraId="1018A27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ELB16-189</w:t>
            </w:r>
          </w:p>
        </w:tc>
        <w:tc>
          <w:tcPr>
            <w:tcW w:w="852" w:type="dxa"/>
            <w:noWrap/>
            <w:hideMark/>
          </w:tcPr>
          <w:p w14:paraId="1C1CF2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1D9FCC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w:t>
            </w:r>
          </w:p>
        </w:tc>
        <w:tc>
          <w:tcPr>
            <w:tcW w:w="768" w:type="dxa"/>
            <w:noWrap/>
            <w:hideMark/>
          </w:tcPr>
          <w:p w14:paraId="167089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739" w:type="dxa"/>
            <w:noWrap/>
            <w:hideMark/>
          </w:tcPr>
          <w:p w14:paraId="764922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21" w:type="dxa"/>
            <w:noWrap/>
            <w:hideMark/>
          </w:tcPr>
          <w:p w14:paraId="6EC184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674" w:type="dxa"/>
            <w:noWrap/>
            <w:hideMark/>
          </w:tcPr>
          <w:p w14:paraId="111552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A00B5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83C99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7E300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751" w:type="dxa"/>
            <w:noWrap/>
            <w:hideMark/>
          </w:tcPr>
          <w:p w14:paraId="7A8931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1008" w:type="dxa"/>
            <w:noWrap/>
            <w:hideMark/>
          </w:tcPr>
          <w:p w14:paraId="7C2BC6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67CEC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190F8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619EE0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70628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25E68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66F02BE" w14:textId="77777777" w:rsidTr="006750F2">
        <w:trPr>
          <w:trHeight w:val="280"/>
        </w:trPr>
        <w:tc>
          <w:tcPr>
            <w:tcW w:w="919" w:type="dxa"/>
            <w:noWrap/>
            <w:hideMark/>
          </w:tcPr>
          <w:p w14:paraId="487D90A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Echinicola</w:t>
            </w:r>
          </w:p>
        </w:tc>
        <w:tc>
          <w:tcPr>
            <w:tcW w:w="852" w:type="dxa"/>
            <w:noWrap/>
            <w:hideMark/>
          </w:tcPr>
          <w:p w14:paraId="14243E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4D806A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528E5A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53.8</w:t>
            </w:r>
          </w:p>
        </w:tc>
        <w:tc>
          <w:tcPr>
            <w:tcW w:w="739" w:type="dxa"/>
            <w:noWrap/>
            <w:hideMark/>
          </w:tcPr>
          <w:p w14:paraId="3A41D8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B2B34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39140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65791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879B4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69.2</w:t>
            </w:r>
          </w:p>
        </w:tc>
        <w:tc>
          <w:tcPr>
            <w:tcW w:w="909" w:type="dxa"/>
            <w:noWrap/>
            <w:hideMark/>
          </w:tcPr>
          <w:p w14:paraId="601F15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123.1</w:t>
            </w:r>
          </w:p>
        </w:tc>
        <w:tc>
          <w:tcPr>
            <w:tcW w:w="751" w:type="dxa"/>
            <w:noWrap/>
            <w:hideMark/>
          </w:tcPr>
          <w:p w14:paraId="238AD5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02EA0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7C827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4A313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F2D6B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C8CA5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AA4FC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3B269D13" w14:textId="77777777" w:rsidTr="006750F2">
        <w:trPr>
          <w:trHeight w:val="280"/>
        </w:trPr>
        <w:tc>
          <w:tcPr>
            <w:tcW w:w="919" w:type="dxa"/>
            <w:noWrap/>
            <w:hideMark/>
          </w:tcPr>
          <w:p w14:paraId="6BC8E96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Edaphocola</w:t>
            </w:r>
          </w:p>
        </w:tc>
        <w:tc>
          <w:tcPr>
            <w:tcW w:w="852" w:type="dxa"/>
            <w:noWrap/>
            <w:hideMark/>
          </w:tcPr>
          <w:p w14:paraId="15AFA9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EF829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6150D3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4DD36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57FDB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503A8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85BF0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A2851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7BD14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BD34C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439B9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59E46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3F857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09398B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FA0CA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68B5A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2CA1965" w14:textId="77777777" w:rsidTr="006750F2">
        <w:trPr>
          <w:trHeight w:val="280"/>
        </w:trPr>
        <w:tc>
          <w:tcPr>
            <w:tcW w:w="919" w:type="dxa"/>
            <w:noWrap/>
            <w:hideMark/>
          </w:tcPr>
          <w:p w14:paraId="5364A36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Egerieousia</w:t>
            </w:r>
          </w:p>
        </w:tc>
        <w:tc>
          <w:tcPr>
            <w:tcW w:w="852" w:type="dxa"/>
            <w:noWrap/>
            <w:hideMark/>
          </w:tcPr>
          <w:p w14:paraId="56DD03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77E4CC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w:t>
            </w:r>
          </w:p>
        </w:tc>
        <w:tc>
          <w:tcPr>
            <w:tcW w:w="768" w:type="dxa"/>
            <w:noWrap/>
            <w:hideMark/>
          </w:tcPr>
          <w:p w14:paraId="1F8984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9A99B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AD13B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7D835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C8EBE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B1BF5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909" w:type="dxa"/>
            <w:noWrap/>
            <w:hideMark/>
          </w:tcPr>
          <w:p w14:paraId="1AAB87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751" w:type="dxa"/>
            <w:noWrap/>
            <w:hideMark/>
          </w:tcPr>
          <w:p w14:paraId="416C65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68CBD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05A5E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5EC20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EB9C0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72B47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2668A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9B5C80D" w14:textId="77777777" w:rsidTr="006750F2">
        <w:trPr>
          <w:trHeight w:val="280"/>
        </w:trPr>
        <w:tc>
          <w:tcPr>
            <w:tcW w:w="919" w:type="dxa"/>
            <w:noWrap/>
            <w:hideMark/>
          </w:tcPr>
          <w:p w14:paraId="1E3CEBE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Elizabethkingia</w:t>
            </w:r>
          </w:p>
        </w:tc>
        <w:tc>
          <w:tcPr>
            <w:tcW w:w="852" w:type="dxa"/>
            <w:noWrap/>
            <w:hideMark/>
          </w:tcPr>
          <w:p w14:paraId="223361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81D2A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01F605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647FF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3320B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68.8</w:t>
            </w:r>
          </w:p>
        </w:tc>
        <w:tc>
          <w:tcPr>
            <w:tcW w:w="674" w:type="dxa"/>
            <w:noWrap/>
            <w:hideMark/>
          </w:tcPr>
          <w:p w14:paraId="51E1CE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EB332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BAE58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A7E3B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7ACE4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68.8</w:t>
            </w:r>
          </w:p>
        </w:tc>
        <w:tc>
          <w:tcPr>
            <w:tcW w:w="1008" w:type="dxa"/>
            <w:noWrap/>
            <w:hideMark/>
          </w:tcPr>
          <w:p w14:paraId="2ED070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0D8A9E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9DE4F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0937E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566FC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AE0B6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5A28CCE7" w14:textId="77777777" w:rsidTr="006750F2">
        <w:trPr>
          <w:trHeight w:val="280"/>
        </w:trPr>
        <w:tc>
          <w:tcPr>
            <w:tcW w:w="919" w:type="dxa"/>
            <w:noWrap/>
            <w:hideMark/>
          </w:tcPr>
          <w:p w14:paraId="3DC869B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Emticicia</w:t>
            </w:r>
          </w:p>
        </w:tc>
        <w:tc>
          <w:tcPr>
            <w:tcW w:w="852" w:type="dxa"/>
            <w:noWrap/>
            <w:hideMark/>
          </w:tcPr>
          <w:p w14:paraId="4C8BBC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7D467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1A9E95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39" w:type="dxa"/>
            <w:noWrap/>
            <w:hideMark/>
          </w:tcPr>
          <w:p w14:paraId="50C76B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D7DB8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B2A93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B793B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4E76A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CE5EE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51" w:type="dxa"/>
            <w:noWrap/>
            <w:hideMark/>
          </w:tcPr>
          <w:p w14:paraId="6BEA60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9720D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76FAF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29B07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08DA0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4465A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A145C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0910B60" w14:textId="77777777" w:rsidTr="006750F2">
        <w:trPr>
          <w:trHeight w:val="280"/>
        </w:trPr>
        <w:tc>
          <w:tcPr>
            <w:tcW w:w="919" w:type="dxa"/>
            <w:noWrap/>
            <w:hideMark/>
          </w:tcPr>
          <w:p w14:paraId="6A49A7B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Enterocola</w:t>
            </w:r>
          </w:p>
        </w:tc>
        <w:tc>
          <w:tcPr>
            <w:tcW w:w="852" w:type="dxa"/>
            <w:noWrap/>
            <w:hideMark/>
          </w:tcPr>
          <w:p w14:paraId="26B2E8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3897D1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333E04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D38C6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619BC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469BF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7DBD7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7F527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2FF20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09C87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FF572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6414F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28385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AAE64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F5154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E1E6E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8AB319E" w14:textId="77777777" w:rsidTr="006750F2">
        <w:trPr>
          <w:trHeight w:val="280"/>
        </w:trPr>
        <w:tc>
          <w:tcPr>
            <w:tcW w:w="919" w:type="dxa"/>
            <w:noWrap/>
            <w:hideMark/>
          </w:tcPr>
          <w:p w14:paraId="676E46F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Epilithonimonas</w:t>
            </w:r>
          </w:p>
        </w:tc>
        <w:tc>
          <w:tcPr>
            <w:tcW w:w="852" w:type="dxa"/>
            <w:noWrap/>
            <w:hideMark/>
          </w:tcPr>
          <w:p w14:paraId="0CA4D9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B4296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w:t>
            </w:r>
          </w:p>
        </w:tc>
        <w:tc>
          <w:tcPr>
            <w:tcW w:w="768" w:type="dxa"/>
            <w:noWrap/>
            <w:hideMark/>
          </w:tcPr>
          <w:p w14:paraId="34875C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7F7E1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B90D5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25.8</w:t>
            </w:r>
          </w:p>
        </w:tc>
        <w:tc>
          <w:tcPr>
            <w:tcW w:w="674" w:type="dxa"/>
            <w:noWrap/>
            <w:hideMark/>
          </w:tcPr>
          <w:p w14:paraId="4E5724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017DE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ECE60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E4CF4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946B2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25.8</w:t>
            </w:r>
          </w:p>
        </w:tc>
        <w:tc>
          <w:tcPr>
            <w:tcW w:w="1008" w:type="dxa"/>
            <w:noWrap/>
            <w:hideMark/>
          </w:tcPr>
          <w:p w14:paraId="1838E7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5A237C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E70C5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674AA6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5E515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083BB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7F268B8" w14:textId="77777777" w:rsidTr="006750F2">
        <w:trPr>
          <w:trHeight w:val="280"/>
        </w:trPr>
        <w:tc>
          <w:tcPr>
            <w:tcW w:w="919" w:type="dxa"/>
            <w:noWrap/>
            <w:hideMark/>
          </w:tcPr>
          <w:p w14:paraId="6A9B631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F23-D06</w:t>
            </w:r>
          </w:p>
        </w:tc>
        <w:tc>
          <w:tcPr>
            <w:tcW w:w="852" w:type="dxa"/>
            <w:noWrap/>
            <w:hideMark/>
          </w:tcPr>
          <w:p w14:paraId="6634A0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BF3A0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768" w:type="dxa"/>
            <w:noWrap/>
            <w:hideMark/>
          </w:tcPr>
          <w:p w14:paraId="1C5290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68F32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E937C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B2D70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94CA8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CDCF2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359D4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84075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BF985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E91CE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AB73B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27583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15392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E39BC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A93E7A7" w14:textId="77777777" w:rsidTr="006750F2">
        <w:trPr>
          <w:trHeight w:val="280"/>
        </w:trPr>
        <w:tc>
          <w:tcPr>
            <w:tcW w:w="919" w:type="dxa"/>
            <w:noWrap/>
            <w:hideMark/>
          </w:tcPr>
          <w:p w14:paraId="59A83FE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Ferruginibacter</w:t>
            </w:r>
          </w:p>
        </w:tc>
        <w:tc>
          <w:tcPr>
            <w:tcW w:w="852" w:type="dxa"/>
            <w:noWrap/>
            <w:hideMark/>
          </w:tcPr>
          <w:p w14:paraId="26A91B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409E28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89</w:t>
            </w:r>
          </w:p>
        </w:tc>
        <w:tc>
          <w:tcPr>
            <w:tcW w:w="768" w:type="dxa"/>
            <w:noWrap/>
            <w:hideMark/>
          </w:tcPr>
          <w:p w14:paraId="0E92F9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12.4</w:t>
            </w:r>
          </w:p>
        </w:tc>
        <w:tc>
          <w:tcPr>
            <w:tcW w:w="739" w:type="dxa"/>
            <w:noWrap/>
            <w:hideMark/>
          </w:tcPr>
          <w:p w14:paraId="3777EB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w:t>
            </w:r>
          </w:p>
        </w:tc>
        <w:tc>
          <w:tcPr>
            <w:tcW w:w="721" w:type="dxa"/>
            <w:noWrap/>
            <w:hideMark/>
          </w:tcPr>
          <w:p w14:paraId="0EA272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674" w:type="dxa"/>
            <w:noWrap/>
            <w:hideMark/>
          </w:tcPr>
          <w:p w14:paraId="0921F4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6ADD3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58D34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516C5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12.4</w:t>
            </w:r>
          </w:p>
        </w:tc>
        <w:tc>
          <w:tcPr>
            <w:tcW w:w="751" w:type="dxa"/>
            <w:noWrap/>
            <w:hideMark/>
          </w:tcPr>
          <w:p w14:paraId="25A40A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1008" w:type="dxa"/>
            <w:noWrap/>
            <w:hideMark/>
          </w:tcPr>
          <w:p w14:paraId="21300D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B745A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9B4F4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E0BFF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D5730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4E75A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0ACA318" w14:textId="77777777" w:rsidTr="006750F2">
        <w:trPr>
          <w:trHeight w:val="280"/>
        </w:trPr>
        <w:tc>
          <w:tcPr>
            <w:tcW w:w="919" w:type="dxa"/>
            <w:noWrap/>
            <w:hideMark/>
          </w:tcPr>
          <w:p w14:paraId="172AE8C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Flagellimonas</w:t>
            </w:r>
          </w:p>
        </w:tc>
        <w:tc>
          <w:tcPr>
            <w:tcW w:w="852" w:type="dxa"/>
            <w:noWrap/>
            <w:hideMark/>
          </w:tcPr>
          <w:p w14:paraId="6431F9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C3CCA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73</w:t>
            </w:r>
          </w:p>
        </w:tc>
        <w:tc>
          <w:tcPr>
            <w:tcW w:w="768" w:type="dxa"/>
            <w:noWrap/>
            <w:hideMark/>
          </w:tcPr>
          <w:p w14:paraId="734218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17.8</w:t>
            </w:r>
          </w:p>
        </w:tc>
        <w:tc>
          <w:tcPr>
            <w:tcW w:w="739" w:type="dxa"/>
            <w:noWrap/>
            <w:hideMark/>
          </w:tcPr>
          <w:p w14:paraId="49A753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21" w:type="dxa"/>
            <w:noWrap/>
            <w:hideMark/>
          </w:tcPr>
          <w:p w14:paraId="333E93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13.7</w:t>
            </w:r>
          </w:p>
        </w:tc>
        <w:tc>
          <w:tcPr>
            <w:tcW w:w="674" w:type="dxa"/>
            <w:noWrap/>
            <w:hideMark/>
          </w:tcPr>
          <w:p w14:paraId="02ABD3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4ED54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FCBED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8.2</w:t>
            </w:r>
          </w:p>
        </w:tc>
        <w:tc>
          <w:tcPr>
            <w:tcW w:w="909" w:type="dxa"/>
            <w:noWrap/>
            <w:hideMark/>
          </w:tcPr>
          <w:p w14:paraId="7D652D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51" w:type="dxa"/>
            <w:noWrap/>
            <w:hideMark/>
          </w:tcPr>
          <w:p w14:paraId="2D9F2E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13.7</w:t>
            </w:r>
          </w:p>
        </w:tc>
        <w:tc>
          <w:tcPr>
            <w:tcW w:w="1008" w:type="dxa"/>
            <w:noWrap/>
            <w:hideMark/>
          </w:tcPr>
          <w:p w14:paraId="4ED5D1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BDE15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1F4C7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6A7C2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CE9AA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B3879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5A38615" w14:textId="77777777" w:rsidTr="006750F2">
        <w:trPr>
          <w:trHeight w:val="280"/>
        </w:trPr>
        <w:tc>
          <w:tcPr>
            <w:tcW w:w="919" w:type="dxa"/>
            <w:noWrap/>
            <w:hideMark/>
          </w:tcPr>
          <w:p w14:paraId="09F9B4C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Flammeovirga</w:t>
            </w:r>
          </w:p>
        </w:tc>
        <w:tc>
          <w:tcPr>
            <w:tcW w:w="852" w:type="dxa"/>
            <w:noWrap/>
            <w:hideMark/>
          </w:tcPr>
          <w:p w14:paraId="4B99D1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6FC4C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781941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69.2</w:t>
            </w:r>
          </w:p>
        </w:tc>
        <w:tc>
          <w:tcPr>
            <w:tcW w:w="739" w:type="dxa"/>
            <w:noWrap/>
            <w:hideMark/>
          </w:tcPr>
          <w:p w14:paraId="7BFE76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6C2026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86F3E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EB6D3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6DA4E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909" w:type="dxa"/>
            <w:noWrap/>
            <w:hideMark/>
          </w:tcPr>
          <w:p w14:paraId="101568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169.2</w:t>
            </w:r>
          </w:p>
        </w:tc>
        <w:tc>
          <w:tcPr>
            <w:tcW w:w="751" w:type="dxa"/>
            <w:noWrap/>
            <w:hideMark/>
          </w:tcPr>
          <w:p w14:paraId="204E24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0EA02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C5D10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95C3F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2EFB1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0812E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6CF31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72599206" w14:textId="77777777" w:rsidTr="006750F2">
        <w:trPr>
          <w:trHeight w:val="280"/>
        </w:trPr>
        <w:tc>
          <w:tcPr>
            <w:tcW w:w="919" w:type="dxa"/>
            <w:noWrap/>
            <w:hideMark/>
          </w:tcPr>
          <w:p w14:paraId="0D5B9A1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Flavihumibacter</w:t>
            </w:r>
          </w:p>
        </w:tc>
        <w:tc>
          <w:tcPr>
            <w:tcW w:w="852" w:type="dxa"/>
            <w:noWrap/>
            <w:hideMark/>
          </w:tcPr>
          <w:p w14:paraId="0E3227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352C36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7C303A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739" w:type="dxa"/>
            <w:noWrap/>
            <w:hideMark/>
          </w:tcPr>
          <w:p w14:paraId="613E51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EB9FC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674" w:type="dxa"/>
            <w:noWrap/>
            <w:hideMark/>
          </w:tcPr>
          <w:p w14:paraId="301210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0217D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FCB9F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1A969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751" w:type="dxa"/>
            <w:noWrap/>
            <w:hideMark/>
          </w:tcPr>
          <w:p w14:paraId="7B334C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1008" w:type="dxa"/>
            <w:noWrap/>
            <w:hideMark/>
          </w:tcPr>
          <w:p w14:paraId="7A0948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13007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AA397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0FE65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2A94F5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FABF1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5115118" w14:textId="77777777" w:rsidTr="006750F2">
        <w:trPr>
          <w:trHeight w:val="280"/>
        </w:trPr>
        <w:tc>
          <w:tcPr>
            <w:tcW w:w="919" w:type="dxa"/>
            <w:noWrap/>
            <w:hideMark/>
          </w:tcPr>
          <w:p w14:paraId="7143EF8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Flavipsychrobacter</w:t>
            </w:r>
          </w:p>
        </w:tc>
        <w:tc>
          <w:tcPr>
            <w:tcW w:w="852" w:type="dxa"/>
            <w:noWrap/>
            <w:hideMark/>
          </w:tcPr>
          <w:p w14:paraId="564A12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72BC17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73</w:t>
            </w:r>
          </w:p>
        </w:tc>
        <w:tc>
          <w:tcPr>
            <w:tcW w:w="768" w:type="dxa"/>
            <w:noWrap/>
            <w:hideMark/>
          </w:tcPr>
          <w:p w14:paraId="34CEEB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12025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952A7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8.2</w:t>
            </w:r>
          </w:p>
        </w:tc>
        <w:tc>
          <w:tcPr>
            <w:tcW w:w="674" w:type="dxa"/>
            <w:noWrap/>
            <w:hideMark/>
          </w:tcPr>
          <w:p w14:paraId="02F88B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403A4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AB9FD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C3AAE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23DE3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8.2</w:t>
            </w:r>
          </w:p>
        </w:tc>
        <w:tc>
          <w:tcPr>
            <w:tcW w:w="1008" w:type="dxa"/>
            <w:noWrap/>
            <w:hideMark/>
          </w:tcPr>
          <w:p w14:paraId="4B4953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570DF1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D00AD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E0E6F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7AE9E8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A803F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79827C0" w14:textId="77777777" w:rsidTr="006750F2">
        <w:trPr>
          <w:trHeight w:val="280"/>
        </w:trPr>
        <w:tc>
          <w:tcPr>
            <w:tcW w:w="919" w:type="dxa"/>
            <w:noWrap/>
            <w:hideMark/>
          </w:tcPr>
          <w:p w14:paraId="2460CAB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Flavisolibacter</w:t>
            </w:r>
          </w:p>
        </w:tc>
        <w:tc>
          <w:tcPr>
            <w:tcW w:w="852" w:type="dxa"/>
            <w:noWrap/>
            <w:hideMark/>
          </w:tcPr>
          <w:p w14:paraId="304E26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412AA9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1CB739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13.3</w:t>
            </w:r>
          </w:p>
        </w:tc>
        <w:tc>
          <w:tcPr>
            <w:tcW w:w="739" w:type="dxa"/>
            <w:noWrap/>
            <w:hideMark/>
          </w:tcPr>
          <w:p w14:paraId="3C137A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25D48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13.3</w:t>
            </w:r>
          </w:p>
        </w:tc>
        <w:tc>
          <w:tcPr>
            <w:tcW w:w="674" w:type="dxa"/>
            <w:noWrap/>
            <w:hideMark/>
          </w:tcPr>
          <w:p w14:paraId="5FAF62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659DC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06D79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13.3</w:t>
            </w:r>
          </w:p>
        </w:tc>
        <w:tc>
          <w:tcPr>
            <w:tcW w:w="909" w:type="dxa"/>
            <w:noWrap/>
            <w:hideMark/>
          </w:tcPr>
          <w:p w14:paraId="22DD59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26.7</w:t>
            </w:r>
          </w:p>
        </w:tc>
        <w:tc>
          <w:tcPr>
            <w:tcW w:w="751" w:type="dxa"/>
            <w:noWrap/>
            <w:hideMark/>
          </w:tcPr>
          <w:p w14:paraId="20B911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13.3</w:t>
            </w:r>
          </w:p>
        </w:tc>
        <w:tc>
          <w:tcPr>
            <w:tcW w:w="1008" w:type="dxa"/>
            <w:noWrap/>
            <w:hideMark/>
          </w:tcPr>
          <w:p w14:paraId="76EC01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70E98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608BD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785207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DEC7C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4792B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4E19A23" w14:textId="77777777" w:rsidTr="006750F2">
        <w:trPr>
          <w:trHeight w:val="280"/>
        </w:trPr>
        <w:tc>
          <w:tcPr>
            <w:tcW w:w="919" w:type="dxa"/>
            <w:noWrap/>
            <w:hideMark/>
          </w:tcPr>
          <w:p w14:paraId="5339D12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Flavivirga</w:t>
            </w:r>
          </w:p>
        </w:tc>
        <w:tc>
          <w:tcPr>
            <w:tcW w:w="852" w:type="dxa"/>
            <w:noWrap/>
            <w:hideMark/>
          </w:tcPr>
          <w:p w14:paraId="6C1AC9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5AA37E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4D44BA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39" w:type="dxa"/>
            <w:noWrap/>
            <w:hideMark/>
          </w:tcPr>
          <w:p w14:paraId="60B25D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91.7</w:t>
            </w:r>
          </w:p>
        </w:tc>
        <w:tc>
          <w:tcPr>
            <w:tcW w:w="721" w:type="dxa"/>
            <w:noWrap/>
            <w:hideMark/>
          </w:tcPr>
          <w:p w14:paraId="35B2D0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674" w:type="dxa"/>
            <w:noWrap/>
            <w:hideMark/>
          </w:tcPr>
          <w:p w14:paraId="27F3DE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1B6AD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826D6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91.7</w:t>
            </w:r>
          </w:p>
        </w:tc>
        <w:tc>
          <w:tcPr>
            <w:tcW w:w="909" w:type="dxa"/>
            <w:noWrap/>
            <w:hideMark/>
          </w:tcPr>
          <w:p w14:paraId="34FFF2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141.7</w:t>
            </w:r>
          </w:p>
        </w:tc>
        <w:tc>
          <w:tcPr>
            <w:tcW w:w="751" w:type="dxa"/>
            <w:noWrap/>
            <w:hideMark/>
          </w:tcPr>
          <w:p w14:paraId="5A02FD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1008" w:type="dxa"/>
            <w:noWrap/>
            <w:hideMark/>
          </w:tcPr>
          <w:p w14:paraId="3FB9B9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31D4A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5C0E9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4D224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CD071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3A17A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24D0A7D7" w14:textId="77777777" w:rsidTr="006750F2">
        <w:trPr>
          <w:trHeight w:val="280"/>
        </w:trPr>
        <w:tc>
          <w:tcPr>
            <w:tcW w:w="919" w:type="dxa"/>
            <w:noWrap/>
            <w:hideMark/>
          </w:tcPr>
          <w:p w14:paraId="5DE2E69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Flavobacterium</w:t>
            </w:r>
          </w:p>
        </w:tc>
        <w:tc>
          <w:tcPr>
            <w:tcW w:w="852" w:type="dxa"/>
            <w:noWrap/>
            <w:hideMark/>
          </w:tcPr>
          <w:p w14:paraId="64B4F9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DCE20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604</w:t>
            </w:r>
          </w:p>
        </w:tc>
        <w:tc>
          <w:tcPr>
            <w:tcW w:w="768" w:type="dxa"/>
            <w:noWrap/>
            <w:hideMark/>
          </w:tcPr>
          <w:p w14:paraId="37CEFF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13.9</w:t>
            </w:r>
          </w:p>
        </w:tc>
        <w:tc>
          <w:tcPr>
            <w:tcW w:w="739" w:type="dxa"/>
            <w:noWrap/>
            <w:hideMark/>
          </w:tcPr>
          <w:p w14:paraId="1B1B3D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F138F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38.9</w:t>
            </w:r>
          </w:p>
        </w:tc>
        <w:tc>
          <w:tcPr>
            <w:tcW w:w="674" w:type="dxa"/>
            <w:noWrap/>
            <w:hideMark/>
          </w:tcPr>
          <w:p w14:paraId="2C7025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0.2</w:t>
            </w:r>
          </w:p>
        </w:tc>
        <w:tc>
          <w:tcPr>
            <w:tcW w:w="694" w:type="dxa"/>
            <w:noWrap/>
            <w:hideMark/>
          </w:tcPr>
          <w:p w14:paraId="656DA2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9EE38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909" w:type="dxa"/>
            <w:noWrap/>
            <w:hideMark/>
          </w:tcPr>
          <w:p w14:paraId="02FFD1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51" w:type="dxa"/>
            <w:noWrap/>
            <w:hideMark/>
          </w:tcPr>
          <w:p w14:paraId="2B1CD6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38.9</w:t>
            </w:r>
          </w:p>
        </w:tc>
        <w:tc>
          <w:tcPr>
            <w:tcW w:w="1008" w:type="dxa"/>
            <w:noWrap/>
            <w:hideMark/>
          </w:tcPr>
          <w:p w14:paraId="0C5762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F7C26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8EEF8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2CE26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99A87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84471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349B9669" w14:textId="77777777" w:rsidTr="006750F2">
        <w:trPr>
          <w:trHeight w:val="280"/>
        </w:trPr>
        <w:tc>
          <w:tcPr>
            <w:tcW w:w="919" w:type="dxa"/>
            <w:noWrap/>
            <w:hideMark/>
          </w:tcPr>
          <w:p w14:paraId="73C3AF4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Fluviicola</w:t>
            </w:r>
          </w:p>
        </w:tc>
        <w:tc>
          <w:tcPr>
            <w:tcW w:w="852" w:type="dxa"/>
            <w:noWrap/>
            <w:hideMark/>
          </w:tcPr>
          <w:p w14:paraId="352939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98148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3FD1F7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50DD1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E1C08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46E7F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E286B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FA769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483E8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37438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CBAA8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FE24D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7BE14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722212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02BC8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ABFA1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3B90A19" w14:textId="77777777" w:rsidTr="006750F2">
        <w:trPr>
          <w:trHeight w:val="280"/>
        </w:trPr>
        <w:tc>
          <w:tcPr>
            <w:tcW w:w="919" w:type="dxa"/>
            <w:noWrap/>
            <w:hideMark/>
          </w:tcPr>
          <w:p w14:paraId="4FE5FDA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Fulvivirga</w:t>
            </w:r>
          </w:p>
        </w:tc>
        <w:tc>
          <w:tcPr>
            <w:tcW w:w="852" w:type="dxa"/>
            <w:noWrap/>
            <w:hideMark/>
          </w:tcPr>
          <w:p w14:paraId="4540E2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54806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172723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39" w:type="dxa"/>
            <w:noWrap/>
            <w:hideMark/>
          </w:tcPr>
          <w:p w14:paraId="537A4F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21" w:type="dxa"/>
            <w:noWrap/>
            <w:hideMark/>
          </w:tcPr>
          <w:p w14:paraId="1647A3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674" w:type="dxa"/>
            <w:noWrap/>
            <w:hideMark/>
          </w:tcPr>
          <w:p w14:paraId="554C0D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1BB49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91276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909" w:type="dxa"/>
            <w:noWrap/>
            <w:hideMark/>
          </w:tcPr>
          <w:p w14:paraId="044BB1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66D415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1008" w:type="dxa"/>
            <w:noWrap/>
            <w:hideMark/>
          </w:tcPr>
          <w:p w14:paraId="714482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C44C5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548B0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099E0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A4806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82738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DD0046B" w14:textId="77777777" w:rsidTr="006750F2">
        <w:trPr>
          <w:trHeight w:val="280"/>
        </w:trPr>
        <w:tc>
          <w:tcPr>
            <w:tcW w:w="919" w:type="dxa"/>
            <w:noWrap/>
            <w:hideMark/>
          </w:tcPr>
          <w:p w14:paraId="5CC52D9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Gelidibacter</w:t>
            </w:r>
          </w:p>
        </w:tc>
        <w:tc>
          <w:tcPr>
            <w:tcW w:w="852" w:type="dxa"/>
            <w:noWrap/>
            <w:hideMark/>
          </w:tcPr>
          <w:p w14:paraId="137298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E4E6B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1183FE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FB89D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21" w:type="dxa"/>
            <w:noWrap/>
            <w:hideMark/>
          </w:tcPr>
          <w:p w14:paraId="38864C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54.5</w:t>
            </w:r>
          </w:p>
        </w:tc>
        <w:tc>
          <w:tcPr>
            <w:tcW w:w="674" w:type="dxa"/>
            <w:noWrap/>
            <w:hideMark/>
          </w:tcPr>
          <w:p w14:paraId="1323ED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4669A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F402A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63.6</w:t>
            </w:r>
          </w:p>
        </w:tc>
        <w:tc>
          <w:tcPr>
            <w:tcW w:w="909" w:type="dxa"/>
            <w:noWrap/>
            <w:hideMark/>
          </w:tcPr>
          <w:p w14:paraId="6BB80D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63.6</w:t>
            </w:r>
          </w:p>
        </w:tc>
        <w:tc>
          <w:tcPr>
            <w:tcW w:w="751" w:type="dxa"/>
            <w:noWrap/>
            <w:hideMark/>
          </w:tcPr>
          <w:p w14:paraId="0EE296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54.5</w:t>
            </w:r>
          </w:p>
        </w:tc>
        <w:tc>
          <w:tcPr>
            <w:tcW w:w="1008" w:type="dxa"/>
            <w:noWrap/>
            <w:hideMark/>
          </w:tcPr>
          <w:p w14:paraId="25B611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4B95F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6A44A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7BF3F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EF2E0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69F06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7D39DF83" w14:textId="77777777" w:rsidTr="006750F2">
        <w:trPr>
          <w:trHeight w:val="280"/>
        </w:trPr>
        <w:tc>
          <w:tcPr>
            <w:tcW w:w="919" w:type="dxa"/>
            <w:noWrap/>
            <w:hideMark/>
          </w:tcPr>
          <w:p w14:paraId="60467A7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Gillisia</w:t>
            </w:r>
          </w:p>
        </w:tc>
        <w:tc>
          <w:tcPr>
            <w:tcW w:w="852" w:type="dxa"/>
            <w:noWrap/>
            <w:hideMark/>
          </w:tcPr>
          <w:p w14:paraId="0AD478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14104D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507E8D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2159E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2668D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674" w:type="dxa"/>
            <w:noWrap/>
            <w:hideMark/>
          </w:tcPr>
          <w:p w14:paraId="235D69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1ACA8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7CF0A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909" w:type="dxa"/>
            <w:noWrap/>
            <w:hideMark/>
          </w:tcPr>
          <w:p w14:paraId="0CD0BA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51" w:type="dxa"/>
            <w:noWrap/>
            <w:hideMark/>
          </w:tcPr>
          <w:p w14:paraId="3E8875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1008" w:type="dxa"/>
            <w:noWrap/>
            <w:hideMark/>
          </w:tcPr>
          <w:p w14:paraId="140D41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BA988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1F911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B3362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D665C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AED50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56B2BCE" w14:textId="77777777" w:rsidTr="006750F2">
        <w:trPr>
          <w:trHeight w:val="280"/>
        </w:trPr>
        <w:tc>
          <w:tcPr>
            <w:tcW w:w="919" w:type="dxa"/>
            <w:noWrap/>
            <w:hideMark/>
          </w:tcPr>
          <w:p w14:paraId="30408E0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Gramella</w:t>
            </w:r>
          </w:p>
        </w:tc>
        <w:tc>
          <w:tcPr>
            <w:tcW w:w="852" w:type="dxa"/>
            <w:noWrap/>
            <w:hideMark/>
          </w:tcPr>
          <w:p w14:paraId="3794F8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919F0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232737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29515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C64FC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674" w:type="dxa"/>
            <w:noWrap/>
            <w:hideMark/>
          </w:tcPr>
          <w:p w14:paraId="694124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30FBE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E0F7A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w:t>
            </w:r>
          </w:p>
        </w:tc>
        <w:tc>
          <w:tcPr>
            <w:tcW w:w="909" w:type="dxa"/>
            <w:noWrap/>
            <w:hideMark/>
          </w:tcPr>
          <w:p w14:paraId="02DA69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w:t>
            </w:r>
          </w:p>
        </w:tc>
        <w:tc>
          <w:tcPr>
            <w:tcW w:w="751" w:type="dxa"/>
            <w:noWrap/>
            <w:hideMark/>
          </w:tcPr>
          <w:p w14:paraId="0FFDC4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1008" w:type="dxa"/>
            <w:noWrap/>
            <w:hideMark/>
          </w:tcPr>
          <w:p w14:paraId="157046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F4F3D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E03C7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1FA2F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5FE03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CE918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1C22FE1" w14:textId="77777777" w:rsidTr="006750F2">
        <w:trPr>
          <w:trHeight w:val="280"/>
        </w:trPr>
        <w:tc>
          <w:tcPr>
            <w:tcW w:w="919" w:type="dxa"/>
            <w:noWrap/>
            <w:hideMark/>
          </w:tcPr>
          <w:p w14:paraId="1B7C31B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HGM04593</w:t>
            </w:r>
          </w:p>
        </w:tc>
        <w:tc>
          <w:tcPr>
            <w:tcW w:w="852" w:type="dxa"/>
            <w:noWrap/>
            <w:hideMark/>
          </w:tcPr>
          <w:p w14:paraId="068AFB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1CCF66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5B8E43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BB3F5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1EBAA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8FC99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DA929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DA82E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81137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78409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F5BFD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71835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6CECC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67E1D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F30FE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59936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4C29CE1" w14:textId="77777777" w:rsidTr="006750F2">
        <w:trPr>
          <w:trHeight w:val="280"/>
        </w:trPr>
        <w:tc>
          <w:tcPr>
            <w:tcW w:w="919" w:type="dxa"/>
            <w:noWrap/>
            <w:hideMark/>
          </w:tcPr>
          <w:p w14:paraId="61B3984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Hanamia</w:t>
            </w:r>
          </w:p>
        </w:tc>
        <w:tc>
          <w:tcPr>
            <w:tcW w:w="852" w:type="dxa"/>
            <w:noWrap/>
            <w:hideMark/>
          </w:tcPr>
          <w:p w14:paraId="41E628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35B233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105BB1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39" w:type="dxa"/>
            <w:noWrap/>
            <w:hideMark/>
          </w:tcPr>
          <w:p w14:paraId="28AB3F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21" w:type="dxa"/>
            <w:noWrap/>
            <w:hideMark/>
          </w:tcPr>
          <w:p w14:paraId="4C9D25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674" w:type="dxa"/>
            <w:noWrap/>
            <w:hideMark/>
          </w:tcPr>
          <w:p w14:paraId="43AF41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56B92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AD2EE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91A92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51" w:type="dxa"/>
            <w:noWrap/>
            <w:hideMark/>
          </w:tcPr>
          <w:p w14:paraId="5B8542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1008" w:type="dxa"/>
            <w:noWrap/>
            <w:hideMark/>
          </w:tcPr>
          <w:p w14:paraId="225C00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E8A23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482C8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38401B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E6F5D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15F01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52B9B63B" w14:textId="77777777" w:rsidTr="006750F2">
        <w:trPr>
          <w:trHeight w:val="280"/>
        </w:trPr>
        <w:tc>
          <w:tcPr>
            <w:tcW w:w="919" w:type="dxa"/>
            <w:noWrap/>
            <w:hideMark/>
          </w:tcPr>
          <w:p w14:paraId="0909216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Hel1-33-131</w:t>
            </w:r>
          </w:p>
        </w:tc>
        <w:tc>
          <w:tcPr>
            <w:tcW w:w="852" w:type="dxa"/>
            <w:noWrap/>
            <w:hideMark/>
          </w:tcPr>
          <w:p w14:paraId="3E5359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1E8CA3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145D43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8E9CD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C8862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674" w:type="dxa"/>
            <w:noWrap/>
            <w:hideMark/>
          </w:tcPr>
          <w:p w14:paraId="372C11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0ACEB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4D1DA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1B8F3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F564E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1008" w:type="dxa"/>
            <w:noWrap/>
            <w:hideMark/>
          </w:tcPr>
          <w:p w14:paraId="4D09C6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0B050F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C2904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C9C4C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32EAD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0C6B9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01C97FFF" w14:textId="77777777" w:rsidTr="006750F2">
        <w:trPr>
          <w:trHeight w:val="280"/>
        </w:trPr>
        <w:tc>
          <w:tcPr>
            <w:tcW w:w="919" w:type="dxa"/>
            <w:noWrap/>
            <w:hideMark/>
          </w:tcPr>
          <w:p w14:paraId="3990D49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Hymenobacter</w:t>
            </w:r>
          </w:p>
        </w:tc>
        <w:tc>
          <w:tcPr>
            <w:tcW w:w="852" w:type="dxa"/>
            <w:noWrap/>
            <w:hideMark/>
          </w:tcPr>
          <w:p w14:paraId="043898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A4F57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115</w:t>
            </w:r>
          </w:p>
        </w:tc>
        <w:tc>
          <w:tcPr>
            <w:tcW w:w="768" w:type="dxa"/>
            <w:noWrap/>
            <w:hideMark/>
          </w:tcPr>
          <w:p w14:paraId="20CC36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8.7</w:t>
            </w:r>
          </w:p>
        </w:tc>
        <w:tc>
          <w:tcPr>
            <w:tcW w:w="739" w:type="dxa"/>
            <w:noWrap/>
            <w:hideMark/>
          </w:tcPr>
          <w:p w14:paraId="554E6C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C93CF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674" w:type="dxa"/>
            <w:noWrap/>
            <w:hideMark/>
          </w:tcPr>
          <w:p w14:paraId="0D7F71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D20BD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C19EB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95CCF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8.7</w:t>
            </w:r>
          </w:p>
        </w:tc>
        <w:tc>
          <w:tcPr>
            <w:tcW w:w="751" w:type="dxa"/>
            <w:noWrap/>
            <w:hideMark/>
          </w:tcPr>
          <w:p w14:paraId="689B2F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1008" w:type="dxa"/>
            <w:noWrap/>
            <w:hideMark/>
          </w:tcPr>
          <w:p w14:paraId="2482BB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66A86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FB7BC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46CAB4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980AB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84608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458966D" w14:textId="77777777" w:rsidTr="006750F2">
        <w:trPr>
          <w:trHeight w:val="280"/>
        </w:trPr>
        <w:tc>
          <w:tcPr>
            <w:tcW w:w="919" w:type="dxa"/>
            <w:noWrap/>
            <w:hideMark/>
          </w:tcPr>
          <w:p w14:paraId="2A40047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JAADGE01</w:t>
            </w:r>
          </w:p>
        </w:tc>
        <w:tc>
          <w:tcPr>
            <w:tcW w:w="852" w:type="dxa"/>
            <w:noWrap/>
            <w:hideMark/>
          </w:tcPr>
          <w:p w14:paraId="74F952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1BCEC7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66BD96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238CB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63.6</w:t>
            </w:r>
          </w:p>
        </w:tc>
        <w:tc>
          <w:tcPr>
            <w:tcW w:w="721" w:type="dxa"/>
            <w:noWrap/>
            <w:hideMark/>
          </w:tcPr>
          <w:p w14:paraId="27D9EE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EA924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9F599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E05F3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27.3</w:t>
            </w:r>
          </w:p>
        </w:tc>
        <w:tc>
          <w:tcPr>
            <w:tcW w:w="909" w:type="dxa"/>
            <w:noWrap/>
            <w:hideMark/>
          </w:tcPr>
          <w:p w14:paraId="155418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27.3</w:t>
            </w:r>
          </w:p>
        </w:tc>
        <w:tc>
          <w:tcPr>
            <w:tcW w:w="751" w:type="dxa"/>
            <w:noWrap/>
            <w:hideMark/>
          </w:tcPr>
          <w:p w14:paraId="563FE1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BC534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7690A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3CCEE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7D999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1DDC2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38445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4F75AF1" w14:textId="77777777" w:rsidTr="006750F2">
        <w:trPr>
          <w:trHeight w:val="280"/>
        </w:trPr>
        <w:tc>
          <w:tcPr>
            <w:tcW w:w="919" w:type="dxa"/>
            <w:noWrap/>
            <w:hideMark/>
          </w:tcPr>
          <w:p w14:paraId="058FBAA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JAAFHB01</w:t>
            </w:r>
          </w:p>
        </w:tc>
        <w:tc>
          <w:tcPr>
            <w:tcW w:w="852" w:type="dxa"/>
            <w:noWrap/>
            <w:hideMark/>
          </w:tcPr>
          <w:p w14:paraId="75F75C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DAB16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1788AC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14F18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25970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C38F6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05F28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DAE07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87246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312A8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DDF85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32151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04097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8F5A1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424DF6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40092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E926BAB" w14:textId="77777777" w:rsidTr="006750F2">
        <w:trPr>
          <w:trHeight w:val="280"/>
        </w:trPr>
        <w:tc>
          <w:tcPr>
            <w:tcW w:w="919" w:type="dxa"/>
            <w:noWrap/>
            <w:hideMark/>
          </w:tcPr>
          <w:p w14:paraId="0068CA8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JAAFHG01</w:t>
            </w:r>
          </w:p>
        </w:tc>
        <w:tc>
          <w:tcPr>
            <w:tcW w:w="852" w:type="dxa"/>
            <w:noWrap/>
            <w:hideMark/>
          </w:tcPr>
          <w:p w14:paraId="4F2DB9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83F34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1BBD32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39" w:type="dxa"/>
            <w:noWrap/>
            <w:hideMark/>
          </w:tcPr>
          <w:p w14:paraId="444995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5FD26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BB0BE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67E05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BA49D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52D52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51" w:type="dxa"/>
            <w:noWrap/>
            <w:hideMark/>
          </w:tcPr>
          <w:p w14:paraId="46B3C2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937C4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B7AD6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28DFC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C25A8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BCDF3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6F2E0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1478EB4" w14:textId="77777777" w:rsidTr="006750F2">
        <w:trPr>
          <w:trHeight w:val="280"/>
        </w:trPr>
        <w:tc>
          <w:tcPr>
            <w:tcW w:w="919" w:type="dxa"/>
            <w:noWrap/>
            <w:hideMark/>
          </w:tcPr>
          <w:p w14:paraId="7239463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JABMMZ01</w:t>
            </w:r>
          </w:p>
        </w:tc>
        <w:tc>
          <w:tcPr>
            <w:tcW w:w="852" w:type="dxa"/>
            <w:noWrap/>
            <w:hideMark/>
          </w:tcPr>
          <w:p w14:paraId="1A4807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584F9B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0107D5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49E97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31EA2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93EFD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082C1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335AB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D0BBB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62F6F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4C395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E3D07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66404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5FA55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FBF74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EF111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3F155B8" w14:textId="77777777" w:rsidTr="006750F2">
        <w:trPr>
          <w:trHeight w:val="280"/>
        </w:trPr>
        <w:tc>
          <w:tcPr>
            <w:tcW w:w="919" w:type="dxa"/>
            <w:noWrap/>
            <w:hideMark/>
          </w:tcPr>
          <w:p w14:paraId="013A381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JADJSS01</w:t>
            </w:r>
          </w:p>
        </w:tc>
        <w:tc>
          <w:tcPr>
            <w:tcW w:w="852" w:type="dxa"/>
            <w:noWrap/>
            <w:hideMark/>
          </w:tcPr>
          <w:p w14:paraId="318622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1F762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0A9AE8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3CC4E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FFDD7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674" w:type="dxa"/>
            <w:noWrap/>
            <w:hideMark/>
          </w:tcPr>
          <w:p w14:paraId="48360D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CA574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284B8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8A76D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A2C47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1008" w:type="dxa"/>
            <w:noWrap/>
            <w:hideMark/>
          </w:tcPr>
          <w:p w14:paraId="6FB0DD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6F3814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568CF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30E8F8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4A4A4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B3D26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3C2BC773" w14:textId="77777777" w:rsidTr="006750F2">
        <w:trPr>
          <w:trHeight w:val="280"/>
        </w:trPr>
        <w:tc>
          <w:tcPr>
            <w:tcW w:w="919" w:type="dxa"/>
            <w:noWrap/>
            <w:hideMark/>
          </w:tcPr>
          <w:p w14:paraId="7C72400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JALNZU01</w:t>
            </w:r>
          </w:p>
        </w:tc>
        <w:tc>
          <w:tcPr>
            <w:tcW w:w="852" w:type="dxa"/>
            <w:noWrap/>
            <w:hideMark/>
          </w:tcPr>
          <w:p w14:paraId="460FDB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96F76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741573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5EE06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778D3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674" w:type="dxa"/>
            <w:noWrap/>
            <w:hideMark/>
          </w:tcPr>
          <w:p w14:paraId="014812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4EDE7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5D7A2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909" w:type="dxa"/>
            <w:noWrap/>
            <w:hideMark/>
          </w:tcPr>
          <w:p w14:paraId="6C7CFF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51" w:type="dxa"/>
            <w:noWrap/>
            <w:hideMark/>
          </w:tcPr>
          <w:p w14:paraId="1267E4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1008" w:type="dxa"/>
            <w:noWrap/>
            <w:hideMark/>
          </w:tcPr>
          <w:p w14:paraId="36A4F7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1AB70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90717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01F08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1A4BA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79AE4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3E01DFB1" w14:textId="77777777" w:rsidTr="006750F2">
        <w:trPr>
          <w:trHeight w:val="280"/>
        </w:trPr>
        <w:tc>
          <w:tcPr>
            <w:tcW w:w="919" w:type="dxa"/>
            <w:noWrap/>
            <w:hideMark/>
          </w:tcPr>
          <w:p w14:paraId="768F62D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JJ008</w:t>
            </w:r>
          </w:p>
        </w:tc>
        <w:tc>
          <w:tcPr>
            <w:tcW w:w="852" w:type="dxa"/>
            <w:noWrap/>
            <w:hideMark/>
          </w:tcPr>
          <w:p w14:paraId="75D09B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5EDE77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w:t>
            </w:r>
          </w:p>
        </w:tc>
        <w:tc>
          <w:tcPr>
            <w:tcW w:w="768" w:type="dxa"/>
            <w:noWrap/>
            <w:hideMark/>
          </w:tcPr>
          <w:p w14:paraId="17A0F4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4DDDE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w:t>
            </w:r>
          </w:p>
        </w:tc>
        <w:tc>
          <w:tcPr>
            <w:tcW w:w="721" w:type="dxa"/>
            <w:noWrap/>
            <w:hideMark/>
          </w:tcPr>
          <w:p w14:paraId="1EB2B0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674" w:type="dxa"/>
            <w:noWrap/>
            <w:hideMark/>
          </w:tcPr>
          <w:p w14:paraId="4824AC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1FAF7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3F308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D9F08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90C00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1008" w:type="dxa"/>
            <w:noWrap/>
            <w:hideMark/>
          </w:tcPr>
          <w:p w14:paraId="6C8591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5B2BCD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A8492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0AE72B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17004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16515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16F82E0" w14:textId="77777777" w:rsidTr="006750F2">
        <w:trPr>
          <w:trHeight w:val="280"/>
        </w:trPr>
        <w:tc>
          <w:tcPr>
            <w:tcW w:w="919" w:type="dxa"/>
            <w:noWrap/>
            <w:hideMark/>
          </w:tcPr>
          <w:p w14:paraId="68EF660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Jejuia</w:t>
            </w:r>
          </w:p>
        </w:tc>
        <w:tc>
          <w:tcPr>
            <w:tcW w:w="852" w:type="dxa"/>
            <w:noWrap/>
            <w:hideMark/>
          </w:tcPr>
          <w:p w14:paraId="432B48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E9119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4F9A83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739" w:type="dxa"/>
            <w:noWrap/>
            <w:hideMark/>
          </w:tcPr>
          <w:p w14:paraId="75A88A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21" w:type="dxa"/>
            <w:noWrap/>
            <w:hideMark/>
          </w:tcPr>
          <w:p w14:paraId="5DD83E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BE4A6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DE0D3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5172B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909" w:type="dxa"/>
            <w:noWrap/>
            <w:hideMark/>
          </w:tcPr>
          <w:p w14:paraId="74E627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751" w:type="dxa"/>
            <w:noWrap/>
            <w:hideMark/>
          </w:tcPr>
          <w:p w14:paraId="3C771E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0E2E9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C2DD0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4A58E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E6629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05E40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ADBE8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1F5A769A" w14:textId="77777777" w:rsidTr="006750F2">
        <w:trPr>
          <w:trHeight w:val="280"/>
        </w:trPr>
        <w:tc>
          <w:tcPr>
            <w:tcW w:w="919" w:type="dxa"/>
            <w:noWrap/>
            <w:hideMark/>
          </w:tcPr>
          <w:p w14:paraId="7DFC7B8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Kaistella</w:t>
            </w:r>
          </w:p>
        </w:tc>
        <w:tc>
          <w:tcPr>
            <w:tcW w:w="852" w:type="dxa"/>
            <w:noWrap/>
            <w:hideMark/>
          </w:tcPr>
          <w:p w14:paraId="5A1CC8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1D46E5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w:t>
            </w:r>
          </w:p>
        </w:tc>
        <w:tc>
          <w:tcPr>
            <w:tcW w:w="768" w:type="dxa"/>
            <w:noWrap/>
            <w:hideMark/>
          </w:tcPr>
          <w:p w14:paraId="43CBFC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3A964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4769D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10.6</w:t>
            </w:r>
          </w:p>
        </w:tc>
        <w:tc>
          <w:tcPr>
            <w:tcW w:w="674" w:type="dxa"/>
            <w:noWrap/>
            <w:hideMark/>
          </w:tcPr>
          <w:p w14:paraId="257F33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BE6A8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ADA7C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AEFEA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0F2BF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10.6</w:t>
            </w:r>
          </w:p>
        </w:tc>
        <w:tc>
          <w:tcPr>
            <w:tcW w:w="1008" w:type="dxa"/>
            <w:noWrap/>
            <w:hideMark/>
          </w:tcPr>
          <w:p w14:paraId="0BAC55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6D6651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95D1B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5402A0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3D2AB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3F815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C669D82" w14:textId="77777777" w:rsidTr="006750F2">
        <w:trPr>
          <w:trHeight w:val="280"/>
        </w:trPr>
        <w:tc>
          <w:tcPr>
            <w:tcW w:w="919" w:type="dxa"/>
            <w:noWrap/>
            <w:hideMark/>
          </w:tcPr>
          <w:p w14:paraId="6C84A56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Kordia</w:t>
            </w:r>
          </w:p>
        </w:tc>
        <w:tc>
          <w:tcPr>
            <w:tcW w:w="852" w:type="dxa"/>
            <w:noWrap/>
            <w:hideMark/>
          </w:tcPr>
          <w:p w14:paraId="37CAF1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7FAF2A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7E0A96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73AA3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FAACA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61C52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78C83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493D6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909" w:type="dxa"/>
            <w:noWrap/>
            <w:hideMark/>
          </w:tcPr>
          <w:p w14:paraId="569E01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51" w:type="dxa"/>
            <w:noWrap/>
            <w:hideMark/>
          </w:tcPr>
          <w:p w14:paraId="06A7E2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19996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C24EA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F55D8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B50FC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CF088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2C220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547CD14" w14:textId="77777777" w:rsidTr="006750F2">
        <w:trPr>
          <w:trHeight w:val="280"/>
        </w:trPr>
        <w:tc>
          <w:tcPr>
            <w:tcW w:w="919" w:type="dxa"/>
            <w:noWrap/>
            <w:hideMark/>
          </w:tcPr>
          <w:p w14:paraId="57B53C1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LD21</w:t>
            </w:r>
          </w:p>
        </w:tc>
        <w:tc>
          <w:tcPr>
            <w:tcW w:w="852" w:type="dxa"/>
            <w:noWrap/>
            <w:hideMark/>
          </w:tcPr>
          <w:p w14:paraId="5ED05E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7AC394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w:t>
            </w:r>
          </w:p>
        </w:tc>
        <w:tc>
          <w:tcPr>
            <w:tcW w:w="768" w:type="dxa"/>
            <w:noWrap/>
            <w:hideMark/>
          </w:tcPr>
          <w:p w14:paraId="3C2E6E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C41D7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721" w:type="dxa"/>
            <w:noWrap/>
            <w:hideMark/>
          </w:tcPr>
          <w:p w14:paraId="64F501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65A6B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w:t>
            </w:r>
          </w:p>
        </w:tc>
        <w:tc>
          <w:tcPr>
            <w:tcW w:w="694" w:type="dxa"/>
            <w:noWrap/>
            <w:hideMark/>
          </w:tcPr>
          <w:p w14:paraId="75E775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BA07A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909" w:type="dxa"/>
            <w:noWrap/>
            <w:hideMark/>
          </w:tcPr>
          <w:p w14:paraId="6677CA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29.2</w:t>
            </w:r>
          </w:p>
        </w:tc>
        <w:tc>
          <w:tcPr>
            <w:tcW w:w="751" w:type="dxa"/>
            <w:noWrap/>
            <w:hideMark/>
          </w:tcPr>
          <w:p w14:paraId="1CA423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FE190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B80A5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16BC9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F1D11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93846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F0170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5D70EDE" w14:textId="77777777" w:rsidTr="006750F2">
        <w:trPr>
          <w:trHeight w:val="280"/>
        </w:trPr>
        <w:tc>
          <w:tcPr>
            <w:tcW w:w="919" w:type="dxa"/>
            <w:noWrap/>
            <w:hideMark/>
          </w:tcPr>
          <w:p w14:paraId="5E935BD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Lacibacter</w:t>
            </w:r>
          </w:p>
        </w:tc>
        <w:tc>
          <w:tcPr>
            <w:tcW w:w="852" w:type="dxa"/>
            <w:noWrap/>
            <w:hideMark/>
          </w:tcPr>
          <w:p w14:paraId="563756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40798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527B12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39" w:type="dxa"/>
            <w:noWrap/>
            <w:hideMark/>
          </w:tcPr>
          <w:p w14:paraId="567CE1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FF39D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FE2D3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BE6CE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0978E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1312F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51" w:type="dxa"/>
            <w:noWrap/>
            <w:hideMark/>
          </w:tcPr>
          <w:p w14:paraId="16F698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D3926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486FE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9CFF4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9E7B6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3942BE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0A505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4CCD602" w14:textId="77777777" w:rsidTr="006750F2">
        <w:trPr>
          <w:trHeight w:val="280"/>
        </w:trPr>
        <w:tc>
          <w:tcPr>
            <w:tcW w:w="919" w:type="dxa"/>
            <w:noWrap/>
            <w:hideMark/>
          </w:tcPr>
          <w:p w14:paraId="066238C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Lacinutrix</w:t>
            </w:r>
          </w:p>
        </w:tc>
        <w:tc>
          <w:tcPr>
            <w:tcW w:w="852" w:type="dxa"/>
            <w:noWrap/>
            <w:hideMark/>
          </w:tcPr>
          <w:p w14:paraId="012849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1A09F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0A1EC5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98F73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F4663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23.1</w:t>
            </w:r>
          </w:p>
        </w:tc>
        <w:tc>
          <w:tcPr>
            <w:tcW w:w="674" w:type="dxa"/>
            <w:noWrap/>
            <w:hideMark/>
          </w:tcPr>
          <w:p w14:paraId="7A65E3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1C81B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4C91B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909" w:type="dxa"/>
            <w:noWrap/>
            <w:hideMark/>
          </w:tcPr>
          <w:p w14:paraId="1227FD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751" w:type="dxa"/>
            <w:noWrap/>
            <w:hideMark/>
          </w:tcPr>
          <w:p w14:paraId="23325D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23.1</w:t>
            </w:r>
          </w:p>
        </w:tc>
        <w:tc>
          <w:tcPr>
            <w:tcW w:w="1008" w:type="dxa"/>
            <w:noWrap/>
            <w:hideMark/>
          </w:tcPr>
          <w:p w14:paraId="5E2F1B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04424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136CF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ED39E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782C0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E2B78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4005DE7" w14:textId="77777777" w:rsidTr="006750F2">
        <w:trPr>
          <w:trHeight w:val="280"/>
        </w:trPr>
        <w:tc>
          <w:tcPr>
            <w:tcW w:w="919" w:type="dxa"/>
            <w:noWrap/>
            <w:hideMark/>
          </w:tcPr>
          <w:p w14:paraId="413AAD4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Leadbetterella</w:t>
            </w:r>
          </w:p>
        </w:tc>
        <w:tc>
          <w:tcPr>
            <w:tcW w:w="852" w:type="dxa"/>
            <w:noWrap/>
            <w:hideMark/>
          </w:tcPr>
          <w:p w14:paraId="0315FF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7E02CC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4C68C4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39" w:type="dxa"/>
            <w:noWrap/>
            <w:hideMark/>
          </w:tcPr>
          <w:p w14:paraId="6A5278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8F282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A839E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66DA9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80F62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13C79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51" w:type="dxa"/>
            <w:noWrap/>
            <w:hideMark/>
          </w:tcPr>
          <w:p w14:paraId="781B56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BCA5A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D03B5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24A14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F11AD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44A31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D4D27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72C3864" w14:textId="77777777" w:rsidTr="006750F2">
        <w:trPr>
          <w:trHeight w:val="280"/>
        </w:trPr>
        <w:tc>
          <w:tcPr>
            <w:tcW w:w="919" w:type="dxa"/>
            <w:noWrap/>
            <w:hideMark/>
          </w:tcPr>
          <w:p w14:paraId="6D1F14F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Leeuwenhoekiella</w:t>
            </w:r>
          </w:p>
        </w:tc>
        <w:tc>
          <w:tcPr>
            <w:tcW w:w="852" w:type="dxa"/>
            <w:noWrap/>
            <w:hideMark/>
          </w:tcPr>
          <w:p w14:paraId="5C756F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04A0F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5435D8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42.9</w:t>
            </w:r>
          </w:p>
        </w:tc>
        <w:tc>
          <w:tcPr>
            <w:tcW w:w="739" w:type="dxa"/>
            <w:noWrap/>
            <w:hideMark/>
          </w:tcPr>
          <w:p w14:paraId="30C7BF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A055F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B334F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A8666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10854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7A571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42.9</w:t>
            </w:r>
          </w:p>
        </w:tc>
        <w:tc>
          <w:tcPr>
            <w:tcW w:w="751" w:type="dxa"/>
            <w:noWrap/>
            <w:hideMark/>
          </w:tcPr>
          <w:p w14:paraId="310010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A8A64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A3B7A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6C6E1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6C6BB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11323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64384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A8810CF" w14:textId="77777777" w:rsidTr="006750F2">
        <w:trPr>
          <w:trHeight w:val="280"/>
        </w:trPr>
        <w:tc>
          <w:tcPr>
            <w:tcW w:w="919" w:type="dxa"/>
            <w:noWrap/>
            <w:hideMark/>
          </w:tcPr>
          <w:p w14:paraId="467C0AE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Lentimicrobium</w:t>
            </w:r>
          </w:p>
        </w:tc>
        <w:tc>
          <w:tcPr>
            <w:tcW w:w="852" w:type="dxa"/>
            <w:noWrap/>
            <w:hideMark/>
          </w:tcPr>
          <w:p w14:paraId="1FBA16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40F2B9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3AB52A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33D0E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21" w:type="dxa"/>
            <w:noWrap/>
            <w:hideMark/>
          </w:tcPr>
          <w:p w14:paraId="684F2D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674" w:type="dxa"/>
            <w:noWrap/>
            <w:hideMark/>
          </w:tcPr>
          <w:p w14:paraId="409FF1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30815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8204A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909" w:type="dxa"/>
            <w:noWrap/>
            <w:hideMark/>
          </w:tcPr>
          <w:p w14:paraId="09DE33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751" w:type="dxa"/>
            <w:noWrap/>
            <w:hideMark/>
          </w:tcPr>
          <w:p w14:paraId="2C7449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1008" w:type="dxa"/>
            <w:noWrap/>
            <w:hideMark/>
          </w:tcPr>
          <w:p w14:paraId="043A84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3E6E9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C8F93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B1849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3DCEE3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4E7C5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7869553F" w14:textId="77777777" w:rsidTr="006750F2">
        <w:trPr>
          <w:trHeight w:val="280"/>
        </w:trPr>
        <w:tc>
          <w:tcPr>
            <w:tcW w:w="919" w:type="dxa"/>
            <w:noWrap/>
            <w:hideMark/>
          </w:tcPr>
          <w:p w14:paraId="20F98AC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Lepagella</w:t>
            </w:r>
          </w:p>
        </w:tc>
        <w:tc>
          <w:tcPr>
            <w:tcW w:w="852" w:type="dxa"/>
            <w:noWrap/>
            <w:hideMark/>
          </w:tcPr>
          <w:p w14:paraId="204DA2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5D6F2A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116</w:t>
            </w:r>
          </w:p>
        </w:tc>
        <w:tc>
          <w:tcPr>
            <w:tcW w:w="768" w:type="dxa"/>
            <w:noWrap/>
            <w:hideMark/>
          </w:tcPr>
          <w:p w14:paraId="0CC3D4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FC20D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283DA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763F5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0CCB0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799D3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35626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B0E4C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EAB80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4637C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7A09A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75E8D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1672C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E2BFB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AD01174" w14:textId="77777777" w:rsidTr="006750F2">
        <w:trPr>
          <w:trHeight w:val="280"/>
        </w:trPr>
        <w:tc>
          <w:tcPr>
            <w:tcW w:w="919" w:type="dxa"/>
            <w:noWrap/>
            <w:hideMark/>
          </w:tcPr>
          <w:p w14:paraId="7BF852A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Limimorpha</w:t>
            </w:r>
          </w:p>
        </w:tc>
        <w:tc>
          <w:tcPr>
            <w:tcW w:w="852" w:type="dxa"/>
            <w:noWrap/>
            <w:hideMark/>
          </w:tcPr>
          <w:p w14:paraId="00890D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4C72B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w:t>
            </w:r>
          </w:p>
        </w:tc>
        <w:tc>
          <w:tcPr>
            <w:tcW w:w="768" w:type="dxa"/>
            <w:noWrap/>
            <w:hideMark/>
          </w:tcPr>
          <w:p w14:paraId="07C999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C1015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00353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A9E56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75D13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8D256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84EFE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98511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101B3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960DA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3A572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D1B27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5D9A2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92991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85F47D8" w14:textId="77777777" w:rsidTr="006750F2">
        <w:trPr>
          <w:trHeight w:val="280"/>
        </w:trPr>
        <w:tc>
          <w:tcPr>
            <w:tcW w:w="919" w:type="dxa"/>
            <w:noWrap/>
            <w:hideMark/>
          </w:tcPr>
          <w:p w14:paraId="7B3A7F9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Lutibacter</w:t>
            </w:r>
          </w:p>
        </w:tc>
        <w:tc>
          <w:tcPr>
            <w:tcW w:w="852" w:type="dxa"/>
            <w:noWrap/>
            <w:hideMark/>
          </w:tcPr>
          <w:p w14:paraId="0E3E4F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78833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768" w:type="dxa"/>
            <w:noWrap/>
            <w:hideMark/>
          </w:tcPr>
          <w:p w14:paraId="0F3CFD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11.4</w:t>
            </w:r>
          </w:p>
        </w:tc>
        <w:tc>
          <w:tcPr>
            <w:tcW w:w="739" w:type="dxa"/>
            <w:noWrap/>
            <w:hideMark/>
          </w:tcPr>
          <w:p w14:paraId="31DF12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22.9</w:t>
            </w:r>
          </w:p>
        </w:tc>
        <w:tc>
          <w:tcPr>
            <w:tcW w:w="721" w:type="dxa"/>
            <w:noWrap/>
            <w:hideMark/>
          </w:tcPr>
          <w:p w14:paraId="55C467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25.7</w:t>
            </w:r>
          </w:p>
        </w:tc>
        <w:tc>
          <w:tcPr>
            <w:tcW w:w="674" w:type="dxa"/>
            <w:noWrap/>
            <w:hideMark/>
          </w:tcPr>
          <w:p w14:paraId="6AB4E7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w:t>
            </w:r>
          </w:p>
        </w:tc>
        <w:tc>
          <w:tcPr>
            <w:tcW w:w="694" w:type="dxa"/>
            <w:noWrap/>
            <w:hideMark/>
          </w:tcPr>
          <w:p w14:paraId="391E3D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834A9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71.4</w:t>
            </w:r>
          </w:p>
        </w:tc>
        <w:tc>
          <w:tcPr>
            <w:tcW w:w="909" w:type="dxa"/>
            <w:noWrap/>
            <w:hideMark/>
          </w:tcPr>
          <w:p w14:paraId="774CD6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88.6</w:t>
            </w:r>
          </w:p>
        </w:tc>
        <w:tc>
          <w:tcPr>
            <w:tcW w:w="751" w:type="dxa"/>
            <w:noWrap/>
            <w:hideMark/>
          </w:tcPr>
          <w:p w14:paraId="59D99A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25.7</w:t>
            </w:r>
          </w:p>
        </w:tc>
        <w:tc>
          <w:tcPr>
            <w:tcW w:w="1008" w:type="dxa"/>
            <w:noWrap/>
            <w:hideMark/>
          </w:tcPr>
          <w:p w14:paraId="0C0E5E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E4CDF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61780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E9DEE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BCA29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5ABBC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0330B8FB" w14:textId="77777777" w:rsidTr="006750F2">
        <w:trPr>
          <w:trHeight w:val="280"/>
        </w:trPr>
        <w:tc>
          <w:tcPr>
            <w:tcW w:w="919" w:type="dxa"/>
            <w:noWrap/>
            <w:hideMark/>
          </w:tcPr>
          <w:p w14:paraId="1A53EB1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M0103</w:t>
            </w:r>
          </w:p>
        </w:tc>
        <w:tc>
          <w:tcPr>
            <w:tcW w:w="852" w:type="dxa"/>
            <w:noWrap/>
            <w:hideMark/>
          </w:tcPr>
          <w:p w14:paraId="206F49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855DE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413AD2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8B00F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15.8</w:t>
            </w:r>
          </w:p>
        </w:tc>
        <w:tc>
          <w:tcPr>
            <w:tcW w:w="721" w:type="dxa"/>
            <w:noWrap/>
            <w:hideMark/>
          </w:tcPr>
          <w:p w14:paraId="653C9E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19419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992A5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9EC90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36CDC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25B56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508E1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20B7C0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45C23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DD186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A312A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B400C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E47CF15" w14:textId="77777777" w:rsidTr="006750F2">
        <w:trPr>
          <w:trHeight w:val="280"/>
        </w:trPr>
        <w:tc>
          <w:tcPr>
            <w:tcW w:w="919" w:type="dxa"/>
            <w:noWrap/>
            <w:hideMark/>
          </w:tcPr>
          <w:p w14:paraId="7F3535C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M3007</w:t>
            </w:r>
          </w:p>
        </w:tc>
        <w:tc>
          <w:tcPr>
            <w:tcW w:w="852" w:type="dxa"/>
            <w:noWrap/>
            <w:hideMark/>
          </w:tcPr>
          <w:p w14:paraId="375CB6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7ACFB8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39</w:t>
            </w:r>
          </w:p>
        </w:tc>
        <w:tc>
          <w:tcPr>
            <w:tcW w:w="768" w:type="dxa"/>
            <w:noWrap/>
            <w:hideMark/>
          </w:tcPr>
          <w:p w14:paraId="0DE35A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61AB5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21" w:type="dxa"/>
            <w:noWrap/>
            <w:hideMark/>
          </w:tcPr>
          <w:p w14:paraId="29BE60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674" w:type="dxa"/>
            <w:noWrap/>
            <w:hideMark/>
          </w:tcPr>
          <w:p w14:paraId="0778C5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F4ABC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12E23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21433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C0C4F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1008" w:type="dxa"/>
            <w:noWrap/>
            <w:hideMark/>
          </w:tcPr>
          <w:p w14:paraId="2F5195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67D1A6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0DF86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4A3990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D5787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1FFD2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0A78B0B" w14:textId="77777777" w:rsidTr="006750F2">
        <w:trPr>
          <w:trHeight w:val="280"/>
        </w:trPr>
        <w:tc>
          <w:tcPr>
            <w:tcW w:w="919" w:type="dxa"/>
            <w:noWrap/>
            <w:hideMark/>
          </w:tcPr>
          <w:p w14:paraId="73E017B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MS024-2A</w:t>
            </w:r>
          </w:p>
        </w:tc>
        <w:tc>
          <w:tcPr>
            <w:tcW w:w="852" w:type="dxa"/>
            <w:noWrap/>
            <w:hideMark/>
          </w:tcPr>
          <w:p w14:paraId="76FAC5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D751A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607AFF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9A8BD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9823A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40EA6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1124D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6464F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25680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B9159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22692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CD6DA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98D56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E416C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EDA27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21813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31CBF6B" w14:textId="77777777" w:rsidTr="006750F2">
        <w:trPr>
          <w:trHeight w:val="280"/>
        </w:trPr>
        <w:tc>
          <w:tcPr>
            <w:tcW w:w="919" w:type="dxa"/>
            <w:noWrap/>
            <w:hideMark/>
          </w:tcPr>
          <w:p w14:paraId="268DE41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Maribacter</w:t>
            </w:r>
          </w:p>
        </w:tc>
        <w:tc>
          <w:tcPr>
            <w:tcW w:w="852" w:type="dxa"/>
            <w:noWrap/>
            <w:hideMark/>
          </w:tcPr>
          <w:p w14:paraId="2C73F7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77EDF5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w:t>
            </w:r>
          </w:p>
        </w:tc>
        <w:tc>
          <w:tcPr>
            <w:tcW w:w="768" w:type="dxa"/>
            <w:noWrap/>
            <w:hideMark/>
          </w:tcPr>
          <w:p w14:paraId="7F008D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26.5</w:t>
            </w:r>
          </w:p>
        </w:tc>
        <w:tc>
          <w:tcPr>
            <w:tcW w:w="739" w:type="dxa"/>
            <w:noWrap/>
            <w:hideMark/>
          </w:tcPr>
          <w:p w14:paraId="533D1E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16.2</w:t>
            </w:r>
          </w:p>
        </w:tc>
        <w:tc>
          <w:tcPr>
            <w:tcW w:w="721" w:type="dxa"/>
            <w:noWrap/>
            <w:hideMark/>
          </w:tcPr>
          <w:p w14:paraId="6AD19B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8.8</w:t>
            </w:r>
          </w:p>
        </w:tc>
        <w:tc>
          <w:tcPr>
            <w:tcW w:w="674" w:type="dxa"/>
            <w:noWrap/>
            <w:hideMark/>
          </w:tcPr>
          <w:p w14:paraId="06461D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AF0B3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F290A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13.2</w:t>
            </w:r>
          </w:p>
        </w:tc>
        <w:tc>
          <w:tcPr>
            <w:tcW w:w="909" w:type="dxa"/>
            <w:noWrap/>
            <w:hideMark/>
          </w:tcPr>
          <w:p w14:paraId="34849B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39.7</w:t>
            </w:r>
          </w:p>
        </w:tc>
        <w:tc>
          <w:tcPr>
            <w:tcW w:w="751" w:type="dxa"/>
            <w:noWrap/>
            <w:hideMark/>
          </w:tcPr>
          <w:p w14:paraId="5E4E76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8.8</w:t>
            </w:r>
          </w:p>
        </w:tc>
        <w:tc>
          <w:tcPr>
            <w:tcW w:w="1008" w:type="dxa"/>
            <w:noWrap/>
            <w:hideMark/>
          </w:tcPr>
          <w:p w14:paraId="03339F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E877F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F25CD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84FE3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BC734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4343D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804D942" w14:textId="77777777" w:rsidTr="006750F2">
        <w:trPr>
          <w:trHeight w:val="280"/>
        </w:trPr>
        <w:tc>
          <w:tcPr>
            <w:tcW w:w="919" w:type="dxa"/>
            <w:noWrap/>
            <w:hideMark/>
          </w:tcPr>
          <w:p w14:paraId="40E8494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Mesonia</w:t>
            </w:r>
          </w:p>
        </w:tc>
        <w:tc>
          <w:tcPr>
            <w:tcW w:w="852" w:type="dxa"/>
            <w:noWrap/>
            <w:hideMark/>
          </w:tcPr>
          <w:p w14:paraId="2A5122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5A881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2C7DD1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1E9D3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276B2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E97BE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E773B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F2E15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60D65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B08E3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F0B17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78FCB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27C12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CDAD2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1C1FE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A46C5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DE93618" w14:textId="77777777" w:rsidTr="006750F2">
        <w:trPr>
          <w:trHeight w:val="280"/>
        </w:trPr>
        <w:tc>
          <w:tcPr>
            <w:tcW w:w="919" w:type="dxa"/>
            <w:noWrap/>
            <w:hideMark/>
          </w:tcPr>
          <w:p w14:paraId="3D0F65D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Mucilaginibacter</w:t>
            </w:r>
          </w:p>
        </w:tc>
        <w:tc>
          <w:tcPr>
            <w:tcW w:w="852" w:type="dxa"/>
            <w:noWrap/>
            <w:hideMark/>
          </w:tcPr>
          <w:p w14:paraId="12C37B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7059F1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127</w:t>
            </w:r>
          </w:p>
        </w:tc>
        <w:tc>
          <w:tcPr>
            <w:tcW w:w="768" w:type="dxa"/>
            <w:noWrap/>
            <w:hideMark/>
          </w:tcPr>
          <w:p w14:paraId="459568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25.2</w:t>
            </w:r>
          </w:p>
        </w:tc>
        <w:tc>
          <w:tcPr>
            <w:tcW w:w="739" w:type="dxa"/>
            <w:noWrap/>
            <w:hideMark/>
          </w:tcPr>
          <w:p w14:paraId="0FC47C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FF98C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0.8</w:t>
            </w:r>
          </w:p>
        </w:tc>
        <w:tc>
          <w:tcPr>
            <w:tcW w:w="674" w:type="dxa"/>
            <w:noWrap/>
            <w:hideMark/>
          </w:tcPr>
          <w:p w14:paraId="2394D1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F486D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8A7BB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5BF49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25.2</w:t>
            </w:r>
          </w:p>
        </w:tc>
        <w:tc>
          <w:tcPr>
            <w:tcW w:w="751" w:type="dxa"/>
            <w:noWrap/>
            <w:hideMark/>
          </w:tcPr>
          <w:p w14:paraId="666E9A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0.8</w:t>
            </w:r>
          </w:p>
        </w:tc>
        <w:tc>
          <w:tcPr>
            <w:tcW w:w="1008" w:type="dxa"/>
            <w:noWrap/>
            <w:hideMark/>
          </w:tcPr>
          <w:p w14:paraId="3C19BF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2D6F0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AD140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8B40B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E396D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C3A91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2C67218" w14:textId="77777777" w:rsidTr="006750F2">
        <w:trPr>
          <w:trHeight w:val="280"/>
        </w:trPr>
        <w:tc>
          <w:tcPr>
            <w:tcW w:w="919" w:type="dxa"/>
            <w:noWrap/>
            <w:hideMark/>
          </w:tcPr>
          <w:p w14:paraId="76CD257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Muribaculum</w:t>
            </w:r>
          </w:p>
        </w:tc>
        <w:tc>
          <w:tcPr>
            <w:tcW w:w="852" w:type="dxa"/>
            <w:noWrap/>
            <w:hideMark/>
          </w:tcPr>
          <w:p w14:paraId="37230B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568447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2BB662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EF21E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99037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CA39E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C03E2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C2741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9150D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7B5A2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E1A9A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DA1E1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6575F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0F5AE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2C36F1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2CF38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A0A5E8C" w14:textId="77777777" w:rsidTr="006750F2">
        <w:trPr>
          <w:trHeight w:val="280"/>
        </w:trPr>
        <w:tc>
          <w:tcPr>
            <w:tcW w:w="919" w:type="dxa"/>
            <w:noWrap/>
            <w:hideMark/>
          </w:tcPr>
          <w:p w14:paraId="4213F8C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Neolewinella</w:t>
            </w:r>
          </w:p>
        </w:tc>
        <w:tc>
          <w:tcPr>
            <w:tcW w:w="852" w:type="dxa"/>
            <w:noWrap/>
            <w:hideMark/>
          </w:tcPr>
          <w:p w14:paraId="133CDA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0A53C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7E1F5E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39" w:type="dxa"/>
            <w:noWrap/>
            <w:hideMark/>
          </w:tcPr>
          <w:p w14:paraId="148612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682B1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ED1BC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F370E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E2C4B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467E1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51" w:type="dxa"/>
            <w:noWrap/>
            <w:hideMark/>
          </w:tcPr>
          <w:p w14:paraId="404332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CEA10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A82BC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47F45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1898E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5311D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8413E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E309104" w14:textId="77777777" w:rsidTr="006750F2">
        <w:trPr>
          <w:trHeight w:val="280"/>
        </w:trPr>
        <w:tc>
          <w:tcPr>
            <w:tcW w:w="919" w:type="dxa"/>
            <w:noWrap/>
            <w:hideMark/>
          </w:tcPr>
          <w:p w14:paraId="2ADA163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Niabella</w:t>
            </w:r>
          </w:p>
        </w:tc>
        <w:tc>
          <w:tcPr>
            <w:tcW w:w="852" w:type="dxa"/>
            <w:noWrap/>
            <w:hideMark/>
          </w:tcPr>
          <w:p w14:paraId="0B9267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A8F58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383AF3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39" w:type="dxa"/>
            <w:noWrap/>
            <w:hideMark/>
          </w:tcPr>
          <w:p w14:paraId="489CC0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0886B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C8C6C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227E1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F10E6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909" w:type="dxa"/>
            <w:noWrap/>
            <w:hideMark/>
          </w:tcPr>
          <w:p w14:paraId="167328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37.5</w:t>
            </w:r>
          </w:p>
        </w:tc>
        <w:tc>
          <w:tcPr>
            <w:tcW w:w="751" w:type="dxa"/>
            <w:noWrap/>
            <w:hideMark/>
          </w:tcPr>
          <w:p w14:paraId="5AE7A0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3057B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465D3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16E6A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13FC75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573EDD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1BDEC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35DD9FF" w14:textId="77777777" w:rsidTr="006750F2">
        <w:trPr>
          <w:trHeight w:val="280"/>
        </w:trPr>
        <w:tc>
          <w:tcPr>
            <w:tcW w:w="919" w:type="dxa"/>
            <w:noWrap/>
            <w:hideMark/>
          </w:tcPr>
          <w:p w14:paraId="7838055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Niastella</w:t>
            </w:r>
          </w:p>
        </w:tc>
        <w:tc>
          <w:tcPr>
            <w:tcW w:w="852" w:type="dxa"/>
            <w:noWrap/>
            <w:hideMark/>
          </w:tcPr>
          <w:p w14:paraId="1830DD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5AD5E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07066B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69.2</w:t>
            </w:r>
          </w:p>
        </w:tc>
        <w:tc>
          <w:tcPr>
            <w:tcW w:w="739" w:type="dxa"/>
            <w:noWrap/>
            <w:hideMark/>
          </w:tcPr>
          <w:p w14:paraId="1C62CF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5CD78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674" w:type="dxa"/>
            <w:noWrap/>
            <w:hideMark/>
          </w:tcPr>
          <w:p w14:paraId="069596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3C352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72FB4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C336F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69.2</w:t>
            </w:r>
          </w:p>
        </w:tc>
        <w:tc>
          <w:tcPr>
            <w:tcW w:w="751" w:type="dxa"/>
            <w:noWrap/>
            <w:hideMark/>
          </w:tcPr>
          <w:p w14:paraId="4C5C5B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1008" w:type="dxa"/>
            <w:noWrap/>
            <w:hideMark/>
          </w:tcPr>
          <w:p w14:paraId="0E419D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6545C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D7128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29337A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6EB82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3F5AF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C576389" w14:textId="77777777" w:rsidTr="006750F2">
        <w:trPr>
          <w:trHeight w:val="280"/>
        </w:trPr>
        <w:tc>
          <w:tcPr>
            <w:tcW w:w="919" w:type="dxa"/>
            <w:noWrap/>
            <w:hideMark/>
          </w:tcPr>
          <w:p w14:paraId="4280D09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Nonlabens</w:t>
            </w:r>
          </w:p>
        </w:tc>
        <w:tc>
          <w:tcPr>
            <w:tcW w:w="852" w:type="dxa"/>
            <w:noWrap/>
            <w:hideMark/>
          </w:tcPr>
          <w:p w14:paraId="62CE4F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1FBC64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68" w:type="dxa"/>
            <w:noWrap/>
            <w:hideMark/>
          </w:tcPr>
          <w:p w14:paraId="195B9E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AD905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2AF14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1A126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E4110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12BFE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FCD48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16F0E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C8D4F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42AD2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9E583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4E234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50EF3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9AFE7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BF35309" w14:textId="77777777" w:rsidTr="006750F2">
        <w:trPr>
          <w:trHeight w:val="280"/>
        </w:trPr>
        <w:tc>
          <w:tcPr>
            <w:tcW w:w="919" w:type="dxa"/>
            <w:noWrap/>
            <w:hideMark/>
          </w:tcPr>
          <w:p w14:paraId="6F92657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OLB11</w:t>
            </w:r>
          </w:p>
        </w:tc>
        <w:tc>
          <w:tcPr>
            <w:tcW w:w="852" w:type="dxa"/>
            <w:noWrap/>
            <w:hideMark/>
          </w:tcPr>
          <w:p w14:paraId="5E4C94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3ADD50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576603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F98D7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594A8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35.7</w:t>
            </w:r>
          </w:p>
        </w:tc>
        <w:tc>
          <w:tcPr>
            <w:tcW w:w="674" w:type="dxa"/>
            <w:noWrap/>
            <w:hideMark/>
          </w:tcPr>
          <w:p w14:paraId="5320A4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64CC8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AA2F0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7FE2D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D1E36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35.7</w:t>
            </w:r>
          </w:p>
        </w:tc>
        <w:tc>
          <w:tcPr>
            <w:tcW w:w="1008" w:type="dxa"/>
            <w:noWrap/>
            <w:hideMark/>
          </w:tcPr>
          <w:p w14:paraId="4B103D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49256D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BE928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7ACEDA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CABAE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14E82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290FE074" w14:textId="77777777" w:rsidTr="006750F2">
        <w:trPr>
          <w:trHeight w:val="280"/>
        </w:trPr>
        <w:tc>
          <w:tcPr>
            <w:tcW w:w="919" w:type="dxa"/>
            <w:noWrap/>
            <w:hideMark/>
          </w:tcPr>
          <w:p w14:paraId="10C544C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OLB9</w:t>
            </w:r>
          </w:p>
        </w:tc>
        <w:tc>
          <w:tcPr>
            <w:tcW w:w="852" w:type="dxa"/>
            <w:noWrap/>
            <w:hideMark/>
          </w:tcPr>
          <w:p w14:paraId="7AEB7A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36CF16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418C94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9245F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w:t>
            </w:r>
          </w:p>
        </w:tc>
        <w:tc>
          <w:tcPr>
            <w:tcW w:w="721" w:type="dxa"/>
            <w:noWrap/>
            <w:hideMark/>
          </w:tcPr>
          <w:p w14:paraId="136C74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w:t>
            </w:r>
          </w:p>
        </w:tc>
        <w:tc>
          <w:tcPr>
            <w:tcW w:w="674" w:type="dxa"/>
            <w:noWrap/>
            <w:hideMark/>
          </w:tcPr>
          <w:p w14:paraId="42C1A8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A7BB2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6803B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07D50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293BD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w:t>
            </w:r>
          </w:p>
        </w:tc>
        <w:tc>
          <w:tcPr>
            <w:tcW w:w="1008" w:type="dxa"/>
            <w:noWrap/>
            <w:hideMark/>
          </w:tcPr>
          <w:p w14:paraId="28DC65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2A40FC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A318A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799526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9F53E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07BD1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B97CC5A" w14:textId="77777777" w:rsidTr="006750F2">
        <w:trPr>
          <w:trHeight w:val="280"/>
        </w:trPr>
        <w:tc>
          <w:tcPr>
            <w:tcW w:w="919" w:type="dxa"/>
            <w:noWrap/>
            <w:hideMark/>
          </w:tcPr>
          <w:p w14:paraId="612277D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Odoribacter</w:t>
            </w:r>
          </w:p>
        </w:tc>
        <w:tc>
          <w:tcPr>
            <w:tcW w:w="852" w:type="dxa"/>
            <w:noWrap/>
            <w:hideMark/>
          </w:tcPr>
          <w:p w14:paraId="025D47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4F9430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031F6C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7811C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F402A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BB72F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D9A95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E740D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909" w:type="dxa"/>
            <w:noWrap/>
            <w:hideMark/>
          </w:tcPr>
          <w:p w14:paraId="3525E7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51" w:type="dxa"/>
            <w:noWrap/>
            <w:hideMark/>
          </w:tcPr>
          <w:p w14:paraId="0A260E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1011C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2A9DF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9FC52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FF329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E84DC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A1465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8B7B241" w14:textId="77777777" w:rsidTr="006750F2">
        <w:trPr>
          <w:trHeight w:val="280"/>
        </w:trPr>
        <w:tc>
          <w:tcPr>
            <w:tcW w:w="919" w:type="dxa"/>
            <w:noWrap/>
            <w:hideMark/>
          </w:tcPr>
          <w:p w14:paraId="0987980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Ohtaekwangia</w:t>
            </w:r>
          </w:p>
        </w:tc>
        <w:tc>
          <w:tcPr>
            <w:tcW w:w="852" w:type="dxa"/>
            <w:noWrap/>
            <w:hideMark/>
          </w:tcPr>
          <w:p w14:paraId="31DF02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537D50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098B8F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739" w:type="dxa"/>
            <w:noWrap/>
            <w:hideMark/>
          </w:tcPr>
          <w:p w14:paraId="4A0EE4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8571E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674" w:type="dxa"/>
            <w:noWrap/>
            <w:hideMark/>
          </w:tcPr>
          <w:p w14:paraId="013717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99757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DFEE4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909" w:type="dxa"/>
            <w:noWrap/>
            <w:hideMark/>
          </w:tcPr>
          <w:p w14:paraId="368DE8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91.7</w:t>
            </w:r>
          </w:p>
        </w:tc>
        <w:tc>
          <w:tcPr>
            <w:tcW w:w="751" w:type="dxa"/>
            <w:noWrap/>
            <w:hideMark/>
          </w:tcPr>
          <w:p w14:paraId="7D1EBF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1008" w:type="dxa"/>
            <w:noWrap/>
            <w:hideMark/>
          </w:tcPr>
          <w:p w14:paraId="1FB071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EEE54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81EE7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44A064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82B87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8EC34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6357D019" w14:textId="77777777" w:rsidTr="006750F2">
        <w:trPr>
          <w:trHeight w:val="280"/>
        </w:trPr>
        <w:tc>
          <w:tcPr>
            <w:tcW w:w="919" w:type="dxa"/>
            <w:noWrap/>
            <w:hideMark/>
          </w:tcPr>
          <w:p w14:paraId="7A3E43F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Onthomorpha</w:t>
            </w:r>
          </w:p>
        </w:tc>
        <w:tc>
          <w:tcPr>
            <w:tcW w:w="852" w:type="dxa"/>
            <w:noWrap/>
            <w:hideMark/>
          </w:tcPr>
          <w:p w14:paraId="41C38C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5EEA5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2F45C9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35A04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F7CA0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B1B31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D534F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01653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39412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28BE5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BEC92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DB5BE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04C0B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0689F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8C923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773DF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E95121C" w14:textId="77777777" w:rsidTr="006750F2">
        <w:trPr>
          <w:trHeight w:val="280"/>
        </w:trPr>
        <w:tc>
          <w:tcPr>
            <w:tcW w:w="919" w:type="dxa"/>
            <w:noWrap/>
            <w:hideMark/>
          </w:tcPr>
          <w:p w14:paraId="3AD7456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PHOS-HE28</w:t>
            </w:r>
          </w:p>
        </w:tc>
        <w:tc>
          <w:tcPr>
            <w:tcW w:w="852" w:type="dxa"/>
            <w:noWrap/>
            <w:hideMark/>
          </w:tcPr>
          <w:p w14:paraId="6F8E06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369318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w:t>
            </w:r>
          </w:p>
        </w:tc>
        <w:tc>
          <w:tcPr>
            <w:tcW w:w="768" w:type="dxa"/>
            <w:noWrap/>
            <w:hideMark/>
          </w:tcPr>
          <w:p w14:paraId="442475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5B63B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24.6</w:t>
            </w:r>
          </w:p>
        </w:tc>
        <w:tc>
          <w:tcPr>
            <w:tcW w:w="721" w:type="dxa"/>
            <w:noWrap/>
            <w:hideMark/>
          </w:tcPr>
          <w:p w14:paraId="7B13E1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4.9</w:t>
            </w:r>
          </w:p>
        </w:tc>
        <w:tc>
          <w:tcPr>
            <w:tcW w:w="674" w:type="dxa"/>
            <w:noWrap/>
            <w:hideMark/>
          </w:tcPr>
          <w:p w14:paraId="44CB52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71CE3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A3FBE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A8288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CBB83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4.9</w:t>
            </w:r>
          </w:p>
        </w:tc>
        <w:tc>
          <w:tcPr>
            <w:tcW w:w="1008" w:type="dxa"/>
            <w:noWrap/>
            <w:hideMark/>
          </w:tcPr>
          <w:p w14:paraId="00A8CA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666FA2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3BAA8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0AE2EA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E4CC5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231E1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FDC63EE" w14:textId="77777777" w:rsidTr="006750F2">
        <w:trPr>
          <w:trHeight w:val="280"/>
        </w:trPr>
        <w:tc>
          <w:tcPr>
            <w:tcW w:w="919" w:type="dxa"/>
            <w:noWrap/>
            <w:hideMark/>
          </w:tcPr>
          <w:p w14:paraId="67E4A57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Paludibacter</w:t>
            </w:r>
          </w:p>
        </w:tc>
        <w:tc>
          <w:tcPr>
            <w:tcW w:w="852" w:type="dxa"/>
            <w:noWrap/>
            <w:hideMark/>
          </w:tcPr>
          <w:p w14:paraId="49ABE8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2F7A1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768" w:type="dxa"/>
            <w:noWrap/>
            <w:hideMark/>
          </w:tcPr>
          <w:p w14:paraId="50FE75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739" w:type="dxa"/>
            <w:noWrap/>
            <w:hideMark/>
          </w:tcPr>
          <w:p w14:paraId="4CE79A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C19B7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1B001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36.1</w:t>
            </w:r>
          </w:p>
        </w:tc>
        <w:tc>
          <w:tcPr>
            <w:tcW w:w="694" w:type="dxa"/>
            <w:noWrap/>
            <w:hideMark/>
          </w:tcPr>
          <w:p w14:paraId="482D4E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D3B3B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22.2</w:t>
            </w:r>
          </w:p>
        </w:tc>
        <w:tc>
          <w:tcPr>
            <w:tcW w:w="909" w:type="dxa"/>
            <w:noWrap/>
            <w:hideMark/>
          </w:tcPr>
          <w:p w14:paraId="3469CB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61.1</w:t>
            </w:r>
          </w:p>
        </w:tc>
        <w:tc>
          <w:tcPr>
            <w:tcW w:w="751" w:type="dxa"/>
            <w:noWrap/>
            <w:hideMark/>
          </w:tcPr>
          <w:p w14:paraId="59BF16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2DAD3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FE32B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903E2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50802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3F459D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CA8B9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E48C54D" w14:textId="77777777" w:rsidTr="006750F2">
        <w:trPr>
          <w:trHeight w:val="280"/>
        </w:trPr>
        <w:tc>
          <w:tcPr>
            <w:tcW w:w="919" w:type="dxa"/>
            <w:noWrap/>
            <w:hideMark/>
          </w:tcPr>
          <w:p w14:paraId="64F2630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Parabacteroides</w:t>
            </w:r>
          </w:p>
        </w:tc>
        <w:tc>
          <w:tcPr>
            <w:tcW w:w="852" w:type="dxa"/>
            <w:noWrap/>
            <w:hideMark/>
          </w:tcPr>
          <w:p w14:paraId="41CDB4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B9430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68" w:type="dxa"/>
            <w:noWrap/>
            <w:hideMark/>
          </w:tcPr>
          <w:p w14:paraId="4F1F4A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E7660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E4DF9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06D70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18FF2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A5245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55.4</w:t>
            </w:r>
          </w:p>
        </w:tc>
        <w:tc>
          <w:tcPr>
            <w:tcW w:w="909" w:type="dxa"/>
            <w:noWrap/>
            <w:hideMark/>
          </w:tcPr>
          <w:p w14:paraId="013317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55.4</w:t>
            </w:r>
          </w:p>
        </w:tc>
        <w:tc>
          <w:tcPr>
            <w:tcW w:w="751" w:type="dxa"/>
            <w:noWrap/>
            <w:hideMark/>
          </w:tcPr>
          <w:p w14:paraId="2021DD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E2991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BBB76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1C25F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8E690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02FB4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12D9F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C7BCC94" w14:textId="77777777" w:rsidTr="006750F2">
        <w:trPr>
          <w:trHeight w:val="280"/>
        </w:trPr>
        <w:tc>
          <w:tcPr>
            <w:tcW w:w="919" w:type="dxa"/>
            <w:noWrap/>
            <w:hideMark/>
          </w:tcPr>
          <w:p w14:paraId="08C5EC2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Paramuribaculum</w:t>
            </w:r>
          </w:p>
        </w:tc>
        <w:tc>
          <w:tcPr>
            <w:tcW w:w="852" w:type="dxa"/>
            <w:noWrap/>
            <w:hideMark/>
          </w:tcPr>
          <w:p w14:paraId="2C0030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1E4758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w:t>
            </w:r>
          </w:p>
        </w:tc>
        <w:tc>
          <w:tcPr>
            <w:tcW w:w="768" w:type="dxa"/>
            <w:noWrap/>
            <w:hideMark/>
          </w:tcPr>
          <w:p w14:paraId="32292C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08F45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37208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8B9DE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DA4D7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7DDEE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81257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2B37E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AFC52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CF2DD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C24FF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27362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F9E6F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C163F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B20105C" w14:textId="77777777" w:rsidTr="006750F2">
        <w:trPr>
          <w:trHeight w:val="280"/>
        </w:trPr>
        <w:tc>
          <w:tcPr>
            <w:tcW w:w="919" w:type="dxa"/>
            <w:noWrap/>
            <w:hideMark/>
          </w:tcPr>
          <w:p w14:paraId="0463FA9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Parapedobacter</w:t>
            </w:r>
          </w:p>
        </w:tc>
        <w:tc>
          <w:tcPr>
            <w:tcW w:w="852" w:type="dxa"/>
            <w:noWrap/>
            <w:hideMark/>
          </w:tcPr>
          <w:p w14:paraId="0A9269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DEEAE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38A4A6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39" w:type="dxa"/>
            <w:noWrap/>
            <w:hideMark/>
          </w:tcPr>
          <w:p w14:paraId="1F9C8E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40FC9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CB8DD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B2571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673ED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86DB7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51" w:type="dxa"/>
            <w:noWrap/>
            <w:hideMark/>
          </w:tcPr>
          <w:p w14:paraId="541941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80399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D2129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C3B9A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05923F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68D0E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C6148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5E25962" w14:textId="77777777" w:rsidTr="006750F2">
        <w:trPr>
          <w:trHeight w:val="280"/>
        </w:trPr>
        <w:tc>
          <w:tcPr>
            <w:tcW w:w="919" w:type="dxa"/>
            <w:noWrap/>
            <w:hideMark/>
          </w:tcPr>
          <w:p w14:paraId="5820777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Paraprevotella</w:t>
            </w:r>
          </w:p>
        </w:tc>
        <w:tc>
          <w:tcPr>
            <w:tcW w:w="852" w:type="dxa"/>
            <w:noWrap/>
            <w:hideMark/>
          </w:tcPr>
          <w:p w14:paraId="70939B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9CBAD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45C65F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64459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73AEA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A4A12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6B9F9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7B751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EB0DF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26E4F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CEFF4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C8779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45BBD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E92EE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5C1E8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AF1B6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2C2A453" w14:textId="77777777" w:rsidTr="006750F2">
        <w:trPr>
          <w:trHeight w:val="280"/>
        </w:trPr>
        <w:tc>
          <w:tcPr>
            <w:tcW w:w="919" w:type="dxa"/>
            <w:noWrap/>
            <w:hideMark/>
          </w:tcPr>
          <w:p w14:paraId="578BC8B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Pedobacter</w:t>
            </w:r>
          </w:p>
        </w:tc>
        <w:tc>
          <w:tcPr>
            <w:tcW w:w="852" w:type="dxa"/>
            <w:noWrap/>
            <w:hideMark/>
          </w:tcPr>
          <w:p w14:paraId="289FCC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156AAC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155</w:t>
            </w:r>
          </w:p>
        </w:tc>
        <w:tc>
          <w:tcPr>
            <w:tcW w:w="768" w:type="dxa"/>
            <w:noWrap/>
            <w:hideMark/>
          </w:tcPr>
          <w:p w14:paraId="386101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17.4</w:t>
            </w:r>
          </w:p>
        </w:tc>
        <w:tc>
          <w:tcPr>
            <w:tcW w:w="739" w:type="dxa"/>
            <w:noWrap/>
            <w:hideMark/>
          </w:tcPr>
          <w:p w14:paraId="7C7066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F2A14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674" w:type="dxa"/>
            <w:noWrap/>
            <w:hideMark/>
          </w:tcPr>
          <w:p w14:paraId="0C6AE4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BCC68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BC08F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560D2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17.4</w:t>
            </w:r>
          </w:p>
        </w:tc>
        <w:tc>
          <w:tcPr>
            <w:tcW w:w="751" w:type="dxa"/>
            <w:noWrap/>
            <w:hideMark/>
          </w:tcPr>
          <w:p w14:paraId="7E6606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1008" w:type="dxa"/>
            <w:noWrap/>
            <w:hideMark/>
          </w:tcPr>
          <w:p w14:paraId="2B1139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EDF41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5D50B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92EF1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900FC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5E4BA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4A3302D" w14:textId="77777777" w:rsidTr="006750F2">
        <w:trPr>
          <w:trHeight w:val="280"/>
        </w:trPr>
        <w:tc>
          <w:tcPr>
            <w:tcW w:w="919" w:type="dxa"/>
            <w:noWrap/>
            <w:hideMark/>
          </w:tcPr>
          <w:p w14:paraId="0026B39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Pelobium</w:t>
            </w:r>
          </w:p>
        </w:tc>
        <w:tc>
          <w:tcPr>
            <w:tcW w:w="852" w:type="dxa"/>
            <w:noWrap/>
            <w:hideMark/>
          </w:tcPr>
          <w:p w14:paraId="67C434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D1158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4D70F0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26.7</w:t>
            </w:r>
          </w:p>
        </w:tc>
        <w:tc>
          <w:tcPr>
            <w:tcW w:w="739" w:type="dxa"/>
            <w:noWrap/>
            <w:hideMark/>
          </w:tcPr>
          <w:p w14:paraId="00C60C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8EAB8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674" w:type="dxa"/>
            <w:noWrap/>
            <w:hideMark/>
          </w:tcPr>
          <w:p w14:paraId="6FA421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6966E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41A54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128CC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26.7</w:t>
            </w:r>
          </w:p>
        </w:tc>
        <w:tc>
          <w:tcPr>
            <w:tcW w:w="751" w:type="dxa"/>
            <w:noWrap/>
            <w:hideMark/>
          </w:tcPr>
          <w:p w14:paraId="653C28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1008" w:type="dxa"/>
            <w:noWrap/>
            <w:hideMark/>
          </w:tcPr>
          <w:p w14:paraId="4FE874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3C96F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1B6DD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F6DC0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079B1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78C83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993AFA0" w14:textId="77777777" w:rsidTr="006750F2">
        <w:trPr>
          <w:trHeight w:val="280"/>
        </w:trPr>
        <w:tc>
          <w:tcPr>
            <w:tcW w:w="919" w:type="dxa"/>
            <w:noWrap/>
            <w:hideMark/>
          </w:tcPr>
          <w:p w14:paraId="137C030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Phocaeicola</w:t>
            </w:r>
          </w:p>
        </w:tc>
        <w:tc>
          <w:tcPr>
            <w:tcW w:w="852" w:type="dxa"/>
            <w:noWrap/>
            <w:hideMark/>
          </w:tcPr>
          <w:p w14:paraId="178C94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717E0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79</w:t>
            </w:r>
          </w:p>
        </w:tc>
        <w:tc>
          <w:tcPr>
            <w:tcW w:w="768" w:type="dxa"/>
            <w:noWrap/>
            <w:hideMark/>
          </w:tcPr>
          <w:p w14:paraId="39FD46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48841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A42C0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DEF0A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66A0D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D9A7A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909" w:type="dxa"/>
            <w:noWrap/>
            <w:hideMark/>
          </w:tcPr>
          <w:p w14:paraId="5A5CB7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51" w:type="dxa"/>
            <w:noWrap/>
            <w:hideMark/>
          </w:tcPr>
          <w:p w14:paraId="31F139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E2B47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D59E6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CE5EA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B567D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01A2C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735E4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82ABF6F" w14:textId="77777777" w:rsidTr="006750F2">
        <w:trPr>
          <w:trHeight w:val="280"/>
        </w:trPr>
        <w:tc>
          <w:tcPr>
            <w:tcW w:w="919" w:type="dxa"/>
            <w:noWrap/>
            <w:hideMark/>
          </w:tcPr>
          <w:p w14:paraId="01C545A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Polaribacter</w:t>
            </w:r>
          </w:p>
        </w:tc>
        <w:tc>
          <w:tcPr>
            <w:tcW w:w="852" w:type="dxa"/>
            <w:noWrap/>
            <w:hideMark/>
          </w:tcPr>
          <w:p w14:paraId="080CBC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BB9AE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86</w:t>
            </w:r>
          </w:p>
        </w:tc>
        <w:tc>
          <w:tcPr>
            <w:tcW w:w="768" w:type="dxa"/>
            <w:noWrap/>
            <w:hideMark/>
          </w:tcPr>
          <w:p w14:paraId="4D66E3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39" w:type="dxa"/>
            <w:noWrap/>
            <w:hideMark/>
          </w:tcPr>
          <w:p w14:paraId="7F267C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11.6</w:t>
            </w:r>
          </w:p>
        </w:tc>
        <w:tc>
          <w:tcPr>
            <w:tcW w:w="721" w:type="dxa"/>
            <w:noWrap/>
            <w:hideMark/>
          </w:tcPr>
          <w:p w14:paraId="028639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37.2</w:t>
            </w:r>
          </w:p>
        </w:tc>
        <w:tc>
          <w:tcPr>
            <w:tcW w:w="674" w:type="dxa"/>
            <w:noWrap/>
            <w:hideMark/>
          </w:tcPr>
          <w:p w14:paraId="7250D2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1982F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65C36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w:t>
            </w:r>
          </w:p>
        </w:tc>
        <w:tc>
          <w:tcPr>
            <w:tcW w:w="909" w:type="dxa"/>
            <w:noWrap/>
            <w:hideMark/>
          </w:tcPr>
          <w:p w14:paraId="7AA2D0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22.1</w:t>
            </w:r>
          </w:p>
        </w:tc>
        <w:tc>
          <w:tcPr>
            <w:tcW w:w="751" w:type="dxa"/>
            <w:noWrap/>
            <w:hideMark/>
          </w:tcPr>
          <w:p w14:paraId="53227A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37.2</w:t>
            </w:r>
          </w:p>
        </w:tc>
        <w:tc>
          <w:tcPr>
            <w:tcW w:w="1008" w:type="dxa"/>
            <w:noWrap/>
            <w:hideMark/>
          </w:tcPr>
          <w:p w14:paraId="6CC274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AF8E0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8C0A8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204BD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AED88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5A579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0DA8AFC3" w14:textId="77777777" w:rsidTr="006750F2">
        <w:trPr>
          <w:trHeight w:val="280"/>
        </w:trPr>
        <w:tc>
          <w:tcPr>
            <w:tcW w:w="919" w:type="dxa"/>
            <w:noWrap/>
            <w:hideMark/>
          </w:tcPr>
          <w:p w14:paraId="7AFEDDF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Pontibacter</w:t>
            </w:r>
          </w:p>
        </w:tc>
        <w:tc>
          <w:tcPr>
            <w:tcW w:w="852" w:type="dxa"/>
            <w:noWrap/>
            <w:hideMark/>
          </w:tcPr>
          <w:p w14:paraId="1E9622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0A328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w:t>
            </w:r>
          </w:p>
        </w:tc>
        <w:tc>
          <w:tcPr>
            <w:tcW w:w="768" w:type="dxa"/>
            <w:noWrap/>
            <w:hideMark/>
          </w:tcPr>
          <w:p w14:paraId="0E5F23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11.1</w:t>
            </w:r>
          </w:p>
        </w:tc>
        <w:tc>
          <w:tcPr>
            <w:tcW w:w="739" w:type="dxa"/>
            <w:noWrap/>
            <w:hideMark/>
          </w:tcPr>
          <w:p w14:paraId="72F1C3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21" w:type="dxa"/>
            <w:noWrap/>
            <w:hideMark/>
          </w:tcPr>
          <w:p w14:paraId="3FF3E4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51.9</w:t>
            </w:r>
          </w:p>
        </w:tc>
        <w:tc>
          <w:tcPr>
            <w:tcW w:w="674" w:type="dxa"/>
            <w:noWrap/>
            <w:hideMark/>
          </w:tcPr>
          <w:p w14:paraId="0A89DB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5C217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1FAFD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w:t>
            </w:r>
          </w:p>
        </w:tc>
        <w:tc>
          <w:tcPr>
            <w:tcW w:w="909" w:type="dxa"/>
            <w:noWrap/>
            <w:hideMark/>
          </w:tcPr>
          <w:p w14:paraId="74DA19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51" w:type="dxa"/>
            <w:noWrap/>
            <w:hideMark/>
          </w:tcPr>
          <w:p w14:paraId="6E1776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51.9</w:t>
            </w:r>
          </w:p>
        </w:tc>
        <w:tc>
          <w:tcPr>
            <w:tcW w:w="1008" w:type="dxa"/>
            <w:noWrap/>
            <w:hideMark/>
          </w:tcPr>
          <w:p w14:paraId="15256F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8349D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597BD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953C8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E4365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A89A5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3E2B5B33" w14:textId="77777777" w:rsidTr="006750F2">
        <w:trPr>
          <w:trHeight w:val="280"/>
        </w:trPr>
        <w:tc>
          <w:tcPr>
            <w:tcW w:w="919" w:type="dxa"/>
            <w:noWrap/>
            <w:hideMark/>
          </w:tcPr>
          <w:p w14:paraId="1B6B8CC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Porphyromonas</w:t>
            </w:r>
          </w:p>
        </w:tc>
        <w:tc>
          <w:tcPr>
            <w:tcW w:w="852" w:type="dxa"/>
            <w:noWrap/>
            <w:hideMark/>
          </w:tcPr>
          <w:p w14:paraId="080580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562BC4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w:t>
            </w:r>
          </w:p>
        </w:tc>
        <w:tc>
          <w:tcPr>
            <w:tcW w:w="768" w:type="dxa"/>
            <w:noWrap/>
            <w:hideMark/>
          </w:tcPr>
          <w:p w14:paraId="682964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70845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3555A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C7062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E9134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38CC1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38.5</w:t>
            </w:r>
          </w:p>
        </w:tc>
        <w:tc>
          <w:tcPr>
            <w:tcW w:w="909" w:type="dxa"/>
            <w:noWrap/>
            <w:hideMark/>
          </w:tcPr>
          <w:p w14:paraId="19FA5C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38.5</w:t>
            </w:r>
          </w:p>
        </w:tc>
        <w:tc>
          <w:tcPr>
            <w:tcW w:w="751" w:type="dxa"/>
            <w:noWrap/>
            <w:hideMark/>
          </w:tcPr>
          <w:p w14:paraId="34C6FB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09E5A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5F5EA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6298A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2B8C8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5F12B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00B57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94A0CD7" w14:textId="77777777" w:rsidTr="006750F2">
        <w:trPr>
          <w:trHeight w:val="280"/>
        </w:trPr>
        <w:tc>
          <w:tcPr>
            <w:tcW w:w="919" w:type="dxa"/>
            <w:noWrap/>
            <w:hideMark/>
          </w:tcPr>
          <w:p w14:paraId="2056813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Prevotella</w:t>
            </w:r>
          </w:p>
        </w:tc>
        <w:tc>
          <w:tcPr>
            <w:tcW w:w="852" w:type="dxa"/>
            <w:noWrap/>
            <w:hideMark/>
          </w:tcPr>
          <w:p w14:paraId="31A875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6BAEF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526</w:t>
            </w:r>
          </w:p>
        </w:tc>
        <w:tc>
          <w:tcPr>
            <w:tcW w:w="768" w:type="dxa"/>
            <w:noWrap/>
            <w:hideMark/>
          </w:tcPr>
          <w:p w14:paraId="6C7EAD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2D640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21" w:type="dxa"/>
            <w:noWrap/>
            <w:hideMark/>
          </w:tcPr>
          <w:p w14:paraId="007B86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DDA7D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694" w:type="dxa"/>
            <w:noWrap/>
            <w:hideMark/>
          </w:tcPr>
          <w:p w14:paraId="6204C4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BF1EC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32.5</w:t>
            </w:r>
          </w:p>
        </w:tc>
        <w:tc>
          <w:tcPr>
            <w:tcW w:w="909" w:type="dxa"/>
            <w:noWrap/>
            <w:hideMark/>
          </w:tcPr>
          <w:p w14:paraId="3B1DDA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34.4</w:t>
            </w:r>
          </w:p>
        </w:tc>
        <w:tc>
          <w:tcPr>
            <w:tcW w:w="751" w:type="dxa"/>
            <w:noWrap/>
            <w:hideMark/>
          </w:tcPr>
          <w:p w14:paraId="03427E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8FF08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B043E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CE5B1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2C7A0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F5DF8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3150A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D731CE5" w14:textId="77777777" w:rsidTr="006750F2">
        <w:trPr>
          <w:trHeight w:val="280"/>
        </w:trPr>
        <w:tc>
          <w:tcPr>
            <w:tcW w:w="919" w:type="dxa"/>
            <w:noWrap/>
            <w:hideMark/>
          </w:tcPr>
          <w:p w14:paraId="38DB6A9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Proteiniphilum</w:t>
            </w:r>
          </w:p>
        </w:tc>
        <w:tc>
          <w:tcPr>
            <w:tcW w:w="852" w:type="dxa"/>
            <w:noWrap/>
            <w:hideMark/>
          </w:tcPr>
          <w:p w14:paraId="549454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5976EC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w:t>
            </w:r>
          </w:p>
        </w:tc>
        <w:tc>
          <w:tcPr>
            <w:tcW w:w="768" w:type="dxa"/>
            <w:noWrap/>
            <w:hideMark/>
          </w:tcPr>
          <w:p w14:paraId="426758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1AF93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w:t>
            </w:r>
          </w:p>
        </w:tc>
        <w:tc>
          <w:tcPr>
            <w:tcW w:w="721" w:type="dxa"/>
            <w:noWrap/>
            <w:hideMark/>
          </w:tcPr>
          <w:p w14:paraId="17C0B3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6A99D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41C7A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39CB4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79.4</w:t>
            </w:r>
          </w:p>
        </w:tc>
        <w:tc>
          <w:tcPr>
            <w:tcW w:w="909" w:type="dxa"/>
            <w:noWrap/>
            <w:hideMark/>
          </w:tcPr>
          <w:p w14:paraId="7DCDC2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79.4</w:t>
            </w:r>
          </w:p>
        </w:tc>
        <w:tc>
          <w:tcPr>
            <w:tcW w:w="751" w:type="dxa"/>
            <w:noWrap/>
            <w:hideMark/>
          </w:tcPr>
          <w:p w14:paraId="59A973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4CD02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7D480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E523E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43302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3FEFB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815F5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1FEC320" w14:textId="77777777" w:rsidTr="006750F2">
        <w:trPr>
          <w:trHeight w:val="280"/>
        </w:trPr>
        <w:tc>
          <w:tcPr>
            <w:tcW w:w="919" w:type="dxa"/>
            <w:noWrap/>
            <w:hideMark/>
          </w:tcPr>
          <w:p w14:paraId="24285FC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Psychroflexus</w:t>
            </w:r>
          </w:p>
        </w:tc>
        <w:tc>
          <w:tcPr>
            <w:tcW w:w="852" w:type="dxa"/>
            <w:noWrap/>
            <w:hideMark/>
          </w:tcPr>
          <w:p w14:paraId="3BEFF0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7EE82F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68" w:type="dxa"/>
            <w:noWrap/>
            <w:hideMark/>
          </w:tcPr>
          <w:p w14:paraId="2C6DD6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CCA02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CCDDB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w:t>
            </w:r>
          </w:p>
        </w:tc>
        <w:tc>
          <w:tcPr>
            <w:tcW w:w="674" w:type="dxa"/>
            <w:noWrap/>
            <w:hideMark/>
          </w:tcPr>
          <w:p w14:paraId="406443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19121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7B61E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0B04A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61802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w:t>
            </w:r>
          </w:p>
        </w:tc>
        <w:tc>
          <w:tcPr>
            <w:tcW w:w="1008" w:type="dxa"/>
            <w:noWrap/>
            <w:hideMark/>
          </w:tcPr>
          <w:p w14:paraId="223796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499775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287F2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46C63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D30AF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FCCE1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3583CB1" w14:textId="77777777" w:rsidTr="006750F2">
        <w:trPr>
          <w:trHeight w:val="280"/>
        </w:trPr>
        <w:tc>
          <w:tcPr>
            <w:tcW w:w="919" w:type="dxa"/>
            <w:noWrap/>
            <w:hideMark/>
          </w:tcPr>
          <w:p w14:paraId="759053B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Psychroserpens</w:t>
            </w:r>
          </w:p>
        </w:tc>
        <w:tc>
          <w:tcPr>
            <w:tcW w:w="852" w:type="dxa"/>
            <w:noWrap/>
            <w:hideMark/>
          </w:tcPr>
          <w:p w14:paraId="3CE7F9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A521C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68" w:type="dxa"/>
            <w:noWrap/>
            <w:hideMark/>
          </w:tcPr>
          <w:p w14:paraId="2B2CF3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680F7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721" w:type="dxa"/>
            <w:noWrap/>
            <w:hideMark/>
          </w:tcPr>
          <w:p w14:paraId="4CB306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674" w:type="dxa"/>
            <w:noWrap/>
            <w:hideMark/>
          </w:tcPr>
          <w:p w14:paraId="0B0C3A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F302B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60DA1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11.5</w:t>
            </w:r>
          </w:p>
        </w:tc>
        <w:tc>
          <w:tcPr>
            <w:tcW w:w="909" w:type="dxa"/>
            <w:noWrap/>
            <w:hideMark/>
          </w:tcPr>
          <w:p w14:paraId="73FB9A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11.5</w:t>
            </w:r>
          </w:p>
        </w:tc>
        <w:tc>
          <w:tcPr>
            <w:tcW w:w="751" w:type="dxa"/>
            <w:noWrap/>
            <w:hideMark/>
          </w:tcPr>
          <w:p w14:paraId="1652D4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1008" w:type="dxa"/>
            <w:noWrap/>
            <w:hideMark/>
          </w:tcPr>
          <w:p w14:paraId="02B96B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E694F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92DB5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9909A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B7E00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BDB9E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5CA8F38" w14:textId="77777777" w:rsidTr="006750F2">
        <w:trPr>
          <w:trHeight w:val="280"/>
        </w:trPr>
        <w:tc>
          <w:tcPr>
            <w:tcW w:w="919" w:type="dxa"/>
            <w:noWrap/>
            <w:hideMark/>
          </w:tcPr>
          <w:p w14:paraId="4B1D2E8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Puia</w:t>
            </w:r>
          </w:p>
        </w:tc>
        <w:tc>
          <w:tcPr>
            <w:tcW w:w="852" w:type="dxa"/>
            <w:noWrap/>
            <w:hideMark/>
          </w:tcPr>
          <w:p w14:paraId="398F2E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44FC05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13713E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39" w:type="dxa"/>
            <w:noWrap/>
            <w:hideMark/>
          </w:tcPr>
          <w:p w14:paraId="7A82BF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721" w:type="dxa"/>
            <w:noWrap/>
            <w:hideMark/>
          </w:tcPr>
          <w:p w14:paraId="05089F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674" w:type="dxa"/>
            <w:noWrap/>
            <w:hideMark/>
          </w:tcPr>
          <w:p w14:paraId="36D59C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BEF45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54F74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43071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51" w:type="dxa"/>
            <w:noWrap/>
            <w:hideMark/>
          </w:tcPr>
          <w:p w14:paraId="418D60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1008" w:type="dxa"/>
            <w:noWrap/>
            <w:hideMark/>
          </w:tcPr>
          <w:p w14:paraId="67BD50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4C6D5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AFD8C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2C07BC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FC40D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F4644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07A88E5" w14:textId="77777777" w:rsidTr="006750F2">
        <w:trPr>
          <w:trHeight w:val="280"/>
        </w:trPr>
        <w:tc>
          <w:tcPr>
            <w:tcW w:w="919" w:type="dxa"/>
            <w:noWrap/>
            <w:hideMark/>
          </w:tcPr>
          <w:p w14:paraId="66E51EE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Pullibacteroides</w:t>
            </w:r>
          </w:p>
        </w:tc>
        <w:tc>
          <w:tcPr>
            <w:tcW w:w="852" w:type="dxa"/>
            <w:noWrap/>
            <w:hideMark/>
          </w:tcPr>
          <w:p w14:paraId="7EDF49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570BF0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001478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C50F8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969A6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51B3D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125E5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5EFDF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E5721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FB408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8BE71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D1517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D2E18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C79B4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140413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B7772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A543806" w14:textId="77777777" w:rsidTr="006750F2">
        <w:trPr>
          <w:trHeight w:val="280"/>
        </w:trPr>
        <w:tc>
          <w:tcPr>
            <w:tcW w:w="919" w:type="dxa"/>
            <w:noWrap/>
            <w:hideMark/>
          </w:tcPr>
          <w:p w14:paraId="67E27BF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RF16</w:t>
            </w:r>
          </w:p>
        </w:tc>
        <w:tc>
          <w:tcPr>
            <w:tcW w:w="852" w:type="dxa"/>
            <w:noWrap/>
            <w:hideMark/>
          </w:tcPr>
          <w:p w14:paraId="76BA13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5B877F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84</w:t>
            </w:r>
          </w:p>
        </w:tc>
        <w:tc>
          <w:tcPr>
            <w:tcW w:w="768" w:type="dxa"/>
            <w:noWrap/>
            <w:hideMark/>
          </w:tcPr>
          <w:p w14:paraId="783FDC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4F652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8C5DE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9E704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EAA80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E01C5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5079D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02AC8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4501B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03A2E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32213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D4412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788B5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2A0B5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B5EDF69" w14:textId="77777777" w:rsidTr="006750F2">
        <w:trPr>
          <w:trHeight w:val="280"/>
        </w:trPr>
        <w:tc>
          <w:tcPr>
            <w:tcW w:w="919" w:type="dxa"/>
            <w:noWrap/>
            <w:hideMark/>
          </w:tcPr>
          <w:p w14:paraId="6BF6177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RUG11257</w:t>
            </w:r>
          </w:p>
        </w:tc>
        <w:tc>
          <w:tcPr>
            <w:tcW w:w="852" w:type="dxa"/>
            <w:noWrap/>
            <w:hideMark/>
          </w:tcPr>
          <w:p w14:paraId="5AF02A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4A9734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25CB4A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2E874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ABA59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A0807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10250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0CE07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909" w:type="dxa"/>
            <w:noWrap/>
            <w:hideMark/>
          </w:tcPr>
          <w:p w14:paraId="3B0019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51" w:type="dxa"/>
            <w:noWrap/>
            <w:hideMark/>
          </w:tcPr>
          <w:p w14:paraId="0DD188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A7D74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9EF60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F45F6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A1028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8EEE0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F2221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EB3746B" w14:textId="77777777" w:rsidTr="006750F2">
        <w:trPr>
          <w:trHeight w:val="280"/>
        </w:trPr>
        <w:tc>
          <w:tcPr>
            <w:tcW w:w="919" w:type="dxa"/>
            <w:noWrap/>
            <w:hideMark/>
          </w:tcPr>
          <w:p w14:paraId="31AD9DD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RUG13583</w:t>
            </w:r>
          </w:p>
        </w:tc>
        <w:tc>
          <w:tcPr>
            <w:tcW w:w="852" w:type="dxa"/>
            <w:noWrap/>
            <w:hideMark/>
          </w:tcPr>
          <w:p w14:paraId="6C8DA4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10F899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2C2A75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3F807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D3777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3DD23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694" w:type="dxa"/>
            <w:noWrap/>
            <w:hideMark/>
          </w:tcPr>
          <w:p w14:paraId="75A2F4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791E3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2D063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51" w:type="dxa"/>
            <w:noWrap/>
            <w:hideMark/>
          </w:tcPr>
          <w:p w14:paraId="0F7AE8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93D41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E11C6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AF596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AA98B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55E76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3E8A2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DC2A92C" w14:textId="77777777" w:rsidTr="006750F2">
        <w:trPr>
          <w:trHeight w:val="280"/>
        </w:trPr>
        <w:tc>
          <w:tcPr>
            <w:tcW w:w="919" w:type="dxa"/>
            <w:noWrap/>
            <w:hideMark/>
          </w:tcPr>
          <w:p w14:paraId="058611C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Riemerella</w:t>
            </w:r>
          </w:p>
        </w:tc>
        <w:tc>
          <w:tcPr>
            <w:tcW w:w="852" w:type="dxa"/>
            <w:noWrap/>
            <w:hideMark/>
          </w:tcPr>
          <w:p w14:paraId="0365B2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F8367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1F29EB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62F85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83081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7EAA6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010DC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1F966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909" w:type="dxa"/>
            <w:noWrap/>
            <w:hideMark/>
          </w:tcPr>
          <w:p w14:paraId="07EFE1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51" w:type="dxa"/>
            <w:noWrap/>
            <w:hideMark/>
          </w:tcPr>
          <w:p w14:paraId="18BA42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C97B0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2554F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DC778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86E3A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7D95B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893EB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3FFC0F1" w14:textId="77777777" w:rsidTr="006750F2">
        <w:trPr>
          <w:trHeight w:val="280"/>
        </w:trPr>
        <w:tc>
          <w:tcPr>
            <w:tcW w:w="919" w:type="dxa"/>
            <w:noWrap/>
            <w:hideMark/>
          </w:tcPr>
          <w:p w14:paraId="6FE0CD3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Rikenella</w:t>
            </w:r>
          </w:p>
        </w:tc>
        <w:tc>
          <w:tcPr>
            <w:tcW w:w="852" w:type="dxa"/>
            <w:noWrap/>
            <w:hideMark/>
          </w:tcPr>
          <w:p w14:paraId="1E2E3E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F2F0D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7B2CEB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553BA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82CB6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663C1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C0203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4593F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EF8CF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A435E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59911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C518C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F7708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49E07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D9925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739EB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AE60BBF" w14:textId="77777777" w:rsidTr="006750F2">
        <w:trPr>
          <w:trHeight w:val="280"/>
        </w:trPr>
        <w:tc>
          <w:tcPr>
            <w:tcW w:w="919" w:type="dxa"/>
            <w:noWrap/>
            <w:hideMark/>
          </w:tcPr>
          <w:p w14:paraId="05999BD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Roseivirga</w:t>
            </w:r>
          </w:p>
        </w:tc>
        <w:tc>
          <w:tcPr>
            <w:tcW w:w="852" w:type="dxa"/>
            <w:noWrap/>
            <w:hideMark/>
          </w:tcPr>
          <w:p w14:paraId="70FB78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7A4E26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232CA6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2E98B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721" w:type="dxa"/>
            <w:noWrap/>
            <w:hideMark/>
          </w:tcPr>
          <w:p w14:paraId="549948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13.6</w:t>
            </w:r>
          </w:p>
        </w:tc>
        <w:tc>
          <w:tcPr>
            <w:tcW w:w="674" w:type="dxa"/>
            <w:noWrap/>
            <w:hideMark/>
          </w:tcPr>
          <w:p w14:paraId="1789B2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888BF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126B7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55251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1FC17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13.6</w:t>
            </w:r>
          </w:p>
        </w:tc>
        <w:tc>
          <w:tcPr>
            <w:tcW w:w="1008" w:type="dxa"/>
            <w:noWrap/>
            <w:hideMark/>
          </w:tcPr>
          <w:p w14:paraId="4F2E75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444D56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5EA30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44E80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2A7A6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4A4A1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34BEA8D" w14:textId="77777777" w:rsidTr="006750F2">
        <w:trPr>
          <w:trHeight w:val="280"/>
        </w:trPr>
        <w:tc>
          <w:tcPr>
            <w:tcW w:w="919" w:type="dxa"/>
            <w:noWrap/>
            <w:hideMark/>
          </w:tcPr>
          <w:p w14:paraId="065D6CC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Rufibacter</w:t>
            </w:r>
          </w:p>
        </w:tc>
        <w:tc>
          <w:tcPr>
            <w:tcW w:w="852" w:type="dxa"/>
            <w:noWrap/>
            <w:hideMark/>
          </w:tcPr>
          <w:p w14:paraId="49224E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442B7B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531FF5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739" w:type="dxa"/>
            <w:noWrap/>
            <w:hideMark/>
          </w:tcPr>
          <w:p w14:paraId="0C2214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27CDE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w:t>
            </w:r>
          </w:p>
        </w:tc>
        <w:tc>
          <w:tcPr>
            <w:tcW w:w="674" w:type="dxa"/>
            <w:noWrap/>
            <w:hideMark/>
          </w:tcPr>
          <w:p w14:paraId="5B5E0E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25696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EE8F9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AC544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751" w:type="dxa"/>
            <w:noWrap/>
            <w:hideMark/>
          </w:tcPr>
          <w:p w14:paraId="1CD876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w:t>
            </w:r>
          </w:p>
        </w:tc>
        <w:tc>
          <w:tcPr>
            <w:tcW w:w="1008" w:type="dxa"/>
            <w:noWrap/>
            <w:hideMark/>
          </w:tcPr>
          <w:p w14:paraId="374E08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79D19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0F619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2C4B00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457CC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749BF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21B66A1" w14:textId="77777777" w:rsidTr="006750F2">
        <w:trPr>
          <w:trHeight w:val="280"/>
        </w:trPr>
        <w:tc>
          <w:tcPr>
            <w:tcW w:w="919" w:type="dxa"/>
            <w:noWrap/>
            <w:hideMark/>
          </w:tcPr>
          <w:p w14:paraId="427209B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Runella</w:t>
            </w:r>
          </w:p>
        </w:tc>
        <w:tc>
          <w:tcPr>
            <w:tcW w:w="852" w:type="dxa"/>
            <w:noWrap/>
            <w:hideMark/>
          </w:tcPr>
          <w:p w14:paraId="2BEBEA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1494F5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31AC9F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39" w:type="dxa"/>
            <w:noWrap/>
            <w:hideMark/>
          </w:tcPr>
          <w:p w14:paraId="466386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31D28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09498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FBB07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529DF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25F35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51" w:type="dxa"/>
            <w:noWrap/>
            <w:hideMark/>
          </w:tcPr>
          <w:p w14:paraId="6998A8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09234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3E27D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2F887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37FD3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9F09F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F2AA5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C7ACF65" w14:textId="77777777" w:rsidTr="006750F2">
        <w:trPr>
          <w:trHeight w:val="280"/>
        </w:trPr>
        <w:tc>
          <w:tcPr>
            <w:tcW w:w="919" w:type="dxa"/>
            <w:noWrap/>
            <w:hideMark/>
          </w:tcPr>
          <w:p w14:paraId="603D0D7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SR-FBR-E99</w:t>
            </w:r>
          </w:p>
        </w:tc>
        <w:tc>
          <w:tcPr>
            <w:tcW w:w="852" w:type="dxa"/>
            <w:noWrap/>
            <w:hideMark/>
          </w:tcPr>
          <w:p w14:paraId="213BA7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88CA5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16ADA3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E5BF3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721" w:type="dxa"/>
            <w:noWrap/>
            <w:hideMark/>
          </w:tcPr>
          <w:p w14:paraId="48A263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8C8E3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DBD63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5B1D1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73.3</w:t>
            </w:r>
          </w:p>
        </w:tc>
        <w:tc>
          <w:tcPr>
            <w:tcW w:w="909" w:type="dxa"/>
            <w:noWrap/>
            <w:hideMark/>
          </w:tcPr>
          <w:p w14:paraId="61B762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73.3</w:t>
            </w:r>
          </w:p>
        </w:tc>
        <w:tc>
          <w:tcPr>
            <w:tcW w:w="751" w:type="dxa"/>
            <w:noWrap/>
            <w:hideMark/>
          </w:tcPr>
          <w:p w14:paraId="534A6E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9862E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BAE3F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6C783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F1033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5B9411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A5D68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E918D10" w14:textId="77777777" w:rsidTr="006750F2">
        <w:trPr>
          <w:trHeight w:val="280"/>
        </w:trPr>
        <w:tc>
          <w:tcPr>
            <w:tcW w:w="919" w:type="dxa"/>
            <w:noWrap/>
            <w:hideMark/>
          </w:tcPr>
          <w:p w14:paraId="1E73345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SXYR01</w:t>
            </w:r>
          </w:p>
        </w:tc>
        <w:tc>
          <w:tcPr>
            <w:tcW w:w="852" w:type="dxa"/>
            <w:noWrap/>
            <w:hideMark/>
          </w:tcPr>
          <w:p w14:paraId="44AB3D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786EBF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4BBB76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w:t>
            </w:r>
          </w:p>
        </w:tc>
        <w:tc>
          <w:tcPr>
            <w:tcW w:w="739" w:type="dxa"/>
            <w:noWrap/>
            <w:hideMark/>
          </w:tcPr>
          <w:p w14:paraId="71B3AC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4E78F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28936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4FF06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6A4AF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6F908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w:t>
            </w:r>
          </w:p>
        </w:tc>
        <w:tc>
          <w:tcPr>
            <w:tcW w:w="751" w:type="dxa"/>
            <w:noWrap/>
            <w:hideMark/>
          </w:tcPr>
          <w:p w14:paraId="7AD7D0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47024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D26B9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1A5DB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2F206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9E8D3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3F379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AA707FC" w14:textId="77777777" w:rsidTr="006750F2">
        <w:trPr>
          <w:trHeight w:val="280"/>
        </w:trPr>
        <w:tc>
          <w:tcPr>
            <w:tcW w:w="919" w:type="dxa"/>
            <w:noWrap/>
            <w:hideMark/>
          </w:tcPr>
          <w:p w14:paraId="30DD9D5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Salegentibacter</w:t>
            </w:r>
          </w:p>
        </w:tc>
        <w:tc>
          <w:tcPr>
            <w:tcW w:w="852" w:type="dxa"/>
            <w:noWrap/>
            <w:hideMark/>
          </w:tcPr>
          <w:p w14:paraId="40EAF1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102E21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68" w:type="dxa"/>
            <w:noWrap/>
            <w:hideMark/>
          </w:tcPr>
          <w:p w14:paraId="54BFFC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26.1</w:t>
            </w:r>
          </w:p>
        </w:tc>
        <w:tc>
          <w:tcPr>
            <w:tcW w:w="739" w:type="dxa"/>
            <w:noWrap/>
            <w:hideMark/>
          </w:tcPr>
          <w:p w14:paraId="64378B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1DE33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8.7</w:t>
            </w:r>
          </w:p>
        </w:tc>
        <w:tc>
          <w:tcPr>
            <w:tcW w:w="674" w:type="dxa"/>
            <w:noWrap/>
            <w:hideMark/>
          </w:tcPr>
          <w:p w14:paraId="045C8F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DEC58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F0F13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w:t>
            </w:r>
          </w:p>
        </w:tc>
        <w:tc>
          <w:tcPr>
            <w:tcW w:w="909" w:type="dxa"/>
            <w:noWrap/>
            <w:hideMark/>
          </w:tcPr>
          <w:p w14:paraId="2064AD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30.4</w:t>
            </w:r>
          </w:p>
        </w:tc>
        <w:tc>
          <w:tcPr>
            <w:tcW w:w="751" w:type="dxa"/>
            <w:noWrap/>
            <w:hideMark/>
          </w:tcPr>
          <w:p w14:paraId="515235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8.7</w:t>
            </w:r>
          </w:p>
        </w:tc>
        <w:tc>
          <w:tcPr>
            <w:tcW w:w="1008" w:type="dxa"/>
            <w:noWrap/>
            <w:hideMark/>
          </w:tcPr>
          <w:p w14:paraId="59DD8A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3203B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69ED6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369CDC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AD021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D96BB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50B8D3D" w14:textId="77777777" w:rsidTr="006750F2">
        <w:trPr>
          <w:trHeight w:val="280"/>
        </w:trPr>
        <w:tc>
          <w:tcPr>
            <w:tcW w:w="919" w:type="dxa"/>
            <w:noWrap/>
            <w:hideMark/>
          </w:tcPr>
          <w:p w14:paraId="74EA4BF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Salinimicrobium</w:t>
            </w:r>
          </w:p>
        </w:tc>
        <w:tc>
          <w:tcPr>
            <w:tcW w:w="852" w:type="dxa"/>
            <w:noWrap/>
            <w:hideMark/>
          </w:tcPr>
          <w:p w14:paraId="5B7192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F0893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770EE1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39" w:type="dxa"/>
            <w:noWrap/>
            <w:hideMark/>
          </w:tcPr>
          <w:p w14:paraId="10EDC3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C6230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74" w:type="dxa"/>
            <w:noWrap/>
            <w:hideMark/>
          </w:tcPr>
          <w:p w14:paraId="2DE130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30812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7AB7E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909" w:type="dxa"/>
            <w:noWrap/>
            <w:hideMark/>
          </w:tcPr>
          <w:p w14:paraId="692E8A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398CBC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1008" w:type="dxa"/>
            <w:noWrap/>
            <w:hideMark/>
          </w:tcPr>
          <w:p w14:paraId="6715B3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68107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EFB47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8FA2E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0E2AF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37044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77B29FBD" w14:textId="77777777" w:rsidTr="006750F2">
        <w:trPr>
          <w:trHeight w:val="280"/>
        </w:trPr>
        <w:tc>
          <w:tcPr>
            <w:tcW w:w="919" w:type="dxa"/>
            <w:noWrap/>
            <w:hideMark/>
          </w:tcPr>
          <w:p w14:paraId="17363C3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Sediminibacterium</w:t>
            </w:r>
          </w:p>
        </w:tc>
        <w:tc>
          <w:tcPr>
            <w:tcW w:w="852" w:type="dxa"/>
            <w:noWrap/>
            <w:hideMark/>
          </w:tcPr>
          <w:p w14:paraId="16B203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4641B0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101</w:t>
            </w:r>
          </w:p>
        </w:tc>
        <w:tc>
          <w:tcPr>
            <w:tcW w:w="768" w:type="dxa"/>
            <w:noWrap/>
            <w:hideMark/>
          </w:tcPr>
          <w:p w14:paraId="61123C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739" w:type="dxa"/>
            <w:noWrap/>
            <w:hideMark/>
          </w:tcPr>
          <w:p w14:paraId="13B319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8E72B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674" w:type="dxa"/>
            <w:noWrap/>
            <w:hideMark/>
          </w:tcPr>
          <w:p w14:paraId="377AF2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2A4F9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DF231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F5918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751" w:type="dxa"/>
            <w:noWrap/>
            <w:hideMark/>
          </w:tcPr>
          <w:p w14:paraId="381F47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1008" w:type="dxa"/>
            <w:noWrap/>
            <w:hideMark/>
          </w:tcPr>
          <w:p w14:paraId="22FDFA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48D86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477D3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3FC04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363D87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194E2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41EE23F" w14:textId="77777777" w:rsidTr="006750F2">
        <w:trPr>
          <w:trHeight w:val="280"/>
        </w:trPr>
        <w:tc>
          <w:tcPr>
            <w:tcW w:w="919" w:type="dxa"/>
            <w:noWrap/>
            <w:hideMark/>
          </w:tcPr>
          <w:p w14:paraId="1AA6FA9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Sodaliphilus</w:t>
            </w:r>
          </w:p>
        </w:tc>
        <w:tc>
          <w:tcPr>
            <w:tcW w:w="852" w:type="dxa"/>
            <w:noWrap/>
            <w:hideMark/>
          </w:tcPr>
          <w:p w14:paraId="12E840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72F030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68" w:type="dxa"/>
            <w:noWrap/>
            <w:hideMark/>
          </w:tcPr>
          <w:p w14:paraId="0370B1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54329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C8C13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4E42F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0FB5B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600C2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31.7</w:t>
            </w:r>
          </w:p>
        </w:tc>
        <w:tc>
          <w:tcPr>
            <w:tcW w:w="909" w:type="dxa"/>
            <w:noWrap/>
            <w:hideMark/>
          </w:tcPr>
          <w:p w14:paraId="562AA5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31.7</w:t>
            </w:r>
          </w:p>
        </w:tc>
        <w:tc>
          <w:tcPr>
            <w:tcW w:w="751" w:type="dxa"/>
            <w:noWrap/>
            <w:hideMark/>
          </w:tcPr>
          <w:p w14:paraId="3D1207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7C4F9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AAD87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E36E9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BBB9C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75F66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1F8E2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1BE12CC" w14:textId="77777777" w:rsidTr="006750F2">
        <w:trPr>
          <w:trHeight w:val="280"/>
        </w:trPr>
        <w:tc>
          <w:tcPr>
            <w:tcW w:w="919" w:type="dxa"/>
            <w:noWrap/>
            <w:hideMark/>
          </w:tcPr>
          <w:p w14:paraId="6FDA5B3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Sphingobacterium</w:t>
            </w:r>
          </w:p>
        </w:tc>
        <w:tc>
          <w:tcPr>
            <w:tcW w:w="852" w:type="dxa"/>
            <w:noWrap/>
            <w:hideMark/>
          </w:tcPr>
          <w:p w14:paraId="26EA0C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7BF4E5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99</w:t>
            </w:r>
          </w:p>
        </w:tc>
        <w:tc>
          <w:tcPr>
            <w:tcW w:w="768" w:type="dxa"/>
            <w:noWrap/>
            <w:hideMark/>
          </w:tcPr>
          <w:p w14:paraId="7D0B75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16.2</w:t>
            </w:r>
          </w:p>
        </w:tc>
        <w:tc>
          <w:tcPr>
            <w:tcW w:w="739" w:type="dxa"/>
            <w:noWrap/>
            <w:hideMark/>
          </w:tcPr>
          <w:p w14:paraId="3BAD8A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BB542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12.1</w:t>
            </w:r>
          </w:p>
        </w:tc>
        <w:tc>
          <w:tcPr>
            <w:tcW w:w="674" w:type="dxa"/>
            <w:noWrap/>
            <w:hideMark/>
          </w:tcPr>
          <w:p w14:paraId="43C849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5B70C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A78EB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BF7CE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16.2</w:t>
            </w:r>
          </w:p>
        </w:tc>
        <w:tc>
          <w:tcPr>
            <w:tcW w:w="751" w:type="dxa"/>
            <w:noWrap/>
            <w:hideMark/>
          </w:tcPr>
          <w:p w14:paraId="4CA9C6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12.1</w:t>
            </w:r>
          </w:p>
        </w:tc>
        <w:tc>
          <w:tcPr>
            <w:tcW w:w="1008" w:type="dxa"/>
            <w:noWrap/>
            <w:hideMark/>
          </w:tcPr>
          <w:p w14:paraId="2821E8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7EBF4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20FED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81267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50721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D9A41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D5877FC" w14:textId="77777777" w:rsidTr="006750F2">
        <w:trPr>
          <w:trHeight w:val="280"/>
        </w:trPr>
        <w:tc>
          <w:tcPr>
            <w:tcW w:w="919" w:type="dxa"/>
            <w:noWrap/>
            <w:hideMark/>
          </w:tcPr>
          <w:p w14:paraId="33E3E0B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Spirosoma</w:t>
            </w:r>
          </w:p>
        </w:tc>
        <w:tc>
          <w:tcPr>
            <w:tcW w:w="852" w:type="dxa"/>
            <w:noWrap/>
            <w:hideMark/>
          </w:tcPr>
          <w:p w14:paraId="4831C1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37DB00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768" w:type="dxa"/>
            <w:noWrap/>
            <w:hideMark/>
          </w:tcPr>
          <w:p w14:paraId="67B337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60.6</w:t>
            </w:r>
          </w:p>
        </w:tc>
        <w:tc>
          <w:tcPr>
            <w:tcW w:w="739" w:type="dxa"/>
            <w:noWrap/>
            <w:hideMark/>
          </w:tcPr>
          <w:p w14:paraId="6176C9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52324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03A11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EB52E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7B671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D2BA9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60.6</w:t>
            </w:r>
          </w:p>
        </w:tc>
        <w:tc>
          <w:tcPr>
            <w:tcW w:w="751" w:type="dxa"/>
            <w:noWrap/>
            <w:hideMark/>
          </w:tcPr>
          <w:p w14:paraId="6F1D6F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75593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90F86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3A9B1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1000EE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EC630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4402F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9AA1CA7" w14:textId="77777777" w:rsidTr="006750F2">
        <w:trPr>
          <w:trHeight w:val="280"/>
        </w:trPr>
        <w:tc>
          <w:tcPr>
            <w:tcW w:w="919" w:type="dxa"/>
            <w:noWrap/>
            <w:hideMark/>
          </w:tcPr>
          <w:p w14:paraId="15FFB59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Sulfidibacterium</w:t>
            </w:r>
          </w:p>
        </w:tc>
        <w:tc>
          <w:tcPr>
            <w:tcW w:w="852" w:type="dxa"/>
            <w:noWrap/>
            <w:hideMark/>
          </w:tcPr>
          <w:p w14:paraId="0DE75B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7FB39C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28816F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89D71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21" w:type="dxa"/>
            <w:noWrap/>
            <w:hideMark/>
          </w:tcPr>
          <w:p w14:paraId="1B10B8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B7252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BCA0E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18FE0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7A428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FAFB1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23CDF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3457E0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A442A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14283C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6A3CC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4EB80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1CD2A75" w14:textId="77777777" w:rsidTr="006750F2">
        <w:trPr>
          <w:trHeight w:val="280"/>
        </w:trPr>
        <w:tc>
          <w:tcPr>
            <w:tcW w:w="919" w:type="dxa"/>
            <w:noWrap/>
            <w:hideMark/>
          </w:tcPr>
          <w:p w14:paraId="1E1A0AB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TMED14</w:t>
            </w:r>
          </w:p>
        </w:tc>
        <w:tc>
          <w:tcPr>
            <w:tcW w:w="852" w:type="dxa"/>
            <w:noWrap/>
            <w:hideMark/>
          </w:tcPr>
          <w:p w14:paraId="6819AC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3BE86B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5E7385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0CCA1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56EBB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41FDD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5771B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576C7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8BE74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D917A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10288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93C68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D8D5E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36F79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694AF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125CA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D4F4B50" w14:textId="77777777" w:rsidTr="006750F2">
        <w:trPr>
          <w:trHeight w:val="280"/>
        </w:trPr>
        <w:tc>
          <w:tcPr>
            <w:tcW w:w="919" w:type="dxa"/>
            <w:noWrap/>
            <w:hideMark/>
          </w:tcPr>
          <w:p w14:paraId="26E2943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Tamlana</w:t>
            </w:r>
          </w:p>
        </w:tc>
        <w:tc>
          <w:tcPr>
            <w:tcW w:w="852" w:type="dxa"/>
            <w:noWrap/>
            <w:hideMark/>
          </w:tcPr>
          <w:p w14:paraId="5D5D91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9A19F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786FD5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39" w:type="dxa"/>
            <w:noWrap/>
            <w:hideMark/>
          </w:tcPr>
          <w:p w14:paraId="756702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58.3</w:t>
            </w:r>
          </w:p>
        </w:tc>
        <w:tc>
          <w:tcPr>
            <w:tcW w:w="721" w:type="dxa"/>
            <w:noWrap/>
            <w:hideMark/>
          </w:tcPr>
          <w:p w14:paraId="0BCC89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674" w:type="dxa"/>
            <w:noWrap/>
            <w:hideMark/>
          </w:tcPr>
          <w:p w14:paraId="40C733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51776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017CB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909" w:type="dxa"/>
            <w:noWrap/>
            <w:hideMark/>
          </w:tcPr>
          <w:p w14:paraId="0BD869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116.7</w:t>
            </w:r>
          </w:p>
        </w:tc>
        <w:tc>
          <w:tcPr>
            <w:tcW w:w="751" w:type="dxa"/>
            <w:noWrap/>
            <w:hideMark/>
          </w:tcPr>
          <w:p w14:paraId="085951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1008" w:type="dxa"/>
            <w:noWrap/>
            <w:hideMark/>
          </w:tcPr>
          <w:p w14:paraId="65AAD3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58AC7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82441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1EA63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80052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F6ABF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4817D41E" w14:textId="77777777" w:rsidTr="006750F2">
        <w:trPr>
          <w:trHeight w:val="280"/>
        </w:trPr>
        <w:tc>
          <w:tcPr>
            <w:tcW w:w="919" w:type="dxa"/>
            <w:noWrap/>
            <w:hideMark/>
          </w:tcPr>
          <w:p w14:paraId="4609279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Tannerella</w:t>
            </w:r>
          </w:p>
        </w:tc>
        <w:tc>
          <w:tcPr>
            <w:tcW w:w="852" w:type="dxa"/>
            <w:noWrap/>
            <w:hideMark/>
          </w:tcPr>
          <w:p w14:paraId="684072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B64E8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393610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A35AC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8228D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0A600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694" w:type="dxa"/>
            <w:noWrap/>
            <w:hideMark/>
          </w:tcPr>
          <w:p w14:paraId="0B64AC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02F4A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31.2</w:t>
            </w:r>
          </w:p>
        </w:tc>
        <w:tc>
          <w:tcPr>
            <w:tcW w:w="909" w:type="dxa"/>
            <w:noWrap/>
            <w:hideMark/>
          </w:tcPr>
          <w:p w14:paraId="215CAE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43.8</w:t>
            </w:r>
          </w:p>
        </w:tc>
        <w:tc>
          <w:tcPr>
            <w:tcW w:w="751" w:type="dxa"/>
            <w:noWrap/>
            <w:hideMark/>
          </w:tcPr>
          <w:p w14:paraId="7BA599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AECA9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433C0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06BFD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9E381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7F08A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1F968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A8F634E" w14:textId="77777777" w:rsidTr="006750F2">
        <w:trPr>
          <w:trHeight w:val="280"/>
        </w:trPr>
        <w:tc>
          <w:tcPr>
            <w:tcW w:w="919" w:type="dxa"/>
            <w:noWrap/>
            <w:hideMark/>
          </w:tcPr>
          <w:p w14:paraId="5531500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Tenacibaculum</w:t>
            </w:r>
          </w:p>
        </w:tc>
        <w:tc>
          <w:tcPr>
            <w:tcW w:w="852" w:type="dxa"/>
            <w:noWrap/>
            <w:hideMark/>
          </w:tcPr>
          <w:p w14:paraId="5FD6E6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524E94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w:t>
            </w:r>
          </w:p>
        </w:tc>
        <w:tc>
          <w:tcPr>
            <w:tcW w:w="768" w:type="dxa"/>
            <w:noWrap/>
            <w:hideMark/>
          </w:tcPr>
          <w:p w14:paraId="2BB170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39" w:type="dxa"/>
            <w:noWrap/>
            <w:hideMark/>
          </w:tcPr>
          <w:p w14:paraId="51420B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40.7</w:t>
            </w:r>
          </w:p>
        </w:tc>
        <w:tc>
          <w:tcPr>
            <w:tcW w:w="721" w:type="dxa"/>
            <w:noWrap/>
            <w:hideMark/>
          </w:tcPr>
          <w:p w14:paraId="6DB72D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24.1</w:t>
            </w:r>
          </w:p>
        </w:tc>
        <w:tc>
          <w:tcPr>
            <w:tcW w:w="674" w:type="dxa"/>
            <w:noWrap/>
            <w:hideMark/>
          </w:tcPr>
          <w:p w14:paraId="27680C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DB247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B5CD5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18.5</w:t>
            </w:r>
          </w:p>
        </w:tc>
        <w:tc>
          <w:tcPr>
            <w:tcW w:w="909" w:type="dxa"/>
            <w:noWrap/>
            <w:hideMark/>
          </w:tcPr>
          <w:p w14:paraId="537876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31.5</w:t>
            </w:r>
          </w:p>
        </w:tc>
        <w:tc>
          <w:tcPr>
            <w:tcW w:w="751" w:type="dxa"/>
            <w:noWrap/>
            <w:hideMark/>
          </w:tcPr>
          <w:p w14:paraId="4F54F0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24.1</w:t>
            </w:r>
          </w:p>
        </w:tc>
        <w:tc>
          <w:tcPr>
            <w:tcW w:w="1008" w:type="dxa"/>
            <w:noWrap/>
            <w:hideMark/>
          </w:tcPr>
          <w:p w14:paraId="089BC9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B7EB9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79C28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CDB95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EF1AB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851F0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692813D" w14:textId="77777777" w:rsidTr="006750F2">
        <w:trPr>
          <w:trHeight w:val="280"/>
        </w:trPr>
        <w:tc>
          <w:tcPr>
            <w:tcW w:w="919" w:type="dxa"/>
            <w:noWrap/>
            <w:hideMark/>
          </w:tcPr>
          <w:p w14:paraId="09E16CB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Terrimonas</w:t>
            </w:r>
          </w:p>
        </w:tc>
        <w:tc>
          <w:tcPr>
            <w:tcW w:w="852" w:type="dxa"/>
            <w:noWrap/>
            <w:hideMark/>
          </w:tcPr>
          <w:p w14:paraId="2814B0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3CBD46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443562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39" w:type="dxa"/>
            <w:noWrap/>
            <w:hideMark/>
          </w:tcPr>
          <w:p w14:paraId="4F0233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2863E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30D4B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01541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A6EEA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C3711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51" w:type="dxa"/>
            <w:noWrap/>
            <w:hideMark/>
          </w:tcPr>
          <w:p w14:paraId="07B520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AA336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27670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4B798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5250CE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11EB6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24F48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FAE5AB6" w14:textId="77777777" w:rsidTr="006750F2">
        <w:trPr>
          <w:trHeight w:val="280"/>
        </w:trPr>
        <w:tc>
          <w:tcPr>
            <w:tcW w:w="919" w:type="dxa"/>
            <w:noWrap/>
            <w:hideMark/>
          </w:tcPr>
          <w:p w14:paraId="3D74A79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Tidjanibacter</w:t>
            </w:r>
          </w:p>
        </w:tc>
        <w:tc>
          <w:tcPr>
            <w:tcW w:w="852" w:type="dxa"/>
            <w:noWrap/>
            <w:hideMark/>
          </w:tcPr>
          <w:p w14:paraId="3F4D09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97089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3D66FF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36359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57E20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2B6B5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65ECB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DA7E3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CC198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A117C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BD763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12292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651C9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AA4EC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3FF02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91AAE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F1CDCD1" w14:textId="77777777" w:rsidTr="006750F2">
        <w:trPr>
          <w:trHeight w:val="280"/>
        </w:trPr>
        <w:tc>
          <w:tcPr>
            <w:tcW w:w="919" w:type="dxa"/>
            <w:noWrap/>
            <w:hideMark/>
          </w:tcPr>
          <w:p w14:paraId="2EDAA7B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UA16</w:t>
            </w:r>
          </w:p>
        </w:tc>
        <w:tc>
          <w:tcPr>
            <w:tcW w:w="852" w:type="dxa"/>
            <w:noWrap/>
            <w:hideMark/>
          </w:tcPr>
          <w:p w14:paraId="15603E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84EFC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79490B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238CE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85AD9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05D21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FEB89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A110A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ABAA9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5F430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40454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51D0D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6AEC1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9408C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C678D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BA6F5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2248C6B" w14:textId="77777777" w:rsidTr="006750F2">
        <w:trPr>
          <w:trHeight w:val="280"/>
        </w:trPr>
        <w:tc>
          <w:tcPr>
            <w:tcW w:w="919" w:type="dxa"/>
            <w:noWrap/>
            <w:hideMark/>
          </w:tcPr>
          <w:p w14:paraId="71501BF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UBA10364</w:t>
            </w:r>
          </w:p>
        </w:tc>
        <w:tc>
          <w:tcPr>
            <w:tcW w:w="852" w:type="dxa"/>
            <w:noWrap/>
            <w:hideMark/>
          </w:tcPr>
          <w:p w14:paraId="294D84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1DE613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1E921D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68382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E2528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29451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F11F5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F16DB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AF663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9615A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6CCF1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F587E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0EF7E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EC23E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7CE5FA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DD5E7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D63096E" w14:textId="77777777" w:rsidTr="006750F2">
        <w:trPr>
          <w:trHeight w:val="280"/>
        </w:trPr>
        <w:tc>
          <w:tcPr>
            <w:tcW w:w="919" w:type="dxa"/>
            <w:noWrap/>
            <w:hideMark/>
          </w:tcPr>
          <w:p w14:paraId="3F2BB8C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UBA10566</w:t>
            </w:r>
          </w:p>
        </w:tc>
        <w:tc>
          <w:tcPr>
            <w:tcW w:w="852" w:type="dxa"/>
            <w:noWrap/>
            <w:hideMark/>
          </w:tcPr>
          <w:p w14:paraId="0B5D08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B08FA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727B65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2E3C5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70E85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3333B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F8AB6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787B3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909" w:type="dxa"/>
            <w:noWrap/>
            <w:hideMark/>
          </w:tcPr>
          <w:p w14:paraId="5BEBE7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751" w:type="dxa"/>
            <w:noWrap/>
            <w:hideMark/>
          </w:tcPr>
          <w:p w14:paraId="0415C4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229C7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7DE0E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CCF64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B5B85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1160A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5962D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61334BBA" w14:textId="77777777" w:rsidTr="006750F2">
        <w:trPr>
          <w:trHeight w:val="280"/>
        </w:trPr>
        <w:tc>
          <w:tcPr>
            <w:tcW w:w="919" w:type="dxa"/>
            <w:noWrap/>
            <w:hideMark/>
          </w:tcPr>
          <w:p w14:paraId="5B6DBB0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UBA1181</w:t>
            </w:r>
          </w:p>
        </w:tc>
        <w:tc>
          <w:tcPr>
            <w:tcW w:w="852" w:type="dxa"/>
            <w:noWrap/>
            <w:hideMark/>
          </w:tcPr>
          <w:p w14:paraId="1BAC84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44682D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6BAD8A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BAE3B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63E0A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5157B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53.3</w:t>
            </w:r>
          </w:p>
        </w:tc>
        <w:tc>
          <w:tcPr>
            <w:tcW w:w="694" w:type="dxa"/>
            <w:noWrap/>
            <w:hideMark/>
          </w:tcPr>
          <w:p w14:paraId="542C0B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8D3CB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03DBB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53.3</w:t>
            </w:r>
          </w:p>
        </w:tc>
        <w:tc>
          <w:tcPr>
            <w:tcW w:w="751" w:type="dxa"/>
            <w:noWrap/>
            <w:hideMark/>
          </w:tcPr>
          <w:p w14:paraId="4B55DD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8326D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18DAD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33BD5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96C0F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1AB10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A95D5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3457446" w14:textId="77777777" w:rsidTr="006750F2">
        <w:trPr>
          <w:trHeight w:val="280"/>
        </w:trPr>
        <w:tc>
          <w:tcPr>
            <w:tcW w:w="919" w:type="dxa"/>
            <w:noWrap/>
            <w:hideMark/>
          </w:tcPr>
          <w:p w14:paraId="07ECFE6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UBA12077</w:t>
            </w:r>
          </w:p>
        </w:tc>
        <w:tc>
          <w:tcPr>
            <w:tcW w:w="852" w:type="dxa"/>
            <w:noWrap/>
            <w:hideMark/>
          </w:tcPr>
          <w:p w14:paraId="29E89B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5BA133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52442D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CA0A8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A7DF2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CD5A6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B6EFE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C3466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87.5</w:t>
            </w:r>
          </w:p>
        </w:tc>
        <w:tc>
          <w:tcPr>
            <w:tcW w:w="909" w:type="dxa"/>
            <w:noWrap/>
            <w:hideMark/>
          </w:tcPr>
          <w:p w14:paraId="5144DD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87.5</w:t>
            </w:r>
          </w:p>
        </w:tc>
        <w:tc>
          <w:tcPr>
            <w:tcW w:w="751" w:type="dxa"/>
            <w:noWrap/>
            <w:hideMark/>
          </w:tcPr>
          <w:p w14:paraId="5A04A9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FE35E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0BCD4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7350E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97C4C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07D9E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E440A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16AA11CF" w14:textId="77777777" w:rsidTr="006750F2">
        <w:trPr>
          <w:trHeight w:val="280"/>
        </w:trPr>
        <w:tc>
          <w:tcPr>
            <w:tcW w:w="919" w:type="dxa"/>
            <w:noWrap/>
            <w:hideMark/>
          </w:tcPr>
          <w:p w14:paraId="1A8A649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UBA1711</w:t>
            </w:r>
          </w:p>
        </w:tc>
        <w:tc>
          <w:tcPr>
            <w:tcW w:w="852" w:type="dxa"/>
            <w:noWrap/>
            <w:hideMark/>
          </w:tcPr>
          <w:p w14:paraId="4A40DE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35B509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w:t>
            </w:r>
          </w:p>
        </w:tc>
        <w:tc>
          <w:tcPr>
            <w:tcW w:w="768" w:type="dxa"/>
            <w:noWrap/>
            <w:hideMark/>
          </w:tcPr>
          <w:p w14:paraId="7D2E16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C2DC8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377BD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3AFD9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C346F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2A2AF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909" w:type="dxa"/>
            <w:noWrap/>
            <w:hideMark/>
          </w:tcPr>
          <w:p w14:paraId="163700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51" w:type="dxa"/>
            <w:noWrap/>
            <w:hideMark/>
          </w:tcPr>
          <w:p w14:paraId="5712AE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2BCAD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B4D7B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69283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DDDA9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BBE1B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7294E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C4CDD9B" w14:textId="77777777" w:rsidTr="006750F2">
        <w:trPr>
          <w:trHeight w:val="280"/>
        </w:trPr>
        <w:tc>
          <w:tcPr>
            <w:tcW w:w="919" w:type="dxa"/>
            <w:noWrap/>
            <w:hideMark/>
          </w:tcPr>
          <w:p w14:paraId="157A01C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UBA2336</w:t>
            </w:r>
          </w:p>
        </w:tc>
        <w:tc>
          <w:tcPr>
            <w:tcW w:w="852" w:type="dxa"/>
            <w:noWrap/>
            <w:hideMark/>
          </w:tcPr>
          <w:p w14:paraId="04A2DF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7752B7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3B5E5C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DFCE7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26.7</w:t>
            </w:r>
          </w:p>
        </w:tc>
        <w:tc>
          <w:tcPr>
            <w:tcW w:w="721" w:type="dxa"/>
            <w:noWrap/>
            <w:hideMark/>
          </w:tcPr>
          <w:p w14:paraId="5A4583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7E3E9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D9305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C58A3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F8FFB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1A9D7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BB397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33C14C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9A591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7FCCEE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3E51F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802BE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4575868" w14:textId="77777777" w:rsidTr="006750F2">
        <w:trPr>
          <w:trHeight w:val="280"/>
        </w:trPr>
        <w:tc>
          <w:tcPr>
            <w:tcW w:w="919" w:type="dxa"/>
            <w:noWrap/>
            <w:hideMark/>
          </w:tcPr>
          <w:p w14:paraId="0BDE608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UBA2475</w:t>
            </w:r>
          </w:p>
        </w:tc>
        <w:tc>
          <w:tcPr>
            <w:tcW w:w="852" w:type="dxa"/>
            <w:noWrap/>
            <w:hideMark/>
          </w:tcPr>
          <w:p w14:paraId="6D29A6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71EB5A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768" w:type="dxa"/>
            <w:noWrap/>
            <w:hideMark/>
          </w:tcPr>
          <w:p w14:paraId="6D06D6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A6440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w:t>
            </w:r>
          </w:p>
        </w:tc>
        <w:tc>
          <w:tcPr>
            <w:tcW w:w="721" w:type="dxa"/>
            <w:noWrap/>
            <w:hideMark/>
          </w:tcPr>
          <w:p w14:paraId="32FD8F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674" w:type="dxa"/>
            <w:noWrap/>
            <w:hideMark/>
          </w:tcPr>
          <w:p w14:paraId="447EB2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B8259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2BF7B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6F5EC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37393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1008" w:type="dxa"/>
            <w:noWrap/>
            <w:hideMark/>
          </w:tcPr>
          <w:p w14:paraId="03F27F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091D6A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889F0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EECBF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B8B4B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9E013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B57C70A" w14:textId="77777777" w:rsidTr="006750F2">
        <w:trPr>
          <w:trHeight w:val="280"/>
        </w:trPr>
        <w:tc>
          <w:tcPr>
            <w:tcW w:w="919" w:type="dxa"/>
            <w:noWrap/>
            <w:hideMark/>
          </w:tcPr>
          <w:p w14:paraId="45E74CA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UBA3263</w:t>
            </w:r>
          </w:p>
        </w:tc>
        <w:tc>
          <w:tcPr>
            <w:tcW w:w="852" w:type="dxa"/>
            <w:noWrap/>
            <w:hideMark/>
          </w:tcPr>
          <w:p w14:paraId="55743E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7A163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3562B0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62203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1F390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80A1F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75A92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8A507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E1522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BD2F4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6EDCE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C1A6C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CBA18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A4B8F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FDBF5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45491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D54B076" w14:textId="77777777" w:rsidTr="006750F2">
        <w:trPr>
          <w:trHeight w:val="280"/>
        </w:trPr>
        <w:tc>
          <w:tcPr>
            <w:tcW w:w="919" w:type="dxa"/>
            <w:noWrap/>
            <w:hideMark/>
          </w:tcPr>
          <w:p w14:paraId="117B92B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UBA3824</w:t>
            </w:r>
          </w:p>
        </w:tc>
        <w:tc>
          <w:tcPr>
            <w:tcW w:w="852" w:type="dxa"/>
            <w:noWrap/>
            <w:hideMark/>
          </w:tcPr>
          <w:p w14:paraId="4CB846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546CFC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742AB9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62AE2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62E24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33543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57.1</w:t>
            </w:r>
          </w:p>
        </w:tc>
        <w:tc>
          <w:tcPr>
            <w:tcW w:w="694" w:type="dxa"/>
            <w:noWrap/>
            <w:hideMark/>
          </w:tcPr>
          <w:p w14:paraId="6D5FBF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D3C2E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8DDDD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57.1</w:t>
            </w:r>
          </w:p>
        </w:tc>
        <w:tc>
          <w:tcPr>
            <w:tcW w:w="751" w:type="dxa"/>
            <w:noWrap/>
            <w:hideMark/>
          </w:tcPr>
          <w:p w14:paraId="5293BA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872FB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E38AE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F8C91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EA418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8555B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DB67F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0ADDC2B" w14:textId="77777777" w:rsidTr="006750F2">
        <w:trPr>
          <w:trHeight w:val="280"/>
        </w:trPr>
        <w:tc>
          <w:tcPr>
            <w:tcW w:w="919" w:type="dxa"/>
            <w:noWrap/>
            <w:hideMark/>
          </w:tcPr>
          <w:p w14:paraId="05024A8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UBA4334</w:t>
            </w:r>
          </w:p>
        </w:tc>
        <w:tc>
          <w:tcPr>
            <w:tcW w:w="852" w:type="dxa"/>
            <w:noWrap/>
            <w:hideMark/>
          </w:tcPr>
          <w:p w14:paraId="43F2D9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567F27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w:t>
            </w:r>
          </w:p>
        </w:tc>
        <w:tc>
          <w:tcPr>
            <w:tcW w:w="768" w:type="dxa"/>
            <w:noWrap/>
            <w:hideMark/>
          </w:tcPr>
          <w:p w14:paraId="671502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C0372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B3FA2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33E82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694" w:type="dxa"/>
            <w:noWrap/>
            <w:hideMark/>
          </w:tcPr>
          <w:p w14:paraId="402BD6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CD572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909" w:type="dxa"/>
            <w:noWrap/>
            <w:hideMark/>
          </w:tcPr>
          <w:p w14:paraId="53A1B8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7.4</w:t>
            </w:r>
          </w:p>
        </w:tc>
        <w:tc>
          <w:tcPr>
            <w:tcW w:w="751" w:type="dxa"/>
            <w:noWrap/>
            <w:hideMark/>
          </w:tcPr>
          <w:p w14:paraId="7E2470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6FA78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1F9B4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39921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4B03B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7EC85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7D8BB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84B1D62" w14:textId="77777777" w:rsidTr="006750F2">
        <w:trPr>
          <w:trHeight w:val="280"/>
        </w:trPr>
        <w:tc>
          <w:tcPr>
            <w:tcW w:w="919" w:type="dxa"/>
            <w:noWrap/>
            <w:hideMark/>
          </w:tcPr>
          <w:p w14:paraId="68E4477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UBA4372</w:t>
            </w:r>
          </w:p>
        </w:tc>
        <w:tc>
          <w:tcPr>
            <w:tcW w:w="852" w:type="dxa"/>
            <w:noWrap/>
            <w:hideMark/>
          </w:tcPr>
          <w:p w14:paraId="18979F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BDCBB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768" w:type="dxa"/>
            <w:noWrap/>
            <w:hideMark/>
          </w:tcPr>
          <w:p w14:paraId="2E038C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92A18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F0DE3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2D2F3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1E0B1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40B4E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909" w:type="dxa"/>
            <w:noWrap/>
            <w:hideMark/>
          </w:tcPr>
          <w:p w14:paraId="20CA67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51" w:type="dxa"/>
            <w:noWrap/>
            <w:hideMark/>
          </w:tcPr>
          <w:p w14:paraId="0FDF73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A60B3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ACB6A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8D33E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B23CD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7A172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7A1E1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6BE82FC" w14:textId="77777777" w:rsidTr="006750F2">
        <w:trPr>
          <w:trHeight w:val="280"/>
        </w:trPr>
        <w:tc>
          <w:tcPr>
            <w:tcW w:w="919" w:type="dxa"/>
            <w:noWrap/>
            <w:hideMark/>
          </w:tcPr>
          <w:p w14:paraId="64B2F6D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UBA4416</w:t>
            </w:r>
          </w:p>
        </w:tc>
        <w:tc>
          <w:tcPr>
            <w:tcW w:w="852" w:type="dxa"/>
            <w:noWrap/>
            <w:hideMark/>
          </w:tcPr>
          <w:p w14:paraId="40B57A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D223C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758495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A5C3C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F7CD6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18.8</w:t>
            </w:r>
          </w:p>
        </w:tc>
        <w:tc>
          <w:tcPr>
            <w:tcW w:w="674" w:type="dxa"/>
            <w:noWrap/>
            <w:hideMark/>
          </w:tcPr>
          <w:p w14:paraId="332F4C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89245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E8A19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313A6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3E646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18.8</w:t>
            </w:r>
          </w:p>
        </w:tc>
        <w:tc>
          <w:tcPr>
            <w:tcW w:w="1008" w:type="dxa"/>
            <w:noWrap/>
            <w:hideMark/>
          </w:tcPr>
          <w:p w14:paraId="441FEF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18231F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66F6C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BAB90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FDC62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4C438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EA9EB09" w14:textId="77777777" w:rsidTr="006750F2">
        <w:trPr>
          <w:trHeight w:val="280"/>
        </w:trPr>
        <w:tc>
          <w:tcPr>
            <w:tcW w:w="919" w:type="dxa"/>
            <w:noWrap/>
            <w:hideMark/>
          </w:tcPr>
          <w:p w14:paraId="15B3E45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UBA4417</w:t>
            </w:r>
          </w:p>
        </w:tc>
        <w:tc>
          <w:tcPr>
            <w:tcW w:w="852" w:type="dxa"/>
            <w:noWrap/>
            <w:hideMark/>
          </w:tcPr>
          <w:p w14:paraId="314C0C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4D7F4F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2820FB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46186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C6C46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674" w:type="dxa"/>
            <w:noWrap/>
            <w:hideMark/>
          </w:tcPr>
          <w:p w14:paraId="60D85B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74041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718CC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909" w:type="dxa"/>
            <w:noWrap/>
            <w:hideMark/>
          </w:tcPr>
          <w:p w14:paraId="7D684A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51" w:type="dxa"/>
            <w:noWrap/>
            <w:hideMark/>
          </w:tcPr>
          <w:p w14:paraId="24ED61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1008" w:type="dxa"/>
            <w:noWrap/>
            <w:hideMark/>
          </w:tcPr>
          <w:p w14:paraId="41D200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061C5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1EDA4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4DF1F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ED2F3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DC236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354BCDC" w14:textId="77777777" w:rsidTr="006750F2">
        <w:trPr>
          <w:trHeight w:val="280"/>
        </w:trPr>
        <w:tc>
          <w:tcPr>
            <w:tcW w:w="919" w:type="dxa"/>
            <w:noWrap/>
            <w:hideMark/>
          </w:tcPr>
          <w:p w14:paraId="77AA819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UBA4466</w:t>
            </w:r>
          </w:p>
        </w:tc>
        <w:tc>
          <w:tcPr>
            <w:tcW w:w="852" w:type="dxa"/>
            <w:noWrap/>
            <w:hideMark/>
          </w:tcPr>
          <w:p w14:paraId="633BAA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0300F1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562CC9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F329A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w:t>
            </w:r>
          </w:p>
        </w:tc>
        <w:tc>
          <w:tcPr>
            <w:tcW w:w="721" w:type="dxa"/>
            <w:noWrap/>
            <w:hideMark/>
          </w:tcPr>
          <w:p w14:paraId="235100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w:t>
            </w:r>
          </w:p>
        </w:tc>
        <w:tc>
          <w:tcPr>
            <w:tcW w:w="674" w:type="dxa"/>
            <w:noWrap/>
            <w:hideMark/>
          </w:tcPr>
          <w:p w14:paraId="759D12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5C9B4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62C7B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37D13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06BC0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w:t>
            </w:r>
          </w:p>
        </w:tc>
        <w:tc>
          <w:tcPr>
            <w:tcW w:w="1008" w:type="dxa"/>
            <w:noWrap/>
            <w:hideMark/>
          </w:tcPr>
          <w:p w14:paraId="20CDBC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0FB8AF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B34F1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930C7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F5B42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B0755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9026D00" w14:textId="77777777" w:rsidTr="006750F2">
        <w:trPr>
          <w:trHeight w:val="280"/>
        </w:trPr>
        <w:tc>
          <w:tcPr>
            <w:tcW w:w="919" w:type="dxa"/>
            <w:noWrap/>
            <w:hideMark/>
          </w:tcPr>
          <w:p w14:paraId="14DE384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UBA6024</w:t>
            </w:r>
          </w:p>
        </w:tc>
        <w:tc>
          <w:tcPr>
            <w:tcW w:w="852" w:type="dxa"/>
            <w:noWrap/>
            <w:hideMark/>
          </w:tcPr>
          <w:p w14:paraId="2C2225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35112F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6F4A7A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39" w:type="dxa"/>
            <w:noWrap/>
            <w:hideMark/>
          </w:tcPr>
          <w:p w14:paraId="173A30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721" w:type="dxa"/>
            <w:noWrap/>
            <w:hideMark/>
          </w:tcPr>
          <w:p w14:paraId="2E6C12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674" w:type="dxa"/>
            <w:noWrap/>
            <w:hideMark/>
          </w:tcPr>
          <w:p w14:paraId="031F19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694" w:type="dxa"/>
            <w:noWrap/>
            <w:hideMark/>
          </w:tcPr>
          <w:p w14:paraId="5B267E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EC115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w:t>
            </w:r>
          </w:p>
        </w:tc>
        <w:tc>
          <w:tcPr>
            <w:tcW w:w="909" w:type="dxa"/>
            <w:noWrap/>
            <w:hideMark/>
          </w:tcPr>
          <w:p w14:paraId="006F10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135</w:t>
            </w:r>
          </w:p>
        </w:tc>
        <w:tc>
          <w:tcPr>
            <w:tcW w:w="751" w:type="dxa"/>
            <w:noWrap/>
            <w:hideMark/>
          </w:tcPr>
          <w:p w14:paraId="3FE177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1008" w:type="dxa"/>
            <w:noWrap/>
            <w:hideMark/>
          </w:tcPr>
          <w:p w14:paraId="47BAF1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9C962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DD7CF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B2D7A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AC588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70B56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4C6DBB9F" w14:textId="77777777" w:rsidTr="006750F2">
        <w:trPr>
          <w:trHeight w:val="280"/>
        </w:trPr>
        <w:tc>
          <w:tcPr>
            <w:tcW w:w="919" w:type="dxa"/>
            <w:noWrap/>
            <w:hideMark/>
          </w:tcPr>
          <w:p w14:paraId="7D1C868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UBA6168</w:t>
            </w:r>
          </w:p>
        </w:tc>
        <w:tc>
          <w:tcPr>
            <w:tcW w:w="852" w:type="dxa"/>
            <w:noWrap/>
            <w:hideMark/>
          </w:tcPr>
          <w:p w14:paraId="4A6271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3DB33C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2011B7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2A63D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46.2</w:t>
            </w:r>
          </w:p>
        </w:tc>
        <w:tc>
          <w:tcPr>
            <w:tcW w:w="721" w:type="dxa"/>
            <w:noWrap/>
            <w:hideMark/>
          </w:tcPr>
          <w:p w14:paraId="1E8536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78E2F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4B6DB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6183A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A8DCD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D15D0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8EA08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454EDF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DE203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2AD2D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8C8A5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476CB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6E0B156" w14:textId="77777777" w:rsidTr="006750F2">
        <w:trPr>
          <w:trHeight w:val="280"/>
        </w:trPr>
        <w:tc>
          <w:tcPr>
            <w:tcW w:w="919" w:type="dxa"/>
            <w:noWrap/>
            <w:hideMark/>
          </w:tcPr>
          <w:p w14:paraId="28C3931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UBA6382</w:t>
            </w:r>
          </w:p>
        </w:tc>
        <w:tc>
          <w:tcPr>
            <w:tcW w:w="852" w:type="dxa"/>
            <w:noWrap/>
            <w:hideMark/>
          </w:tcPr>
          <w:p w14:paraId="71EE82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65FFAB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1C69D1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28406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DF2AA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179C0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6CA71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F72B6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EDA4B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79AE6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C78F7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7CB88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63F7A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C3FD4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7B931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6AA1B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62B4E68" w14:textId="77777777" w:rsidTr="006750F2">
        <w:trPr>
          <w:trHeight w:val="280"/>
        </w:trPr>
        <w:tc>
          <w:tcPr>
            <w:tcW w:w="919" w:type="dxa"/>
            <w:noWrap/>
            <w:hideMark/>
          </w:tcPr>
          <w:p w14:paraId="050007F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UBA7173</w:t>
            </w:r>
          </w:p>
        </w:tc>
        <w:tc>
          <w:tcPr>
            <w:tcW w:w="852" w:type="dxa"/>
            <w:noWrap/>
            <w:hideMark/>
          </w:tcPr>
          <w:p w14:paraId="6D3F1C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294563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68" w:type="dxa"/>
            <w:noWrap/>
            <w:hideMark/>
          </w:tcPr>
          <w:p w14:paraId="660410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4F64E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829CE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6F560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E7769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61CF4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FD11B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4234D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95588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15AC5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25E06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C3938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A2C06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5F07E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B845FF0" w14:textId="77777777" w:rsidTr="006750F2">
        <w:trPr>
          <w:trHeight w:val="280"/>
        </w:trPr>
        <w:tc>
          <w:tcPr>
            <w:tcW w:w="919" w:type="dxa"/>
            <w:noWrap/>
            <w:hideMark/>
          </w:tcPr>
          <w:p w14:paraId="266BC93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UBA952</w:t>
            </w:r>
          </w:p>
        </w:tc>
        <w:tc>
          <w:tcPr>
            <w:tcW w:w="852" w:type="dxa"/>
            <w:noWrap/>
            <w:hideMark/>
          </w:tcPr>
          <w:p w14:paraId="101330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4B2DF4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w:t>
            </w:r>
          </w:p>
        </w:tc>
        <w:tc>
          <w:tcPr>
            <w:tcW w:w="768" w:type="dxa"/>
            <w:noWrap/>
            <w:hideMark/>
          </w:tcPr>
          <w:p w14:paraId="3D0859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45C00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21" w:type="dxa"/>
            <w:noWrap/>
            <w:hideMark/>
          </w:tcPr>
          <w:p w14:paraId="588138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0698C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C33E0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D424B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35F92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475F6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C787F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35C278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0A400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EC02A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D3671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CAF48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904B6BD" w14:textId="77777777" w:rsidTr="006750F2">
        <w:trPr>
          <w:trHeight w:val="280"/>
        </w:trPr>
        <w:tc>
          <w:tcPr>
            <w:tcW w:w="919" w:type="dxa"/>
            <w:noWrap/>
            <w:hideMark/>
          </w:tcPr>
          <w:p w14:paraId="2061742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Vicinibacter</w:t>
            </w:r>
          </w:p>
        </w:tc>
        <w:tc>
          <w:tcPr>
            <w:tcW w:w="852" w:type="dxa"/>
            <w:noWrap/>
            <w:hideMark/>
          </w:tcPr>
          <w:p w14:paraId="55B28A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3D8124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1E60BE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081A2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21" w:type="dxa"/>
            <w:noWrap/>
            <w:hideMark/>
          </w:tcPr>
          <w:p w14:paraId="084C02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13.6</w:t>
            </w:r>
          </w:p>
        </w:tc>
        <w:tc>
          <w:tcPr>
            <w:tcW w:w="674" w:type="dxa"/>
            <w:noWrap/>
            <w:hideMark/>
          </w:tcPr>
          <w:p w14:paraId="6702EF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69F0E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EFBD8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EA51A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EEADA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13.6</w:t>
            </w:r>
          </w:p>
        </w:tc>
        <w:tc>
          <w:tcPr>
            <w:tcW w:w="1008" w:type="dxa"/>
            <w:noWrap/>
            <w:hideMark/>
          </w:tcPr>
          <w:p w14:paraId="62C9DD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754B7A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BAF92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4981DE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63DD0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C703D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7DEBDC9" w14:textId="77777777" w:rsidTr="006750F2">
        <w:trPr>
          <w:trHeight w:val="280"/>
        </w:trPr>
        <w:tc>
          <w:tcPr>
            <w:tcW w:w="919" w:type="dxa"/>
            <w:noWrap/>
            <w:hideMark/>
          </w:tcPr>
          <w:p w14:paraId="24E3645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W3P20-009</w:t>
            </w:r>
          </w:p>
        </w:tc>
        <w:tc>
          <w:tcPr>
            <w:tcW w:w="852" w:type="dxa"/>
            <w:noWrap/>
            <w:hideMark/>
          </w:tcPr>
          <w:p w14:paraId="428D95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4CAF3F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7A29C6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F9FDF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34E18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60444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694" w:type="dxa"/>
            <w:noWrap/>
            <w:hideMark/>
          </w:tcPr>
          <w:p w14:paraId="6CB2D4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38A4F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C0C45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751" w:type="dxa"/>
            <w:noWrap/>
            <w:hideMark/>
          </w:tcPr>
          <w:p w14:paraId="4DC74C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1CCEE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DDF23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45AB3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69FE7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F9153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5401E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02EE091" w14:textId="77777777" w:rsidTr="006750F2">
        <w:trPr>
          <w:trHeight w:val="280"/>
        </w:trPr>
        <w:tc>
          <w:tcPr>
            <w:tcW w:w="919" w:type="dxa"/>
            <w:noWrap/>
            <w:hideMark/>
          </w:tcPr>
          <w:p w14:paraId="7723A52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Winogradskyella</w:t>
            </w:r>
          </w:p>
        </w:tc>
        <w:tc>
          <w:tcPr>
            <w:tcW w:w="852" w:type="dxa"/>
            <w:noWrap/>
            <w:hideMark/>
          </w:tcPr>
          <w:p w14:paraId="2D83C0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328C41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768" w:type="dxa"/>
            <w:noWrap/>
            <w:hideMark/>
          </w:tcPr>
          <w:p w14:paraId="49CACD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739" w:type="dxa"/>
            <w:noWrap/>
            <w:hideMark/>
          </w:tcPr>
          <w:p w14:paraId="043CCF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21" w:type="dxa"/>
            <w:noWrap/>
            <w:hideMark/>
          </w:tcPr>
          <w:p w14:paraId="2BEA7D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10.4</w:t>
            </w:r>
          </w:p>
        </w:tc>
        <w:tc>
          <w:tcPr>
            <w:tcW w:w="674" w:type="dxa"/>
            <w:noWrap/>
            <w:hideMark/>
          </w:tcPr>
          <w:p w14:paraId="5DEF4C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04D96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BA22F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909" w:type="dxa"/>
            <w:noWrap/>
            <w:hideMark/>
          </w:tcPr>
          <w:p w14:paraId="17F97B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10.4</w:t>
            </w:r>
          </w:p>
        </w:tc>
        <w:tc>
          <w:tcPr>
            <w:tcW w:w="751" w:type="dxa"/>
            <w:noWrap/>
            <w:hideMark/>
          </w:tcPr>
          <w:p w14:paraId="591199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10.4</w:t>
            </w:r>
          </w:p>
        </w:tc>
        <w:tc>
          <w:tcPr>
            <w:tcW w:w="1008" w:type="dxa"/>
            <w:noWrap/>
            <w:hideMark/>
          </w:tcPr>
          <w:p w14:paraId="134B5F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D8A98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8FF5B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7678E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AE12E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BB23F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523EE3D" w14:textId="77777777" w:rsidTr="006750F2">
        <w:trPr>
          <w:trHeight w:val="280"/>
        </w:trPr>
        <w:tc>
          <w:tcPr>
            <w:tcW w:w="919" w:type="dxa"/>
            <w:noWrap/>
            <w:hideMark/>
          </w:tcPr>
          <w:p w14:paraId="1169E32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Zobellia</w:t>
            </w:r>
          </w:p>
        </w:tc>
        <w:tc>
          <w:tcPr>
            <w:tcW w:w="852" w:type="dxa"/>
            <w:noWrap/>
            <w:hideMark/>
          </w:tcPr>
          <w:p w14:paraId="263B5B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Bacteroidia</w:t>
            </w:r>
          </w:p>
        </w:tc>
        <w:tc>
          <w:tcPr>
            <w:tcW w:w="513" w:type="dxa"/>
            <w:noWrap/>
            <w:hideMark/>
          </w:tcPr>
          <w:p w14:paraId="4E3705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2FE973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39" w:type="dxa"/>
            <w:noWrap/>
            <w:hideMark/>
          </w:tcPr>
          <w:p w14:paraId="29F2DC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21" w:type="dxa"/>
            <w:noWrap/>
            <w:hideMark/>
          </w:tcPr>
          <w:p w14:paraId="650FA0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39D05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9E142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1B0AA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909" w:type="dxa"/>
            <w:noWrap/>
            <w:hideMark/>
          </w:tcPr>
          <w:p w14:paraId="6183CA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751" w:type="dxa"/>
            <w:noWrap/>
            <w:hideMark/>
          </w:tcPr>
          <w:p w14:paraId="180937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4A504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9B6DC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7230B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68C41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DC75D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458FE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4678C397" w14:textId="77777777" w:rsidTr="006750F2">
        <w:trPr>
          <w:trHeight w:val="280"/>
        </w:trPr>
        <w:tc>
          <w:tcPr>
            <w:tcW w:w="919" w:type="dxa"/>
            <w:noWrap/>
            <w:hideMark/>
          </w:tcPr>
          <w:p w14:paraId="6E775E9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Bdellovibrio</w:t>
            </w:r>
          </w:p>
        </w:tc>
        <w:tc>
          <w:tcPr>
            <w:tcW w:w="852" w:type="dxa"/>
            <w:noWrap/>
            <w:hideMark/>
          </w:tcPr>
          <w:p w14:paraId="7473DA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Bdellovibrionia</w:t>
            </w:r>
          </w:p>
        </w:tc>
        <w:tc>
          <w:tcPr>
            <w:tcW w:w="513" w:type="dxa"/>
            <w:noWrap/>
            <w:hideMark/>
          </w:tcPr>
          <w:p w14:paraId="1B9854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3DE0E5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7D847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21" w:type="dxa"/>
            <w:noWrap/>
            <w:hideMark/>
          </w:tcPr>
          <w:p w14:paraId="3F2A03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68.2</w:t>
            </w:r>
          </w:p>
        </w:tc>
        <w:tc>
          <w:tcPr>
            <w:tcW w:w="674" w:type="dxa"/>
            <w:noWrap/>
            <w:hideMark/>
          </w:tcPr>
          <w:p w14:paraId="49DB00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1A938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3EEAB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909" w:type="dxa"/>
            <w:noWrap/>
            <w:hideMark/>
          </w:tcPr>
          <w:p w14:paraId="762499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751" w:type="dxa"/>
            <w:noWrap/>
            <w:hideMark/>
          </w:tcPr>
          <w:p w14:paraId="7513D3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68.2</w:t>
            </w:r>
          </w:p>
        </w:tc>
        <w:tc>
          <w:tcPr>
            <w:tcW w:w="1008" w:type="dxa"/>
            <w:noWrap/>
            <w:hideMark/>
          </w:tcPr>
          <w:p w14:paraId="149BD1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8BB76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AB1D9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3DF56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A075E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7BB45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042040A" w14:textId="77777777" w:rsidTr="006750F2">
        <w:trPr>
          <w:trHeight w:val="280"/>
        </w:trPr>
        <w:tc>
          <w:tcPr>
            <w:tcW w:w="919" w:type="dxa"/>
            <w:noWrap/>
            <w:hideMark/>
          </w:tcPr>
          <w:p w14:paraId="21F4590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Pseudobdellovibrio</w:t>
            </w:r>
          </w:p>
        </w:tc>
        <w:tc>
          <w:tcPr>
            <w:tcW w:w="852" w:type="dxa"/>
            <w:noWrap/>
            <w:hideMark/>
          </w:tcPr>
          <w:p w14:paraId="36089E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Bdellovibrionia</w:t>
            </w:r>
          </w:p>
        </w:tc>
        <w:tc>
          <w:tcPr>
            <w:tcW w:w="513" w:type="dxa"/>
            <w:noWrap/>
            <w:hideMark/>
          </w:tcPr>
          <w:p w14:paraId="03BBA4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50B297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E7C11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8ABEB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674" w:type="dxa"/>
            <w:noWrap/>
            <w:hideMark/>
          </w:tcPr>
          <w:p w14:paraId="667B31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F3101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6124D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909" w:type="dxa"/>
            <w:noWrap/>
            <w:hideMark/>
          </w:tcPr>
          <w:p w14:paraId="77362F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51" w:type="dxa"/>
            <w:noWrap/>
            <w:hideMark/>
          </w:tcPr>
          <w:p w14:paraId="74BCD5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1008" w:type="dxa"/>
            <w:noWrap/>
            <w:hideMark/>
          </w:tcPr>
          <w:p w14:paraId="0B5559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44D8F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E940F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612997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3963F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60531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EF9E28F" w14:textId="77777777" w:rsidTr="006750F2">
        <w:trPr>
          <w:trHeight w:val="280"/>
        </w:trPr>
        <w:tc>
          <w:tcPr>
            <w:tcW w:w="919" w:type="dxa"/>
            <w:noWrap/>
            <w:hideMark/>
          </w:tcPr>
          <w:p w14:paraId="4FA1A0A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OLB17</w:t>
            </w:r>
          </w:p>
        </w:tc>
        <w:tc>
          <w:tcPr>
            <w:tcW w:w="852" w:type="dxa"/>
            <w:noWrap/>
            <w:hideMark/>
          </w:tcPr>
          <w:p w14:paraId="069D79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Blastocatellia</w:t>
            </w:r>
          </w:p>
        </w:tc>
        <w:tc>
          <w:tcPr>
            <w:tcW w:w="513" w:type="dxa"/>
            <w:noWrap/>
            <w:hideMark/>
          </w:tcPr>
          <w:p w14:paraId="625CDB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w:t>
            </w:r>
          </w:p>
        </w:tc>
        <w:tc>
          <w:tcPr>
            <w:tcW w:w="768" w:type="dxa"/>
            <w:noWrap/>
            <w:hideMark/>
          </w:tcPr>
          <w:p w14:paraId="1F546D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501A6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60.5</w:t>
            </w:r>
          </w:p>
        </w:tc>
        <w:tc>
          <w:tcPr>
            <w:tcW w:w="721" w:type="dxa"/>
            <w:noWrap/>
            <w:hideMark/>
          </w:tcPr>
          <w:p w14:paraId="2B69BF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2F68C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7806F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53B4A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53.5</w:t>
            </w:r>
          </w:p>
        </w:tc>
        <w:tc>
          <w:tcPr>
            <w:tcW w:w="909" w:type="dxa"/>
            <w:noWrap/>
            <w:hideMark/>
          </w:tcPr>
          <w:p w14:paraId="3EA2DC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53.5</w:t>
            </w:r>
          </w:p>
        </w:tc>
        <w:tc>
          <w:tcPr>
            <w:tcW w:w="751" w:type="dxa"/>
            <w:noWrap/>
            <w:hideMark/>
          </w:tcPr>
          <w:p w14:paraId="08F082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DD67D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88A93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7746D1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72D692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CCC0F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B6A7A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B116F07" w14:textId="77777777" w:rsidTr="006750F2">
        <w:trPr>
          <w:trHeight w:val="280"/>
        </w:trPr>
        <w:tc>
          <w:tcPr>
            <w:tcW w:w="919" w:type="dxa"/>
            <w:noWrap/>
            <w:hideMark/>
          </w:tcPr>
          <w:p w14:paraId="43755E5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PSRF01</w:t>
            </w:r>
          </w:p>
        </w:tc>
        <w:tc>
          <w:tcPr>
            <w:tcW w:w="852" w:type="dxa"/>
            <w:noWrap/>
            <w:hideMark/>
          </w:tcPr>
          <w:p w14:paraId="08B11A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Blastocatellia</w:t>
            </w:r>
          </w:p>
        </w:tc>
        <w:tc>
          <w:tcPr>
            <w:tcW w:w="513" w:type="dxa"/>
            <w:noWrap/>
            <w:hideMark/>
          </w:tcPr>
          <w:p w14:paraId="0D3F6F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55A58B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ADAB7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721" w:type="dxa"/>
            <w:noWrap/>
            <w:hideMark/>
          </w:tcPr>
          <w:p w14:paraId="43C3CF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9F52D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DED76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9E869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21.4</w:t>
            </w:r>
          </w:p>
        </w:tc>
        <w:tc>
          <w:tcPr>
            <w:tcW w:w="909" w:type="dxa"/>
            <w:noWrap/>
            <w:hideMark/>
          </w:tcPr>
          <w:p w14:paraId="642E46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21.4</w:t>
            </w:r>
          </w:p>
        </w:tc>
        <w:tc>
          <w:tcPr>
            <w:tcW w:w="751" w:type="dxa"/>
            <w:noWrap/>
            <w:hideMark/>
          </w:tcPr>
          <w:p w14:paraId="5E5126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A3B36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CB7F9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38FC81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49FEC5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DF1B6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CF982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141CFC9" w14:textId="77777777" w:rsidTr="006750F2">
        <w:trPr>
          <w:trHeight w:val="280"/>
        </w:trPr>
        <w:tc>
          <w:tcPr>
            <w:tcW w:w="919" w:type="dxa"/>
            <w:noWrap/>
            <w:hideMark/>
          </w:tcPr>
          <w:p w14:paraId="06DD2E4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Brachyspira</w:t>
            </w:r>
          </w:p>
        </w:tc>
        <w:tc>
          <w:tcPr>
            <w:tcW w:w="852" w:type="dxa"/>
            <w:noWrap/>
            <w:hideMark/>
          </w:tcPr>
          <w:p w14:paraId="6E45C9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Brachyspirae</w:t>
            </w:r>
          </w:p>
        </w:tc>
        <w:tc>
          <w:tcPr>
            <w:tcW w:w="513" w:type="dxa"/>
            <w:noWrap/>
            <w:hideMark/>
          </w:tcPr>
          <w:p w14:paraId="064CBD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68" w:type="dxa"/>
            <w:noWrap/>
            <w:hideMark/>
          </w:tcPr>
          <w:p w14:paraId="48FB8C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54CF2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411C8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9447C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35EDF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9A05D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83A63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308E9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7EF6A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6CF55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B1233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44EAC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9449B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81178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FB7AA3A" w14:textId="77777777" w:rsidTr="006750F2">
        <w:trPr>
          <w:trHeight w:val="280"/>
        </w:trPr>
        <w:tc>
          <w:tcPr>
            <w:tcW w:w="919" w:type="dxa"/>
            <w:noWrap/>
            <w:hideMark/>
          </w:tcPr>
          <w:p w14:paraId="74CD1E5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Brocadia</w:t>
            </w:r>
          </w:p>
        </w:tc>
        <w:tc>
          <w:tcPr>
            <w:tcW w:w="852" w:type="dxa"/>
            <w:noWrap/>
            <w:hideMark/>
          </w:tcPr>
          <w:p w14:paraId="7C12FF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Brocadiia</w:t>
            </w:r>
          </w:p>
        </w:tc>
        <w:tc>
          <w:tcPr>
            <w:tcW w:w="513" w:type="dxa"/>
            <w:noWrap/>
            <w:hideMark/>
          </w:tcPr>
          <w:p w14:paraId="7FEEF4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0D2452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572E6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6405FE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674" w:type="dxa"/>
            <w:noWrap/>
            <w:hideMark/>
          </w:tcPr>
          <w:p w14:paraId="55085D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D01C1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77000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91.7</w:t>
            </w:r>
          </w:p>
        </w:tc>
        <w:tc>
          <w:tcPr>
            <w:tcW w:w="909" w:type="dxa"/>
            <w:noWrap/>
            <w:hideMark/>
          </w:tcPr>
          <w:p w14:paraId="6ED9F6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91.7</w:t>
            </w:r>
          </w:p>
        </w:tc>
        <w:tc>
          <w:tcPr>
            <w:tcW w:w="751" w:type="dxa"/>
            <w:noWrap/>
            <w:hideMark/>
          </w:tcPr>
          <w:p w14:paraId="3ACFBF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1008" w:type="dxa"/>
            <w:noWrap/>
            <w:hideMark/>
          </w:tcPr>
          <w:p w14:paraId="4EF7BC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1124C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060AD0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67EED0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FC418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0E802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C02A36E" w14:textId="77777777" w:rsidTr="006750F2">
        <w:trPr>
          <w:trHeight w:val="280"/>
        </w:trPr>
        <w:tc>
          <w:tcPr>
            <w:tcW w:w="919" w:type="dxa"/>
            <w:noWrap/>
            <w:hideMark/>
          </w:tcPr>
          <w:p w14:paraId="540A515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Scalindua</w:t>
            </w:r>
          </w:p>
        </w:tc>
        <w:tc>
          <w:tcPr>
            <w:tcW w:w="852" w:type="dxa"/>
            <w:noWrap/>
            <w:hideMark/>
          </w:tcPr>
          <w:p w14:paraId="2ADEF0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Brocadiia</w:t>
            </w:r>
          </w:p>
        </w:tc>
        <w:tc>
          <w:tcPr>
            <w:tcW w:w="513" w:type="dxa"/>
            <w:noWrap/>
            <w:hideMark/>
          </w:tcPr>
          <w:p w14:paraId="45C45C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191840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2607A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721" w:type="dxa"/>
            <w:noWrap/>
            <w:hideMark/>
          </w:tcPr>
          <w:p w14:paraId="5A4FB0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674" w:type="dxa"/>
            <w:noWrap/>
            <w:hideMark/>
          </w:tcPr>
          <w:p w14:paraId="3E2724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EA13D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AD3B1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909" w:type="dxa"/>
            <w:noWrap/>
            <w:hideMark/>
          </w:tcPr>
          <w:p w14:paraId="763B5A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51" w:type="dxa"/>
            <w:noWrap/>
            <w:hideMark/>
          </w:tcPr>
          <w:p w14:paraId="5E1144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1008" w:type="dxa"/>
            <w:noWrap/>
            <w:hideMark/>
          </w:tcPr>
          <w:p w14:paraId="577DFD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779B6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335B58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26C12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6FFAC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9891B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4701320" w14:textId="77777777" w:rsidTr="006750F2">
        <w:trPr>
          <w:trHeight w:val="280"/>
        </w:trPr>
        <w:tc>
          <w:tcPr>
            <w:tcW w:w="919" w:type="dxa"/>
            <w:noWrap/>
            <w:hideMark/>
          </w:tcPr>
          <w:p w14:paraId="1C447E7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Aliarcobacter</w:t>
            </w:r>
          </w:p>
        </w:tc>
        <w:tc>
          <w:tcPr>
            <w:tcW w:w="852" w:type="dxa"/>
            <w:noWrap/>
            <w:hideMark/>
          </w:tcPr>
          <w:p w14:paraId="0AB55E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Campylobacteria</w:t>
            </w:r>
          </w:p>
        </w:tc>
        <w:tc>
          <w:tcPr>
            <w:tcW w:w="513" w:type="dxa"/>
            <w:noWrap/>
            <w:hideMark/>
          </w:tcPr>
          <w:p w14:paraId="6B0471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w:t>
            </w:r>
          </w:p>
        </w:tc>
        <w:tc>
          <w:tcPr>
            <w:tcW w:w="768" w:type="dxa"/>
            <w:noWrap/>
            <w:hideMark/>
          </w:tcPr>
          <w:p w14:paraId="248B4C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24.6</w:t>
            </w:r>
          </w:p>
        </w:tc>
        <w:tc>
          <w:tcPr>
            <w:tcW w:w="739" w:type="dxa"/>
            <w:noWrap/>
            <w:hideMark/>
          </w:tcPr>
          <w:p w14:paraId="0F110D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96.5</w:t>
            </w:r>
          </w:p>
        </w:tc>
        <w:tc>
          <w:tcPr>
            <w:tcW w:w="721" w:type="dxa"/>
            <w:noWrap/>
            <w:hideMark/>
          </w:tcPr>
          <w:p w14:paraId="1C45CF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29.8</w:t>
            </w:r>
          </w:p>
        </w:tc>
        <w:tc>
          <w:tcPr>
            <w:tcW w:w="674" w:type="dxa"/>
            <w:noWrap/>
            <w:hideMark/>
          </w:tcPr>
          <w:p w14:paraId="3D3764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21.1</w:t>
            </w:r>
          </w:p>
        </w:tc>
        <w:tc>
          <w:tcPr>
            <w:tcW w:w="694" w:type="dxa"/>
            <w:noWrap/>
            <w:hideMark/>
          </w:tcPr>
          <w:p w14:paraId="111D49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B8AAD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22.8</w:t>
            </w:r>
          </w:p>
        </w:tc>
        <w:tc>
          <w:tcPr>
            <w:tcW w:w="909" w:type="dxa"/>
            <w:noWrap/>
            <w:hideMark/>
          </w:tcPr>
          <w:p w14:paraId="022880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68.4</w:t>
            </w:r>
          </w:p>
        </w:tc>
        <w:tc>
          <w:tcPr>
            <w:tcW w:w="751" w:type="dxa"/>
            <w:noWrap/>
            <w:hideMark/>
          </w:tcPr>
          <w:p w14:paraId="66E4F9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29.8</w:t>
            </w:r>
          </w:p>
        </w:tc>
        <w:tc>
          <w:tcPr>
            <w:tcW w:w="1008" w:type="dxa"/>
            <w:noWrap/>
            <w:hideMark/>
          </w:tcPr>
          <w:p w14:paraId="7953D5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02AFF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2C9DAB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7D158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753782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DA315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C561728" w14:textId="77777777" w:rsidTr="006750F2">
        <w:trPr>
          <w:trHeight w:val="280"/>
        </w:trPr>
        <w:tc>
          <w:tcPr>
            <w:tcW w:w="919" w:type="dxa"/>
            <w:noWrap/>
            <w:hideMark/>
          </w:tcPr>
          <w:p w14:paraId="7A9A79E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BN30871</w:t>
            </w:r>
          </w:p>
        </w:tc>
        <w:tc>
          <w:tcPr>
            <w:tcW w:w="852" w:type="dxa"/>
            <w:noWrap/>
            <w:hideMark/>
          </w:tcPr>
          <w:p w14:paraId="1342A2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Campylobacteria</w:t>
            </w:r>
          </w:p>
        </w:tc>
        <w:tc>
          <w:tcPr>
            <w:tcW w:w="513" w:type="dxa"/>
            <w:noWrap/>
            <w:hideMark/>
          </w:tcPr>
          <w:p w14:paraId="7E731C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211BFF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A210D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721" w:type="dxa"/>
            <w:noWrap/>
            <w:hideMark/>
          </w:tcPr>
          <w:p w14:paraId="7106F2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292CC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63.6</w:t>
            </w:r>
          </w:p>
        </w:tc>
        <w:tc>
          <w:tcPr>
            <w:tcW w:w="694" w:type="dxa"/>
            <w:noWrap/>
            <w:hideMark/>
          </w:tcPr>
          <w:p w14:paraId="44AC0D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78FF4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89CC6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63.6</w:t>
            </w:r>
          </w:p>
        </w:tc>
        <w:tc>
          <w:tcPr>
            <w:tcW w:w="751" w:type="dxa"/>
            <w:noWrap/>
            <w:hideMark/>
          </w:tcPr>
          <w:p w14:paraId="01753F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A0789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E20E6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2F37A5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04DE0E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5E842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A51B9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5023FAF" w14:textId="77777777" w:rsidTr="006750F2">
        <w:trPr>
          <w:trHeight w:val="280"/>
        </w:trPr>
        <w:tc>
          <w:tcPr>
            <w:tcW w:w="919" w:type="dxa"/>
            <w:noWrap/>
            <w:hideMark/>
          </w:tcPr>
          <w:p w14:paraId="4DC3288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Campylobacter</w:t>
            </w:r>
          </w:p>
        </w:tc>
        <w:tc>
          <w:tcPr>
            <w:tcW w:w="852" w:type="dxa"/>
            <w:noWrap/>
            <w:hideMark/>
          </w:tcPr>
          <w:p w14:paraId="52F5C7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Campylobacteria</w:t>
            </w:r>
          </w:p>
        </w:tc>
        <w:tc>
          <w:tcPr>
            <w:tcW w:w="513" w:type="dxa"/>
            <w:noWrap/>
            <w:hideMark/>
          </w:tcPr>
          <w:p w14:paraId="3A040B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251</w:t>
            </w:r>
          </w:p>
        </w:tc>
        <w:tc>
          <w:tcPr>
            <w:tcW w:w="768" w:type="dxa"/>
            <w:noWrap/>
            <w:hideMark/>
          </w:tcPr>
          <w:p w14:paraId="483307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8A27B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95.2</w:t>
            </w:r>
          </w:p>
        </w:tc>
        <w:tc>
          <w:tcPr>
            <w:tcW w:w="721" w:type="dxa"/>
            <w:noWrap/>
            <w:hideMark/>
          </w:tcPr>
          <w:p w14:paraId="3C7262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B3A66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A6CC3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98F12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55.8</w:t>
            </w:r>
          </w:p>
        </w:tc>
        <w:tc>
          <w:tcPr>
            <w:tcW w:w="909" w:type="dxa"/>
            <w:noWrap/>
            <w:hideMark/>
          </w:tcPr>
          <w:p w14:paraId="20C501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55.8</w:t>
            </w:r>
          </w:p>
        </w:tc>
        <w:tc>
          <w:tcPr>
            <w:tcW w:w="751" w:type="dxa"/>
            <w:noWrap/>
            <w:hideMark/>
          </w:tcPr>
          <w:p w14:paraId="40C91F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EDA0E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E5AE6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50435F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3BD92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AAE2B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6BB92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173C9BA" w14:textId="77777777" w:rsidTr="006750F2">
        <w:trPr>
          <w:trHeight w:val="280"/>
        </w:trPr>
        <w:tc>
          <w:tcPr>
            <w:tcW w:w="919" w:type="dxa"/>
            <w:noWrap/>
            <w:hideMark/>
          </w:tcPr>
          <w:p w14:paraId="025205A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Halarcobacter</w:t>
            </w:r>
          </w:p>
        </w:tc>
        <w:tc>
          <w:tcPr>
            <w:tcW w:w="852" w:type="dxa"/>
            <w:noWrap/>
            <w:hideMark/>
          </w:tcPr>
          <w:p w14:paraId="1FAE97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Campylobacteria</w:t>
            </w:r>
          </w:p>
        </w:tc>
        <w:tc>
          <w:tcPr>
            <w:tcW w:w="513" w:type="dxa"/>
            <w:noWrap/>
            <w:hideMark/>
          </w:tcPr>
          <w:p w14:paraId="08073F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192B8B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39" w:type="dxa"/>
            <w:noWrap/>
            <w:hideMark/>
          </w:tcPr>
          <w:p w14:paraId="36A061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41C6F7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27.8</w:t>
            </w:r>
          </w:p>
        </w:tc>
        <w:tc>
          <w:tcPr>
            <w:tcW w:w="674" w:type="dxa"/>
            <w:noWrap/>
            <w:hideMark/>
          </w:tcPr>
          <w:p w14:paraId="0914C6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44.4</w:t>
            </w:r>
          </w:p>
        </w:tc>
        <w:tc>
          <w:tcPr>
            <w:tcW w:w="694" w:type="dxa"/>
            <w:noWrap/>
            <w:hideMark/>
          </w:tcPr>
          <w:p w14:paraId="7D047F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0A6A2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55.6</w:t>
            </w:r>
          </w:p>
        </w:tc>
        <w:tc>
          <w:tcPr>
            <w:tcW w:w="909" w:type="dxa"/>
            <w:noWrap/>
            <w:hideMark/>
          </w:tcPr>
          <w:p w14:paraId="03AE2A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133.3</w:t>
            </w:r>
          </w:p>
        </w:tc>
        <w:tc>
          <w:tcPr>
            <w:tcW w:w="751" w:type="dxa"/>
            <w:noWrap/>
            <w:hideMark/>
          </w:tcPr>
          <w:p w14:paraId="4B9ECD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27.8</w:t>
            </w:r>
          </w:p>
        </w:tc>
        <w:tc>
          <w:tcPr>
            <w:tcW w:w="1008" w:type="dxa"/>
            <w:noWrap/>
            <w:hideMark/>
          </w:tcPr>
          <w:p w14:paraId="264AE7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2AF51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3AC33C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F0049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90179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8989A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216C4A7" w14:textId="77777777" w:rsidTr="006750F2">
        <w:trPr>
          <w:trHeight w:val="280"/>
        </w:trPr>
        <w:tc>
          <w:tcPr>
            <w:tcW w:w="919" w:type="dxa"/>
            <w:noWrap/>
            <w:hideMark/>
          </w:tcPr>
          <w:p w14:paraId="720EB25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Helicobacter</w:t>
            </w:r>
          </w:p>
        </w:tc>
        <w:tc>
          <w:tcPr>
            <w:tcW w:w="852" w:type="dxa"/>
            <w:noWrap/>
            <w:hideMark/>
          </w:tcPr>
          <w:p w14:paraId="38DCC8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Campylobacteria</w:t>
            </w:r>
          </w:p>
        </w:tc>
        <w:tc>
          <w:tcPr>
            <w:tcW w:w="513" w:type="dxa"/>
            <w:noWrap/>
            <w:hideMark/>
          </w:tcPr>
          <w:p w14:paraId="0909F9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142</w:t>
            </w:r>
          </w:p>
        </w:tc>
        <w:tc>
          <w:tcPr>
            <w:tcW w:w="768" w:type="dxa"/>
            <w:noWrap/>
            <w:hideMark/>
          </w:tcPr>
          <w:p w14:paraId="5EC86A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9B8F8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65.5</w:t>
            </w:r>
          </w:p>
        </w:tc>
        <w:tc>
          <w:tcPr>
            <w:tcW w:w="721" w:type="dxa"/>
            <w:noWrap/>
            <w:hideMark/>
          </w:tcPr>
          <w:p w14:paraId="583194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119EF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AF2B5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C2257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909" w:type="dxa"/>
            <w:noWrap/>
            <w:hideMark/>
          </w:tcPr>
          <w:p w14:paraId="3C76C5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338EC6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77245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5D553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23F122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4B805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2A626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B1CFC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7B1FB61" w14:textId="77777777" w:rsidTr="006750F2">
        <w:trPr>
          <w:trHeight w:val="280"/>
        </w:trPr>
        <w:tc>
          <w:tcPr>
            <w:tcW w:w="919" w:type="dxa"/>
            <w:noWrap/>
            <w:hideMark/>
          </w:tcPr>
          <w:p w14:paraId="2E8316E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Hydrogenimonas</w:t>
            </w:r>
          </w:p>
        </w:tc>
        <w:tc>
          <w:tcPr>
            <w:tcW w:w="852" w:type="dxa"/>
            <w:noWrap/>
            <w:hideMark/>
          </w:tcPr>
          <w:p w14:paraId="76128C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Campylobacteria</w:t>
            </w:r>
          </w:p>
        </w:tc>
        <w:tc>
          <w:tcPr>
            <w:tcW w:w="513" w:type="dxa"/>
            <w:noWrap/>
            <w:hideMark/>
          </w:tcPr>
          <w:p w14:paraId="40AEDD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0F7238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BF626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1D3030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674" w:type="dxa"/>
            <w:noWrap/>
            <w:hideMark/>
          </w:tcPr>
          <w:p w14:paraId="5CB7FE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99B6E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AFD56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3F0D7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988E7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1008" w:type="dxa"/>
            <w:noWrap/>
            <w:hideMark/>
          </w:tcPr>
          <w:p w14:paraId="04203F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644299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69FA76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48A9F7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B7643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313BF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A4CA7C2" w14:textId="77777777" w:rsidTr="006750F2">
        <w:trPr>
          <w:trHeight w:val="280"/>
        </w:trPr>
        <w:tc>
          <w:tcPr>
            <w:tcW w:w="919" w:type="dxa"/>
            <w:noWrap/>
            <w:hideMark/>
          </w:tcPr>
          <w:p w14:paraId="3205A54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Malaciobacter</w:t>
            </w:r>
          </w:p>
        </w:tc>
        <w:tc>
          <w:tcPr>
            <w:tcW w:w="852" w:type="dxa"/>
            <w:noWrap/>
            <w:hideMark/>
          </w:tcPr>
          <w:p w14:paraId="1DA1B9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Campylobacteria</w:t>
            </w:r>
          </w:p>
        </w:tc>
        <w:tc>
          <w:tcPr>
            <w:tcW w:w="513" w:type="dxa"/>
            <w:noWrap/>
            <w:hideMark/>
          </w:tcPr>
          <w:p w14:paraId="6062E6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4D34E9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39" w:type="dxa"/>
            <w:noWrap/>
            <w:hideMark/>
          </w:tcPr>
          <w:p w14:paraId="01FDFB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721" w:type="dxa"/>
            <w:noWrap/>
            <w:hideMark/>
          </w:tcPr>
          <w:p w14:paraId="07A5C9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674" w:type="dxa"/>
            <w:noWrap/>
            <w:hideMark/>
          </w:tcPr>
          <w:p w14:paraId="7E32B3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694" w:type="dxa"/>
            <w:noWrap/>
            <w:hideMark/>
          </w:tcPr>
          <w:p w14:paraId="7A2658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C186B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909" w:type="dxa"/>
            <w:noWrap/>
            <w:hideMark/>
          </w:tcPr>
          <w:p w14:paraId="3FE4FD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51" w:type="dxa"/>
            <w:noWrap/>
            <w:hideMark/>
          </w:tcPr>
          <w:p w14:paraId="4ED7B8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1008" w:type="dxa"/>
            <w:noWrap/>
            <w:hideMark/>
          </w:tcPr>
          <w:p w14:paraId="44DCC4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47846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754584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70882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C81BC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81A76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C14C42C" w14:textId="77777777" w:rsidTr="006750F2">
        <w:trPr>
          <w:trHeight w:val="280"/>
        </w:trPr>
        <w:tc>
          <w:tcPr>
            <w:tcW w:w="919" w:type="dxa"/>
            <w:noWrap/>
            <w:hideMark/>
          </w:tcPr>
          <w:p w14:paraId="29CC9F0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Nitratiruptor</w:t>
            </w:r>
          </w:p>
        </w:tc>
        <w:tc>
          <w:tcPr>
            <w:tcW w:w="852" w:type="dxa"/>
            <w:noWrap/>
            <w:hideMark/>
          </w:tcPr>
          <w:p w14:paraId="29FDE2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Campylobacteria</w:t>
            </w:r>
          </w:p>
        </w:tc>
        <w:tc>
          <w:tcPr>
            <w:tcW w:w="513" w:type="dxa"/>
            <w:noWrap/>
            <w:hideMark/>
          </w:tcPr>
          <w:p w14:paraId="0BF1C3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54DABD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69415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5A1672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86.7</w:t>
            </w:r>
          </w:p>
        </w:tc>
        <w:tc>
          <w:tcPr>
            <w:tcW w:w="674" w:type="dxa"/>
            <w:noWrap/>
            <w:hideMark/>
          </w:tcPr>
          <w:p w14:paraId="2A2DEF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F3929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EEBBB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48694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9F00D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86.7</w:t>
            </w:r>
          </w:p>
        </w:tc>
        <w:tc>
          <w:tcPr>
            <w:tcW w:w="1008" w:type="dxa"/>
            <w:noWrap/>
            <w:hideMark/>
          </w:tcPr>
          <w:p w14:paraId="494A1C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3B3D45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38A1B8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2F3EE3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A98B2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F1036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257F6DCE" w14:textId="77777777" w:rsidTr="006750F2">
        <w:trPr>
          <w:trHeight w:val="280"/>
        </w:trPr>
        <w:tc>
          <w:tcPr>
            <w:tcW w:w="919" w:type="dxa"/>
            <w:noWrap/>
            <w:hideMark/>
          </w:tcPr>
          <w:p w14:paraId="23B6C5B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Poseidonibacter</w:t>
            </w:r>
          </w:p>
        </w:tc>
        <w:tc>
          <w:tcPr>
            <w:tcW w:w="852" w:type="dxa"/>
            <w:noWrap/>
            <w:hideMark/>
          </w:tcPr>
          <w:p w14:paraId="35CCEA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Campylobacteria</w:t>
            </w:r>
          </w:p>
        </w:tc>
        <w:tc>
          <w:tcPr>
            <w:tcW w:w="513" w:type="dxa"/>
            <w:noWrap/>
            <w:hideMark/>
          </w:tcPr>
          <w:p w14:paraId="1142BB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4831C7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739" w:type="dxa"/>
            <w:noWrap/>
            <w:hideMark/>
          </w:tcPr>
          <w:p w14:paraId="38AFF8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721" w:type="dxa"/>
            <w:noWrap/>
            <w:hideMark/>
          </w:tcPr>
          <w:p w14:paraId="51CFC3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674" w:type="dxa"/>
            <w:noWrap/>
            <w:hideMark/>
          </w:tcPr>
          <w:p w14:paraId="2A8B6B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1ADA5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DC47C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5D5D7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751" w:type="dxa"/>
            <w:noWrap/>
            <w:hideMark/>
          </w:tcPr>
          <w:p w14:paraId="67AEB3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1008" w:type="dxa"/>
            <w:noWrap/>
            <w:hideMark/>
          </w:tcPr>
          <w:p w14:paraId="343C15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FFE99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654A67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268AA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459CC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3F8A9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FAD22A5" w14:textId="77777777" w:rsidTr="006750F2">
        <w:trPr>
          <w:trHeight w:val="280"/>
        </w:trPr>
        <w:tc>
          <w:tcPr>
            <w:tcW w:w="919" w:type="dxa"/>
            <w:noWrap/>
            <w:hideMark/>
          </w:tcPr>
          <w:p w14:paraId="24A449E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Sulfuricurvum</w:t>
            </w:r>
          </w:p>
        </w:tc>
        <w:tc>
          <w:tcPr>
            <w:tcW w:w="852" w:type="dxa"/>
            <w:noWrap/>
            <w:hideMark/>
          </w:tcPr>
          <w:p w14:paraId="4DB338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Campylobacteria</w:t>
            </w:r>
          </w:p>
        </w:tc>
        <w:tc>
          <w:tcPr>
            <w:tcW w:w="513" w:type="dxa"/>
            <w:noWrap/>
            <w:hideMark/>
          </w:tcPr>
          <w:p w14:paraId="6F9D62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768" w:type="dxa"/>
            <w:noWrap/>
            <w:hideMark/>
          </w:tcPr>
          <w:p w14:paraId="03C866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A2019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721" w:type="dxa"/>
            <w:noWrap/>
            <w:hideMark/>
          </w:tcPr>
          <w:p w14:paraId="7C816F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19.4</w:t>
            </w:r>
          </w:p>
        </w:tc>
        <w:tc>
          <w:tcPr>
            <w:tcW w:w="674" w:type="dxa"/>
            <w:noWrap/>
            <w:hideMark/>
          </w:tcPr>
          <w:p w14:paraId="0CAE82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69.4</w:t>
            </w:r>
          </w:p>
        </w:tc>
        <w:tc>
          <w:tcPr>
            <w:tcW w:w="694" w:type="dxa"/>
            <w:noWrap/>
            <w:hideMark/>
          </w:tcPr>
          <w:p w14:paraId="1DC103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0B69F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909" w:type="dxa"/>
            <w:noWrap/>
            <w:hideMark/>
          </w:tcPr>
          <w:p w14:paraId="490346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72.2</w:t>
            </w:r>
          </w:p>
        </w:tc>
        <w:tc>
          <w:tcPr>
            <w:tcW w:w="751" w:type="dxa"/>
            <w:noWrap/>
            <w:hideMark/>
          </w:tcPr>
          <w:p w14:paraId="1DB829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19.4</w:t>
            </w:r>
          </w:p>
        </w:tc>
        <w:tc>
          <w:tcPr>
            <w:tcW w:w="1008" w:type="dxa"/>
            <w:noWrap/>
            <w:hideMark/>
          </w:tcPr>
          <w:p w14:paraId="3D1776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832A2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598836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98EED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B38A6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74726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95989CA" w14:textId="77777777" w:rsidTr="006750F2">
        <w:trPr>
          <w:trHeight w:val="280"/>
        </w:trPr>
        <w:tc>
          <w:tcPr>
            <w:tcW w:w="919" w:type="dxa"/>
            <w:noWrap/>
            <w:hideMark/>
          </w:tcPr>
          <w:p w14:paraId="6016F7E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Sulfurimonas</w:t>
            </w:r>
          </w:p>
        </w:tc>
        <w:tc>
          <w:tcPr>
            <w:tcW w:w="852" w:type="dxa"/>
            <w:noWrap/>
            <w:hideMark/>
          </w:tcPr>
          <w:p w14:paraId="6C30F2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Campylobacteria</w:t>
            </w:r>
          </w:p>
        </w:tc>
        <w:tc>
          <w:tcPr>
            <w:tcW w:w="513" w:type="dxa"/>
            <w:noWrap/>
            <w:hideMark/>
          </w:tcPr>
          <w:p w14:paraId="2CC17D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96</w:t>
            </w:r>
          </w:p>
        </w:tc>
        <w:tc>
          <w:tcPr>
            <w:tcW w:w="768" w:type="dxa"/>
            <w:noWrap/>
            <w:hideMark/>
          </w:tcPr>
          <w:p w14:paraId="16073F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F27D9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721" w:type="dxa"/>
            <w:noWrap/>
            <w:hideMark/>
          </w:tcPr>
          <w:p w14:paraId="26E0C2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65.6</w:t>
            </w:r>
          </w:p>
        </w:tc>
        <w:tc>
          <w:tcPr>
            <w:tcW w:w="674" w:type="dxa"/>
            <w:noWrap/>
            <w:hideMark/>
          </w:tcPr>
          <w:p w14:paraId="17813B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20.8</w:t>
            </w:r>
          </w:p>
        </w:tc>
        <w:tc>
          <w:tcPr>
            <w:tcW w:w="694" w:type="dxa"/>
            <w:noWrap/>
            <w:hideMark/>
          </w:tcPr>
          <w:p w14:paraId="53E1C6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7881D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909" w:type="dxa"/>
            <w:noWrap/>
            <w:hideMark/>
          </w:tcPr>
          <w:p w14:paraId="5BE34F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29.2</w:t>
            </w:r>
          </w:p>
        </w:tc>
        <w:tc>
          <w:tcPr>
            <w:tcW w:w="751" w:type="dxa"/>
            <w:noWrap/>
            <w:hideMark/>
          </w:tcPr>
          <w:p w14:paraId="3A6A8C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65.6</w:t>
            </w:r>
          </w:p>
        </w:tc>
        <w:tc>
          <w:tcPr>
            <w:tcW w:w="1008" w:type="dxa"/>
            <w:noWrap/>
            <w:hideMark/>
          </w:tcPr>
          <w:p w14:paraId="249CA8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90096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168FCF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60D47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68C11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67534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1AB9FEB" w14:textId="77777777" w:rsidTr="006750F2">
        <w:trPr>
          <w:trHeight w:val="280"/>
        </w:trPr>
        <w:tc>
          <w:tcPr>
            <w:tcW w:w="919" w:type="dxa"/>
            <w:noWrap/>
            <w:hideMark/>
          </w:tcPr>
          <w:p w14:paraId="7B0812C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Sulfurospirillum</w:t>
            </w:r>
          </w:p>
        </w:tc>
        <w:tc>
          <w:tcPr>
            <w:tcW w:w="852" w:type="dxa"/>
            <w:noWrap/>
            <w:hideMark/>
          </w:tcPr>
          <w:p w14:paraId="7FC440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Campylobacteria</w:t>
            </w:r>
          </w:p>
        </w:tc>
        <w:tc>
          <w:tcPr>
            <w:tcW w:w="513" w:type="dxa"/>
            <w:noWrap/>
            <w:hideMark/>
          </w:tcPr>
          <w:p w14:paraId="26DAB0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68" w:type="dxa"/>
            <w:noWrap/>
            <w:hideMark/>
          </w:tcPr>
          <w:p w14:paraId="2EBDA6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CAC4A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93.3</w:t>
            </w:r>
          </w:p>
        </w:tc>
        <w:tc>
          <w:tcPr>
            <w:tcW w:w="721" w:type="dxa"/>
            <w:noWrap/>
            <w:hideMark/>
          </w:tcPr>
          <w:p w14:paraId="38A520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1E6E9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76.7</w:t>
            </w:r>
          </w:p>
        </w:tc>
        <w:tc>
          <w:tcPr>
            <w:tcW w:w="694" w:type="dxa"/>
            <w:noWrap/>
            <w:hideMark/>
          </w:tcPr>
          <w:p w14:paraId="029110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236D7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909" w:type="dxa"/>
            <w:noWrap/>
            <w:hideMark/>
          </w:tcPr>
          <w:p w14:paraId="5D010C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156.7</w:t>
            </w:r>
          </w:p>
        </w:tc>
        <w:tc>
          <w:tcPr>
            <w:tcW w:w="751" w:type="dxa"/>
            <w:noWrap/>
            <w:hideMark/>
          </w:tcPr>
          <w:p w14:paraId="0C5593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A1227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57608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0C2822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7ACE9C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36066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448A3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2D72568" w14:textId="77777777" w:rsidTr="006750F2">
        <w:trPr>
          <w:trHeight w:val="280"/>
        </w:trPr>
        <w:tc>
          <w:tcPr>
            <w:tcW w:w="919" w:type="dxa"/>
            <w:noWrap/>
            <w:hideMark/>
          </w:tcPr>
          <w:p w14:paraId="6022FA1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Sulfurovum</w:t>
            </w:r>
          </w:p>
        </w:tc>
        <w:tc>
          <w:tcPr>
            <w:tcW w:w="852" w:type="dxa"/>
            <w:noWrap/>
            <w:hideMark/>
          </w:tcPr>
          <w:p w14:paraId="38E26B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Campylobacteria</w:t>
            </w:r>
          </w:p>
        </w:tc>
        <w:tc>
          <w:tcPr>
            <w:tcW w:w="513" w:type="dxa"/>
            <w:noWrap/>
            <w:hideMark/>
          </w:tcPr>
          <w:p w14:paraId="615335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w:t>
            </w:r>
          </w:p>
        </w:tc>
        <w:tc>
          <w:tcPr>
            <w:tcW w:w="768" w:type="dxa"/>
            <w:noWrap/>
            <w:hideMark/>
          </w:tcPr>
          <w:p w14:paraId="504481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F1B49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65.4</w:t>
            </w:r>
          </w:p>
        </w:tc>
        <w:tc>
          <w:tcPr>
            <w:tcW w:w="721" w:type="dxa"/>
            <w:noWrap/>
            <w:hideMark/>
          </w:tcPr>
          <w:p w14:paraId="04E729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51.9</w:t>
            </w:r>
          </w:p>
        </w:tc>
        <w:tc>
          <w:tcPr>
            <w:tcW w:w="674" w:type="dxa"/>
            <w:noWrap/>
            <w:hideMark/>
          </w:tcPr>
          <w:p w14:paraId="331DB2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w:t>
            </w:r>
          </w:p>
        </w:tc>
        <w:tc>
          <w:tcPr>
            <w:tcW w:w="694" w:type="dxa"/>
            <w:noWrap/>
            <w:hideMark/>
          </w:tcPr>
          <w:p w14:paraId="155BAA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8BA16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9.6</w:t>
            </w:r>
          </w:p>
        </w:tc>
        <w:tc>
          <w:tcPr>
            <w:tcW w:w="909" w:type="dxa"/>
            <w:noWrap/>
            <w:hideMark/>
          </w:tcPr>
          <w:p w14:paraId="160D61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13.5</w:t>
            </w:r>
          </w:p>
        </w:tc>
        <w:tc>
          <w:tcPr>
            <w:tcW w:w="751" w:type="dxa"/>
            <w:noWrap/>
            <w:hideMark/>
          </w:tcPr>
          <w:p w14:paraId="1A6628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51.9</w:t>
            </w:r>
          </w:p>
        </w:tc>
        <w:tc>
          <w:tcPr>
            <w:tcW w:w="1008" w:type="dxa"/>
            <w:noWrap/>
            <w:hideMark/>
          </w:tcPr>
          <w:p w14:paraId="5C1CB7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4B2A5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6488D2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6FF5D2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499C4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A1280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EC311AC" w14:textId="77777777" w:rsidTr="006750F2">
        <w:trPr>
          <w:trHeight w:val="280"/>
        </w:trPr>
        <w:tc>
          <w:tcPr>
            <w:tcW w:w="919" w:type="dxa"/>
            <w:noWrap/>
            <w:hideMark/>
          </w:tcPr>
          <w:p w14:paraId="62C2C7E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UBA1140</w:t>
            </w:r>
          </w:p>
        </w:tc>
        <w:tc>
          <w:tcPr>
            <w:tcW w:w="852" w:type="dxa"/>
            <w:noWrap/>
            <w:hideMark/>
          </w:tcPr>
          <w:p w14:paraId="657B70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Campylobacteria</w:t>
            </w:r>
          </w:p>
        </w:tc>
        <w:tc>
          <w:tcPr>
            <w:tcW w:w="513" w:type="dxa"/>
            <w:noWrap/>
            <w:hideMark/>
          </w:tcPr>
          <w:p w14:paraId="4B88CC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5A2573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9D809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61.1</w:t>
            </w:r>
          </w:p>
        </w:tc>
        <w:tc>
          <w:tcPr>
            <w:tcW w:w="721" w:type="dxa"/>
            <w:noWrap/>
            <w:hideMark/>
          </w:tcPr>
          <w:p w14:paraId="1FFA6D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674" w:type="dxa"/>
            <w:noWrap/>
            <w:hideMark/>
          </w:tcPr>
          <w:p w14:paraId="653774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11.1</w:t>
            </w:r>
          </w:p>
        </w:tc>
        <w:tc>
          <w:tcPr>
            <w:tcW w:w="694" w:type="dxa"/>
            <w:noWrap/>
            <w:hideMark/>
          </w:tcPr>
          <w:p w14:paraId="1B88C2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8A6F7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w:t>
            </w:r>
          </w:p>
        </w:tc>
        <w:tc>
          <w:tcPr>
            <w:tcW w:w="909" w:type="dxa"/>
            <w:noWrap/>
            <w:hideMark/>
          </w:tcPr>
          <w:p w14:paraId="6863D5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51" w:type="dxa"/>
            <w:noWrap/>
            <w:hideMark/>
          </w:tcPr>
          <w:p w14:paraId="58FF9D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1008" w:type="dxa"/>
            <w:noWrap/>
            <w:hideMark/>
          </w:tcPr>
          <w:p w14:paraId="6137D4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5E522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32672F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3BA3A0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F42D4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1F13D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CF5529C" w14:textId="77777777" w:rsidTr="006750F2">
        <w:trPr>
          <w:trHeight w:val="280"/>
        </w:trPr>
        <w:tc>
          <w:tcPr>
            <w:tcW w:w="919" w:type="dxa"/>
            <w:noWrap/>
            <w:hideMark/>
          </w:tcPr>
          <w:p w14:paraId="4C89E8E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Chlamydia</w:t>
            </w:r>
          </w:p>
        </w:tc>
        <w:tc>
          <w:tcPr>
            <w:tcW w:w="852" w:type="dxa"/>
            <w:noWrap/>
            <w:hideMark/>
          </w:tcPr>
          <w:p w14:paraId="61B88B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Chlamydiia</w:t>
            </w:r>
          </w:p>
        </w:tc>
        <w:tc>
          <w:tcPr>
            <w:tcW w:w="513" w:type="dxa"/>
            <w:noWrap/>
            <w:hideMark/>
          </w:tcPr>
          <w:p w14:paraId="7FC521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48A9CA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4D33C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6C5E3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0BB6A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10446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C08C7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7DAF5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616D5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500A0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40DDA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27BC0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30918E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B16B4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11A67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D72DD81" w14:textId="77777777" w:rsidTr="006750F2">
        <w:trPr>
          <w:trHeight w:val="280"/>
        </w:trPr>
        <w:tc>
          <w:tcPr>
            <w:tcW w:w="919" w:type="dxa"/>
            <w:noWrap/>
            <w:hideMark/>
          </w:tcPr>
          <w:p w14:paraId="2A6F110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Chlamydophila</w:t>
            </w:r>
          </w:p>
        </w:tc>
        <w:tc>
          <w:tcPr>
            <w:tcW w:w="852" w:type="dxa"/>
            <w:noWrap/>
            <w:hideMark/>
          </w:tcPr>
          <w:p w14:paraId="01ECF1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Chlamydiia</w:t>
            </w:r>
          </w:p>
        </w:tc>
        <w:tc>
          <w:tcPr>
            <w:tcW w:w="513" w:type="dxa"/>
            <w:noWrap/>
            <w:hideMark/>
          </w:tcPr>
          <w:p w14:paraId="79FFE2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689FFC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C9448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FA573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95E3F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FADF5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FB251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6E6F0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49DFD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C002E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E0AE9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3B37B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78FD5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4017D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82D50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8D39954" w14:textId="77777777" w:rsidTr="006750F2">
        <w:trPr>
          <w:trHeight w:val="280"/>
        </w:trPr>
        <w:tc>
          <w:tcPr>
            <w:tcW w:w="919" w:type="dxa"/>
            <w:noWrap/>
            <w:hideMark/>
          </w:tcPr>
          <w:p w14:paraId="1AA8866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Chlorobaculum</w:t>
            </w:r>
          </w:p>
        </w:tc>
        <w:tc>
          <w:tcPr>
            <w:tcW w:w="852" w:type="dxa"/>
            <w:noWrap/>
            <w:hideMark/>
          </w:tcPr>
          <w:p w14:paraId="4E386C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Chlorobiia</w:t>
            </w:r>
          </w:p>
        </w:tc>
        <w:tc>
          <w:tcPr>
            <w:tcW w:w="513" w:type="dxa"/>
            <w:noWrap/>
            <w:hideMark/>
          </w:tcPr>
          <w:p w14:paraId="65AF7F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18C599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FAC58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1DE30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3F017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94" w:type="dxa"/>
            <w:noWrap/>
            <w:hideMark/>
          </w:tcPr>
          <w:p w14:paraId="2CB8AF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43EB0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410D5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51" w:type="dxa"/>
            <w:noWrap/>
            <w:hideMark/>
          </w:tcPr>
          <w:p w14:paraId="04CE13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0D304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A5B42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4A15AC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C813C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4ED87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760D4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A9AEC5E" w14:textId="77777777" w:rsidTr="006750F2">
        <w:trPr>
          <w:trHeight w:val="280"/>
        </w:trPr>
        <w:tc>
          <w:tcPr>
            <w:tcW w:w="919" w:type="dxa"/>
            <w:noWrap/>
            <w:hideMark/>
          </w:tcPr>
          <w:p w14:paraId="38ADD9F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Chlorobium</w:t>
            </w:r>
          </w:p>
        </w:tc>
        <w:tc>
          <w:tcPr>
            <w:tcW w:w="852" w:type="dxa"/>
            <w:noWrap/>
            <w:hideMark/>
          </w:tcPr>
          <w:p w14:paraId="008FF0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Chlorobiia</w:t>
            </w:r>
          </w:p>
        </w:tc>
        <w:tc>
          <w:tcPr>
            <w:tcW w:w="513" w:type="dxa"/>
            <w:noWrap/>
            <w:hideMark/>
          </w:tcPr>
          <w:p w14:paraId="2D0E71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w:t>
            </w:r>
          </w:p>
        </w:tc>
        <w:tc>
          <w:tcPr>
            <w:tcW w:w="768" w:type="dxa"/>
            <w:noWrap/>
            <w:hideMark/>
          </w:tcPr>
          <w:p w14:paraId="1E2A08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DA73B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3AFA7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4BC62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97.1</w:t>
            </w:r>
          </w:p>
        </w:tc>
        <w:tc>
          <w:tcPr>
            <w:tcW w:w="694" w:type="dxa"/>
            <w:noWrap/>
            <w:hideMark/>
          </w:tcPr>
          <w:p w14:paraId="6A2D1F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01C85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145C9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97.1</w:t>
            </w:r>
          </w:p>
        </w:tc>
        <w:tc>
          <w:tcPr>
            <w:tcW w:w="751" w:type="dxa"/>
            <w:noWrap/>
            <w:hideMark/>
          </w:tcPr>
          <w:p w14:paraId="2D4033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2F150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EBB85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0AF19F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28EAC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68884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E6317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173A31D" w14:textId="77777777" w:rsidTr="006750F2">
        <w:trPr>
          <w:trHeight w:val="280"/>
        </w:trPr>
        <w:tc>
          <w:tcPr>
            <w:tcW w:w="919" w:type="dxa"/>
            <w:noWrap/>
            <w:hideMark/>
          </w:tcPr>
          <w:p w14:paraId="046AAE3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UBA5456</w:t>
            </w:r>
          </w:p>
        </w:tc>
        <w:tc>
          <w:tcPr>
            <w:tcW w:w="852" w:type="dxa"/>
            <w:noWrap/>
            <w:hideMark/>
          </w:tcPr>
          <w:p w14:paraId="0BAB16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Cloacimonadia</w:t>
            </w:r>
          </w:p>
        </w:tc>
        <w:tc>
          <w:tcPr>
            <w:tcW w:w="513" w:type="dxa"/>
            <w:noWrap/>
            <w:hideMark/>
          </w:tcPr>
          <w:p w14:paraId="3D92C8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4318A5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396C0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95CD1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8DAE8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1199F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F1654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6B37D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EE44A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713F7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3FF1E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D3DCB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66B015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C29C1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8E4ED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CF1A167" w14:textId="77777777" w:rsidTr="006750F2">
        <w:trPr>
          <w:trHeight w:val="280"/>
        </w:trPr>
        <w:tc>
          <w:tcPr>
            <w:tcW w:w="919" w:type="dxa"/>
            <w:noWrap/>
            <w:hideMark/>
          </w:tcPr>
          <w:p w14:paraId="0C45799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1XD8-76</w:t>
            </w:r>
          </w:p>
        </w:tc>
        <w:tc>
          <w:tcPr>
            <w:tcW w:w="852" w:type="dxa"/>
            <w:noWrap/>
            <w:hideMark/>
          </w:tcPr>
          <w:p w14:paraId="60553D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412981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705EF6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61AAD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88976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C9D53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AA6C3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AA93E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9C926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4DAFF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0868A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48BE5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601D5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F6D2B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1A1A4A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DA7E4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A400E6B" w14:textId="77777777" w:rsidTr="006750F2">
        <w:trPr>
          <w:trHeight w:val="280"/>
        </w:trPr>
        <w:tc>
          <w:tcPr>
            <w:tcW w:w="919" w:type="dxa"/>
            <w:noWrap/>
            <w:hideMark/>
          </w:tcPr>
          <w:p w14:paraId="4CC9B49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AC2028</w:t>
            </w:r>
          </w:p>
        </w:tc>
        <w:tc>
          <w:tcPr>
            <w:tcW w:w="852" w:type="dxa"/>
            <w:noWrap/>
            <w:hideMark/>
          </w:tcPr>
          <w:p w14:paraId="712142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23F452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6F0DBB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CD00D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49DB4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11230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694" w:type="dxa"/>
            <w:noWrap/>
            <w:hideMark/>
          </w:tcPr>
          <w:p w14:paraId="71DC1C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432F8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271E3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751" w:type="dxa"/>
            <w:noWrap/>
            <w:hideMark/>
          </w:tcPr>
          <w:p w14:paraId="762398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EA2DC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8F626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624C1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B2AD9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5DA13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A27F7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D49280A" w14:textId="77777777" w:rsidTr="006750F2">
        <w:trPr>
          <w:trHeight w:val="280"/>
        </w:trPr>
        <w:tc>
          <w:tcPr>
            <w:tcW w:w="919" w:type="dxa"/>
            <w:noWrap/>
            <w:hideMark/>
          </w:tcPr>
          <w:p w14:paraId="4675F48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Acetatifactor</w:t>
            </w:r>
          </w:p>
        </w:tc>
        <w:tc>
          <w:tcPr>
            <w:tcW w:w="852" w:type="dxa"/>
            <w:noWrap/>
            <w:hideMark/>
          </w:tcPr>
          <w:p w14:paraId="363237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F7607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128</w:t>
            </w:r>
          </w:p>
        </w:tc>
        <w:tc>
          <w:tcPr>
            <w:tcW w:w="768" w:type="dxa"/>
            <w:noWrap/>
            <w:hideMark/>
          </w:tcPr>
          <w:p w14:paraId="2E19BB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C4678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68E3A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97029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694" w:type="dxa"/>
            <w:noWrap/>
            <w:hideMark/>
          </w:tcPr>
          <w:p w14:paraId="1EEFEA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5097A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7A21A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51" w:type="dxa"/>
            <w:noWrap/>
            <w:hideMark/>
          </w:tcPr>
          <w:p w14:paraId="70EF97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28BDD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AC24B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AC8B1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05772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5CEC1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7DB90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F5DA4DE" w14:textId="77777777" w:rsidTr="006750F2">
        <w:trPr>
          <w:trHeight w:val="280"/>
        </w:trPr>
        <w:tc>
          <w:tcPr>
            <w:tcW w:w="919" w:type="dxa"/>
            <w:noWrap/>
            <w:hideMark/>
          </w:tcPr>
          <w:p w14:paraId="2A91EB8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Acetobacterium</w:t>
            </w:r>
          </w:p>
        </w:tc>
        <w:tc>
          <w:tcPr>
            <w:tcW w:w="852" w:type="dxa"/>
            <w:noWrap/>
            <w:hideMark/>
          </w:tcPr>
          <w:p w14:paraId="3B04DF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44FA37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4E2090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2421D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D646A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06434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93.8</w:t>
            </w:r>
          </w:p>
        </w:tc>
        <w:tc>
          <w:tcPr>
            <w:tcW w:w="694" w:type="dxa"/>
            <w:noWrap/>
            <w:hideMark/>
          </w:tcPr>
          <w:p w14:paraId="3F4547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FC89F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E9632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93.8</w:t>
            </w:r>
          </w:p>
        </w:tc>
        <w:tc>
          <w:tcPr>
            <w:tcW w:w="751" w:type="dxa"/>
            <w:noWrap/>
            <w:hideMark/>
          </w:tcPr>
          <w:p w14:paraId="531303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B843E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B5926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61AE6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10273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62789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5D675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4A8E5AB0" w14:textId="77777777" w:rsidTr="006750F2">
        <w:trPr>
          <w:trHeight w:val="280"/>
        </w:trPr>
        <w:tc>
          <w:tcPr>
            <w:tcW w:w="919" w:type="dxa"/>
            <w:noWrap/>
            <w:hideMark/>
          </w:tcPr>
          <w:p w14:paraId="068AB98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Acutalibacter</w:t>
            </w:r>
          </w:p>
        </w:tc>
        <w:tc>
          <w:tcPr>
            <w:tcW w:w="852" w:type="dxa"/>
            <w:noWrap/>
            <w:hideMark/>
          </w:tcPr>
          <w:p w14:paraId="12FC6A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789EDB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w:t>
            </w:r>
          </w:p>
        </w:tc>
        <w:tc>
          <w:tcPr>
            <w:tcW w:w="768" w:type="dxa"/>
            <w:noWrap/>
            <w:hideMark/>
          </w:tcPr>
          <w:p w14:paraId="0160D3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A8F66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A5F4F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58074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4.9</w:t>
            </w:r>
          </w:p>
        </w:tc>
        <w:tc>
          <w:tcPr>
            <w:tcW w:w="694" w:type="dxa"/>
            <w:noWrap/>
            <w:hideMark/>
          </w:tcPr>
          <w:p w14:paraId="0BFA2F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80D3F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F5A8D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4.9</w:t>
            </w:r>
          </w:p>
        </w:tc>
        <w:tc>
          <w:tcPr>
            <w:tcW w:w="751" w:type="dxa"/>
            <w:noWrap/>
            <w:hideMark/>
          </w:tcPr>
          <w:p w14:paraId="5FF0E4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7870B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2D7DF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E9ED6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E932A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ED8BD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BE63B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D1CE810" w14:textId="77777777" w:rsidTr="006750F2">
        <w:trPr>
          <w:trHeight w:val="280"/>
        </w:trPr>
        <w:tc>
          <w:tcPr>
            <w:tcW w:w="919" w:type="dxa"/>
            <w:noWrap/>
            <w:hideMark/>
          </w:tcPr>
          <w:p w14:paraId="5239DF3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Aedoeadaptatus</w:t>
            </w:r>
          </w:p>
        </w:tc>
        <w:tc>
          <w:tcPr>
            <w:tcW w:w="852" w:type="dxa"/>
            <w:noWrap/>
            <w:hideMark/>
          </w:tcPr>
          <w:p w14:paraId="113418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6A419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3072AC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A4D87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B4777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FD1A4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8A972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7A026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5F36D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6AB5B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6DA48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F29AF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D449F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CA488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F069B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B96A3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218B82F" w14:textId="77777777" w:rsidTr="006750F2">
        <w:trPr>
          <w:trHeight w:val="280"/>
        </w:trPr>
        <w:tc>
          <w:tcPr>
            <w:tcW w:w="919" w:type="dxa"/>
            <w:noWrap/>
            <w:hideMark/>
          </w:tcPr>
          <w:p w14:paraId="18FF838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Agathobacter</w:t>
            </w:r>
          </w:p>
        </w:tc>
        <w:tc>
          <w:tcPr>
            <w:tcW w:w="852" w:type="dxa"/>
            <w:noWrap/>
            <w:hideMark/>
          </w:tcPr>
          <w:p w14:paraId="1D65CA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65149A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768" w:type="dxa"/>
            <w:noWrap/>
            <w:hideMark/>
          </w:tcPr>
          <w:p w14:paraId="62651E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C57F9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614CE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74CAF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15.2</w:t>
            </w:r>
          </w:p>
        </w:tc>
        <w:tc>
          <w:tcPr>
            <w:tcW w:w="694" w:type="dxa"/>
            <w:noWrap/>
            <w:hideMark/>
          </w:tcPr>
          <w:p w14:paraId="33E4B0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74D9D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7A2CB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15.2</w:t>
            </w:r>
          </w:p>
        </w:tc>
        <w:tc>
          <w:tcPr>
            <w:tcW w:w="751" w:type="dxa"/>
            <w:noWrap/>
            <w:hideMark/>
          </w:tcPr>
          <w:p w14:paraId="2B5553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3842B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073EA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9F683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12B9F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18C13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5D832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91AAAB6" w14:textId="77777777" w:rsidTr="006750F2">
        <w:trPr>
          <w:trHeight w:val="280"/>
        </w:trPr>
        <w:tc>
          <w:tcPr>
            <w:tcW w:w="919" w:type="dxa"/>
            <w:noWrap/>
            <w:hideMark/>
          </w:tcPr>
          <w:p w14:paraId="095EA39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Agathobaculum</w:t>
            </w:r>
          </w:p>
        </w:tc>
        <w:tc>
          <w:tcPr>
            <w:tcW w:w="852" w:type="dxa"/>
            <w:noWrap/>
            <w:hideMark/>
          </w:tcPr>
          <w:p w14:paraId="0EB69A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E4DEA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5E2BF3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73AE0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8B7CC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E370C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0DC56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FEA63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E02F7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2E94E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B8425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78D00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754E9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F8BC0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F53C1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B3486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031CDF5" w14:textId="77777777" w:rsidTr="006750F2">
        <w:trPr>
          <w:trHeight w:val="280"/>
        </w:trPr>
        <w:tc>
          <w:tcPr>
            <w:tcW w:w="919" w:type="dxa"/>
            <w:noWrap/>
            <w:hideMark/>
          </w:tcPr>
          <w:p w14:paraId="7F13D9B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Alitiscatomonas</w:t>
            </w:r>
          </w:p>
        </w:tc>
        <w:tc>
          <w:tcPr>
            <w:tcW w:w="852" w:type="dxa"/>
            <w:noWrap/>
            <w:hideMark/>
          </w:tcPr>
          <w:p w14:paraId="379413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46CC57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283C97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77CD0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A4951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9B998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694" w:type="dxa"/>
            <w:noWrap/>
            <w:hideMark/>
          </w:tcPr>
          <w:p w14:paraId="601003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174D9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909" w:type="dxa"/>
            <w:noWrap/>
            <w:hideMark/>
          </w:tcPr>
          <w:p w14:paraId="5AD804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51" w:type="dxa"/>
            <w:noWrap/>
            <w:hideMark/>
          </w:tcPr>
          <w:p w14:paraId="2C3B1C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2BE8A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2CB38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9448D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5F733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277B3C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DD284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A0B0779" w14:textId="77777777" w:rsidTr="006750F2">
        <w:trPr>
          <w:trHeight w:val="280"/>
        </w:trPr>
        <w:tc>
          <w:tcPr>
            <w:tcW w:w="919" w:type="dxa"/>
            <w:noWrap/>
            <w:hideMark/>
          </w:tcPr>
          <w:p w14:paraId="21B7175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Alkaliphilus</w:t>
            </w:r>
          </w:p>
        </w:tc>
        <w:tc>
          <w:tcPr>
            <w:tcW w:w="852" w:type="dxa"/>
            <w:noWrap/>
            <w:hideMark/>
          </w:tcPr>
          <w:p w14:paraId="0806DD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A7A33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0D2191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BD0AE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FC1BD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6819A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694" w:type="dxa"/>
            <w:noWrap/>
            <w:hideMark/>
          </w:tcPr>
          <w:p w14:paraId="65033A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7E2A8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909" w:type="dxa"/>
            <w:noWrap/>
            <w:hideMark/>
          </w:tcPr>
          <w:p w14:paraId="5D7372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108.3</w:t>
            </w:r>
          </w:p>
        </w:tc>
        <w:tc>
          <w:tcPr>
            <w:tcW w:w="751" w:type="dxa"/>
            <w:noWrap/>
            <w:hideMark/>
          </w:tcPr>
          <w:p w14:paraId="30FBAB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1F41C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CEC98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B9595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49792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5CE97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19D49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631EF7AF" w14:textId="77777777" w:rsidTr="006750F2">
        <w:trPr>
          <w:trHeight w:val="280"/>
        </w:trPr>
        <w:tc>
          <w:tcPr>
            <w:tcW w:w="919" w:type="dxa"/>
            <w:noWrap/>
            <w:hideMark/>
          </w:tcPr>
          <w:p w14:paraId="242A854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Anaerobutyricum</w:t>
            </w:r>
          </w:p>
        </w:tc>
        <w:tc>
          <w:tcPr>
            <w:tcW w:w="852" w:type="dxa"/>
            <w:noWrap/>
            <w:hideMark/>
          </w:tcPr>
          <w:p w14:paraId="0E4894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170B9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2C7EF9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E379B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721" w:type="dxa"/>
            <w:noWrap/>
            <w:hideMark/>
          </w:tcPr>
          <w:p w14:paraId="566355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BDCEF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94.1</w:t>
            </w:r>
          </w:p>
        </w:tc>
        <w:tc>
          <w:tcPr>
            <w:tcW w:w="694" w:type="dxa"/>
            <w:noWrap/>
            <w:hideMark/>
          </w:tcPr>
          <w:p w14:paraId="25CCAD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82FB6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9834C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94.1</w:t>
            </w:r>
          </w:p>
        </w:tc>
        <w:tc>
          <w:tcPr>
            <w:tcW w:w="751" w:type="dxa"/>
            <w:noWrap/>
            <w:hideMark/>
          </w:tcPr>
          <w:p w14:paraId="5D2544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9BD58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FF89B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F608A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5A2AF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D44EC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841E5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02844431" w14:textId="77777777" w:rsidTr="006750F2">
        <w:trPr>
          <w:trHeight w:val="280"/>
        </w:trPr>
        <w:tc>
          <w:tcPr>
            <w:tcW w:w="919" w:type="dxa"/>
            <w:noWrap/>
            <w:hideMark/>
          </w:tcPr>
          <w:p w14:paraId="3610EA1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Anaerocaecibacter</w:t>
            </w:r>
          </w:p>
        </w:tc>
        <w:tc>
          <w:tcPr>
            <w:tcW w:w="852" w:type="dxa"/>
            <w:noWrap/>
            <w:hideMark/>
          </w:tcPr>
          <w:p w14:paraId="41F03A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7FF81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768" w:type="dxa"/>
            <w:noWrap/>
            <w:hideMark/>
          </w:tcPr>
          <w:p w14:paraId="6021AE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72FE8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3F355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92849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99C12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38740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6C1C9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369DD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F665C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500C7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9E047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C31A7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7F2C4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75C7F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423DB01" w14:textId="77777777" w:rsidTr="006750F2">
        <w:trPr>
          <w:trHeight w:val="280"/>
        </w:trPr>
        <w:tc>
          <w:tcPr>
            <w:tcW w:w="919" w:type="dxa"/>
            <w:noWrap/>
            <w:hideMark/>
          </w:tcPr>
          <w:p w14:paraId="2738AD1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Anaerococcus</w:t>
            </w:r>
          </w:p>
        </w:tc>
        <w:tc>
          <w:tcPr>
            <w:tcW w:w="852" w:type="dxa"/>
            <w:noWrap/>
            <w:hideMark/>
          </w:tcPr>
          <w:p w14:paraId="445457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72BCBA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w:t>
            </w:r>
          </w:p>
        </w:tc>
        <w:tc>
          <w:tcPr>
            <w:tcW w:w="768" w:type="dxa"/>
            <w:noWrap/>
            <w:hideMark/>
          </w:tcPr>
          <w:p w14:paraId="4D3FC7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2C296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E11D9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DDA46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9DFDF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C8246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909" w:type="dxa"/>
            <w:noWrap/>
            <w:hideMark/>
          </w:tcPr>
          <w:p w14:paraId="7CDC2A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51" w:type="dxa"/>
            <w:noWrap/>
            <w:hideMark/>
          </w:tcPr>
          <w:p w14:paraId="254C3B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88F93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71C0D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A2C44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F43E1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A300F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0D9F1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17A78DA" w14:textId="77777777" w:rsidTr="006750F2">
        <w:trPr>
          <w:trHeight w:val="280"/>
        </w:trPr>
        <w:tc>
          <w:tcPr>
            <w:tcW w:w="919" w:type="dxa"/>
            <w:noWrap/>
            <w:hideMark/>
          </w:tcPr>
          <w:p w14:paraId="1E95AC9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Anaerocolumna</w:t>
            </w:r>
          </w:p>
        </w:tc>
        <w:tc>
          <w:tcPr>
            <w:tcW w:w="852" w:type="dxa"/>
            <w:noWrap/>
            <w:hideMark/>
          </w:tcPr>
          <w:p w14:paraId="6F0A5C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7B9C65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39F6E1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F27FC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C1AB6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7D7CE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95</w:t>
            </w:r>
          </w:p>
        </w:tc>
        <w:tc>
          <w:tcPr>
            <w:tcW w:w="694" w:type="dxa"/>
            <w:noWrap/>
            <w:hideMark/>
          </w:tcPr>
          <w:p w14:paraId="6D0981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0BE9E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BE5E4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95</w:t>
            </w:r>
          </w:p>
        </w:tc>
        <w:tc>
          <w:tcPr>
            <w:tcW w:w="751" w:type="dxa"/>
            <w:noWrap/>
            <w:hideMark/>
          </w:tcPr>
          <w:p w14:paraId="4D7C73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A77E1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41890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D7F4B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7801E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9138D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E1FB5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771DF889" w14:textId="77777777" w:rsidTr="006750F2">
        <w:trPr>
          <w:trHeight w:val="280"/>
        </w:trPr>
        <w:tc>
          <w:tcPr>
            <w:tcW w:w="919" w:type="dxa"/>
            <w:noWrap/>
            <w:hideMark/>
          </w:tcPr>
          <w:p w14:paraId="427B1A0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Anaerostipes</w:t>
            </w:r>
          </w:p>
        </w:tc>
        <w:tc>
          <w:tcPr>
            <w:tcW w:w="852" w:type="dxa"/>
            <w:noWrap/>
            <w:hideMark/>
          </w:tcPr>
          <w:p w14:paraId="07A2B9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8A472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27C24C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403FB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7CBFE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7DF27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13.6</w:t>
            </w:r>
          </w:p>
        </w:tc>
        <w:tc>
          <w:tcPr>
            <w:tcW w:w="694" w:type="dxa"/>
            <w:noWrap/>
            <w:hideMark/>
          </w:tcPr>
          <w:p w14:paraId="070C51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E94B7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A43E7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13.6</w:t>
            </w:r>
          </w:p>
        </w:tc>
        <w:tc>
          <w:tcPr>
            <w:tcW w:w="751" w:type="dxa"/>
            <w:noWrap/>
            <w:hideMark/>
          </w:tcPr>
          <w:p w14:paraId="0A03D6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0462B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F0767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A2964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112B7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60E52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E8A34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60EBA68" w14:textId="77777777" w:rsidTr="006750F2">
        <w:trPr>
          <w:trHeight w:val="280"/>
        </w:trPr>
        <w:tc>
          <w:tcPr>
            <w:tcW w:w="919" w:type="dxa"/>
            <w:noWrap/>
            <w:hideMark/>
          </w:tcPr>
          <w:p w14:paraId="53D48AB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Anaerotignum</w:t>
            </w:r>
          </w:p>
        </w:tc>
        <w:tc>
          <w:tcPr>
            <w:tcW w:w="852" w:type="dxa"/>
            <w:noWrap/>
            <w:hideMark/>
          </w:tcPr>
          <w:p w14:paraId="1BD989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38D63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768" w:type="dxa"/>
            <w:noWrap/>
            <w:hideMark/>
          </w:tcPr>
          <w:p w14:paraId="622753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9C57B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81B88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34F0E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10.8</w:t>
            </w:r>
          </w:p>
        </w:tc>
        <w:tc>
          <w:tcPr>
            <w:tcW w:w="694" w:type="dxa"/>
            <w:noWrap/>
            <w:hideMark/>
          </w:tcPr>
          <w:p w14:paraId="6AF00D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64F36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7E558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10.8</w:t>
            </w:r>
          </w:p>
        </w:tc>
        <w:tc>
          <w:tcPr>
            <w:tcW w:w="751" w:type="dxa"/>
            <w:noWrap/>
            <w:hideMark/>
          </w:tcPr>
          <w:p w14:paraId="346F51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D9E00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181D7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D2D1F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718A8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7F1B5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ECC13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4BDFECD" w14:textId="77777777" w:rsidTr="006750F2">
        <w:trPr>
          <w:trHeight w:val="280"/>
        </w:trPr>
        <w:tc>
          <w:tcPr>
            <w:tcW w:w="919" w:type="dxa"/>
            <w:noWrap/>
            <w:hideMark/>
          </w:tcPr>
          <w:p w14:paraId="2E1224D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Anaerotruncus</w:t>
            </w:r>
          </w:p>
        </w:tc>
        <w:tc>
          <w:tcPr>
            <w:tcW w:w="852" w:type="dxa"/>
            <w:noWrap/>
            <w:hideMark/>
          </w:tcPr>
          <w:p w14:paraId="091C05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3147E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143A24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5A652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8A9E6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9006C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13.3</w:t>
            </w:r>
          </w:p>
        </w:tc>
        <w:tc>
          <w:tcPr>
            <w:tcW w:w="694" w:type="dxa"/>
            <w:noWrap/>
            <w:hideMark/>
          </w:tcPr>
          <w:p w14:paraId="40469A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FA083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BDAD4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13.3</w:t>
            </w:r>
          </w:p>
        </w:tc>
        <w:tc>
          <w:tcPr>
            <w:tcW w:w="751" w:type="dxa"/>
            <w:noWrap/>
            <w:hideMark/>
          </w:tcPr>
          <w:p w14:paraId="151917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EA6F0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56158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29342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67A8D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689E1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2A3E6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7EAD493" w14:textId="77777777" w:rsidTr="006750F2">
        <w:trPr>
          <w:trHeight w:val="280"/>
        </w:trPr>
        <w:tc>
          <w:tcPr>
            <w:tcW w:w="919" w:type="dxa"/>
            <w:noWrap/>
            <w:hideMark/>
          </w:tcPr>
          <w:p w14:paraId="37E4FC8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Aristaeella</w:t>
            </w:r>
          </w:p>
        </w:tc>
        <w:tc>
          <w:tcPr>
            <w:tcW w:w="852" w:type="dxa"/>
            <w:noWrap/>
            <w:hideMark/>
          </w:tcPr>
          <w:p w14:paraId="66B7A8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2EC4FC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561C1A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F400F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7A4E1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B7038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B335E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CAF39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31.6</w:t>
            </w:r>
          </w:p>
        </w:tc>
        <w:tc>
          <w:tcPr>
            <w:tcW w:w="909" w:type="dxa"/>
            <w:noWrap/>
            <w:hideMark/>
          </w:tcPr>
          <w:p w14:paraId="092AE8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31.6</w:t>
            </w:r>
          </w:p>
        </w:tc>
        <w:tc>
          <w:tcPr>
            <w:tcW w:w="751" w:type="dxa"/>
            <w:noWrap/>
            <w:hideMark/>
          </w:tcPr>
          <w:p w14:paraId="4E32E4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17335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BD341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27DCF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F89F8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B1624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B8C7E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FE58757" w14:textId="77777777" w:rsidTr="006750F2">
        <w:trPr>
          <w:trHeight w:val="280"/>
        </w:trPr>
        <w:tc>
          <w:tcPr>
            <w:tcW w:w="919" w:type="dxa"/>
            <w:noWrap/>
            <w:hideMark/>
          </w:tcPr>
          <w:p w14:paraId="26E9D66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Avilachnospira</w:t>
            </w:r>
          </w:p>
        </w:tc>
        <w:tc>
          <w:tcPr>
            <w:tcW w:w="852" w:type="dxa"/>
            <w:noWrap/>
            <w:hideMark/>
          </w:tcPr>
          <w:p w14:paraId="73D326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6846A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20EB1D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6E0B5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59161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5627C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30.8</w:t>
            </w:r>
          </w:p>
        </w:tc>
        <w:tc>
          <w:tcPr>
            <w:tcW w:w="694" w:type="dxa"/>
            <w:noWrap/>
            <w:hideMark/>
          </w:tcPr>
          <w:p w14:paraId="3E6215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3F131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909" w:type="dxa"/>
            <w:noWrap/>
            <w:hideMark/>
          </w:tcPr>
          <w:p w14:paraId="66FAFE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38.5</w:t>
            </w:r>
          </w:p>
        </w:tc>
        <w:tc>
          <w:tcPr>
            <w:tcW w:w="751" w:type="dxa"/>
            <w:noWrap/>
            <w:hideMark/>
          </w:tcPr>
          <w:p w14:paraId="45F5D8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37973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5452D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9DFA2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37265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69D84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3FA2E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6F04722" w14:textId="77777777" w:rsidTr="006750F2">
        <w:trPr>
          <w:trHeight w:val="280"/>
        </w:trPr>
        <w:tc>
          <w:tcPr>
            <w:tcW w:w="919" w:type="dxa"/>
            <w:noWrap/>
            <w:hideMark/>
          </w:tcPr>
          <w:p w14:paraId="0385FC8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Avimonas</w:t>
            </w:r>
          </w:p>
        </w:tc>
        <w:tc>
          <w:tcPr>
            <w:tcW w:w="852" w:type="dxa"/>
            <w:noWrap/>
            <w:hideMark/>
          </w:tcPr>
          <w:p w14:paraId="4635C4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7CAB1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5614D9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8FA01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A0A8E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21B0E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30AA8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ADD80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E85FB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51C2D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5017D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53FD0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C1CAF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3931C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DAEDB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82F3A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2E72E4F" w14:textId="77777777" w:rsidTr="006750F2">
        <w:trPr>
          <w:trHeight w:val="280"/>
        </w:trPr>
        <w:tc>
          <w:tcPr>
            <w:tcW w:w="919" w:type="dxa"/>
            <w:noWrap/>
            <w:hideMark/>
          </w:tcPr>
          <w:p w14:paraId="6AE5A9B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Avispirillum</w:t>
            </w:r>
          </w:p>
        </w:tc>
        <w:tc>
          <w:tcPr>
            <w:tcW w:w="852" w:type="dxa"/>
            <w:noWrap/>
            <w:hideMark/>
          </w:tcPr>
          <w:p w14:paraId="07AC74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7DEEB9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4A5F80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CD492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20C83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52AAC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12457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A42E3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32C01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A484D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2CDDA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E4662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D45B3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612E8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E66AD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427B8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3B8A339" w14:textId="77777777" w:rsidTr="006750F2">
        <w:trPr>
          <w:trHeight w:val="280"/>
        </w:trPr>
        <w:tc>
          <w:tcPr>
            <w:tcW w:w="919" w:type="dxa"/>
            <w:noWrap/>
            <w:hideMark/>
          </w:tcPr>
          <w:p w14:paraId="69E86C1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Bariatricus</w:t>
            </w:r>
          </w:p>
        </w:tc>
        <w:tc>
          <w:tcPr>
            <w:tcW w:w="852" w:type="dxa"/>
            <w:noWrap/>
            <w:hideMark/>
          </w:tcPr>
          <w:p w14:paraId="148744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24518D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67A03B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90FCC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E2B91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886B7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694" w:type="dxa"/>
            <w:noWrap/>
            <w:hideMark/>
          </w:tcPr>
          <w:p w14:paraId="532D29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68C1E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87171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751" w:type="dxa"/>
            <w:noWrap/>
            <w:hideMark/>
          </w:tcPr>
          <w:p w14:paraId="431211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74544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76C3D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E8C45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649AF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3E42F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3FE09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2A61C66" w14:textId="77777777" w:rsidTr="006750F2">
        <w:trPr>
          <w:trHeight w:val="280"/>
        </w:trPr>
        <w:tc>
          <w:tcPr>
            <w:tcW w:w="919" w:type="dxa"/>
            <w:noWrap/>
            <w:hideMark/>
          </w:tcPr>
          <w:p w14:paraId="6D5A950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Bilifractor</w:t>
            </w:r>
          </w:p>
        </w:tc>
        <w:tc>
          <w:tcPr>
            <w:tcW w:w="852" w:type="dxa"/>
            <w:noWrap/>
            <w:hideMark/>
          </w:tcPr>
          <w:p w14:paraId="471406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66550D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67EF43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0FFD8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22C58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A5D82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38.9</w:t>
            </w:r>
          </w:p>
        </w:tc>
        <w:tc>
          <w:tcPr>
            <w:tcW w:w="694" w:type="dxa"/>
            <w:noWrap/>
            <w:hideMark/>
          </w:tcPr>
          <w:p w14:paraId="4071A2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2735F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F1897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38.9</w:t>
            </w:r>
          </w:p>
        </w:tc>
        <w:tc>
          <w:tcPr>
            <w:tcW w:w="751" w:type="dxa"/>
            <w:noWrap/>
            <w:hideMark/>
          </w:tcPr>
          <w:p w14:paraId="6D7CA1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14D5C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FE3B8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E3A4F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DF6FE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79567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9AD91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1C6A986" w14:textId="77777777" w:rsidTr="006750F2">
        <w:trPr>
          <w:trHeight w:val="280"/>
        </w:trPr>
        <w:tc>
          <w:tcPr>
            <w:tcW w:w="919" w:type="dxa"/>
            <w:noWrap/>
            <w:hideMark/>
          </w:tcPr>
          <w:p w14:paraId="099C348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Blautia</w:t>
            </w:r>
          </w:p>
        </w:tc>
        <w:tc>
          <w:tcPr>
            <w:tcW w:w="852" w:type="dxa"/>
            <w:noWrap/>
            <w:hideMark/>
          </w:tcPr>
          <w:p w14:paraId="4897A6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7CD6F6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w:t>
            </w:r>
          </w:p>
        </w:tc>
        <w:tc>
          <w:tcPr>
            <w:tcW w:w="768" w:type="dxa"/>
            <w:noWrap/>
            <w:hideMark/>
          </w:tcPr>
          <w:p w14:paraId="5DAE66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6A6B8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50B2B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8A196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25.4</w:t>
            </w:r>
          </w:p>
        </w:tc>
        <w:tc>
          <w:tcPr>
            <w:tcW w:w="694" w:type="dxa"/>
            <w:noWrap/>
            <w:hideMark/>
          </w:tcPr>
          <w:p w14:paraId="4A0D8C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4CAA1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0.8</w:t>
            </w:r>
          </w:p>
        </w:tc>
        <w:tc>
          <w:tcPr>
            <w:tcW w:w="909" w:type="dxa"/>
            <w:noWrap/>
            <w:hideMark/>
          </w:tcPr>
          <w:p w14:paraId="6CA6AB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26.3</w:t>
            </w:r>
          </w:p>
        </w:tc>
        <w:tc>
          <w:tcPr>
            <w:tcW w:w="751" w:type="dxa"/>
            <w:noWrap/>
            <w:hideMark/>
          </w:tcPr>
          <w:p w14:paraId="5100A3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09119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99957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AC16F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9E53D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A8841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850E0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7C96B3F" w14:textId="77777777" w:rsidTr="006750F2">
        <w:trPr>
          <w:trHeight w:val="280"/>
        </w:trPr>
        <w:tc>
          <w:tcPr>
            <w:tcW w:w="919" w:type="dxa"/>
            <w:noWrap/>
            <w:hideMark/>
          </w:tcPr>
          <w:p w14:paraId="1D62717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Borkfalkia</w:t>
            </w:r>
          </w:p>
        </w:tc>
        <w:tc>
          <w:tcPr>
            <w:tcW w:w="852" w:type="dxa"/>
            <w:noWrap/>
            <w:hideMark/>
          </w:tcPr>
          <w:p w14:paraId="64A8B3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6F1C5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743516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3A584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FE77D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ED15D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10BAD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80FA2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ACC3D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870C1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8AEF2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A9514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43DAB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CF120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96E83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FBF45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A19F553" w14:textId="77777777" w:rsidTr="006750F2">
        <w:trPr>
          <w:trHeight w:val="280"/>
        </w:trPr>
        <w:tc>
          <w:tcPr>
            <w:tcW w:w="919" w:type="dxa"/>
            <w:noWrap/>
            <w:hideMark/>
          </w:tcPr>
          <w:p w14:paraId="05245A6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Bovifimicola</w:t>
            </w:r>
          </w:p>
        </w:tc>
        <w:tc>
          <w:tcPr>
            <w:tcW w:w="852" w:type="dxa"/>
            <w:noWrap/>
            <w:hideMark/>
          </w:tcPr>
          <w:p w14:paraId="5EAE02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54995E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1AD369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B935B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F2DE6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EFA62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54.5</w:t>
            </w:r>
          </w:p>
        </w:tc>
        <w:tc>
          <w:tcPr>
            <w:tcW w:w="694" w:type="dxa"/>
            <w:noWrap/>
            <w:hideMark/>
          </w:tcPr>
          <w:p w14:paraId="26A9CF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B9717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E7D37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54.5</w:t>
            </w:r>
          </w:p>
        </w:tc>
        <w:tc>
          <w:tcPr>
            <w:tcW w:w="751" w:type="dxa"/>
            <w:noWrap/>
            <w:hideMark/>
          </w:tcPr>
          <w:p w14:paraId="34BFC0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B4C5A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B3759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5716E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BA047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ED56C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CAA3E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0EB2E1C" w14:textId="77777777" w:rsidTr="006750F2">
        <w:trPr>
          <w:trHeight w:val="280"/>
        </w:trPr>
        <w:tc>
          <w:tcPr>
            <w:tcW w:w="919" w:type="dxa"/>
            <w:noWrap/>
            <w:hideMark/>
          </w:tcPr>
          <w:p w14:paraId="70E52AC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Brotaphodocola</w:t>
            </w:r>
          </w:p>
        </w:tc>
        <w:tc>
          <w:tcPr>
            <w:tcW w:w="852" w:type="dxa"/>
            <w:noWrap/>
            <w:hideMark/>
          </w:tcPr>
          <w:p w14:paraId="22A6BB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717617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768" w:type="dxa"/>
            <w:noWrap/>
            <w:hideMark/>
          </w:tcPr>
          <w:p w14:paraId="5A696B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948F9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F9A48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CCDCC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694" w:type="dxa"/>
            <w:noWrap/>
            <w:hideMark/>
          </w:tcPr>
          <w:p w14:paraId="7E27E1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B0AEF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D9FD4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51" w:type="dxa"/>
            <w:noWrap/>
            <w:hideMark/>
          </w:tcPr>
          <w:p w14:paraId="079B06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15751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DD996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F7F23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B8616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209C1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B43BE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5765625" w14:textId="77777777" w:rsidTr="006750F2">
        <w:trPr>
          <w:trHeight w:val="280"/>
        </w:trPr>
        <w:tc>
          <w:tcPr>
            <w:tcW w:w="919" w:type="dxa"/>
            <w:noWrap/>
            <w:hideMark/>
          </w:tcPr>
          <w:p w14:paraId="1954BBB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Butyribacter</w:t>
            </w:r>
          </w:p>
        </w:tc>
        <w:tc>
          <w:tcPr>
            <w:tcW w:w="852" w:type="dxa"/>
            <w:noWrap/>
            <w:hideMark/>
          </w:tcPr>
          <w:p w14:paraId="62B249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6CBF59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768" w:type="dxa"/>
            <w:noWrap/>
            <w:hideMark/>
          </w:tcPr>
          <w:p w14:paraId="03D60C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5AF3D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EC9D1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F7C5D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11.1</w:t>
            </w:r>
          </w:p>
        </w:tc>
        <w:tc>
          <w:tcPr>
            <w:tcW w:w="694" w:type="dxa"/>
            <w:noWrap/>
            <w:hideMark/>
          </w:tcPr>
          <w:p w14:paraId="711E47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19DC9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D3B2A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11.1</w:t>
            </w:r>
          </w:p>
        </w:tc>
        <w:tc>
          <w:tcPr>
            <w:tcW w:w="751" w:type="dxa"/>
            <w:noWrap/>
            <w:hideMark/>
          </w:tcPr>
          <w:p w14:paraId="31CAD2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D040F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FD396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331BC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60A4A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3CB74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F4858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35CD881" w14:textId="77777777" w:rsidTr="006750F2">
        <w:trPr>
          <w:trHeight w:val="280"/>
        </w:trPr>
        <w:tc>
          <w:tcPr>
            <w:tcW w:w="919" w:type="dxa"/>
            <w:noWrap/>
            <w:hideMark/>
          </w:tcPr>
          <w:p w14:paraId="37D3BAE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Butyricicoccus</w:t>
            </w:r>
          </w:p>
        </w:tc>
        <w:tc>
          <w:tcPr>
            <w:tcW w:w="852" w:type="dxa"/>
            <w:noWrap/>
            <w:hideMark/>
          </w:tcPr>
          <w:p w14:paraId="50B54A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55E833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768" w:type="dxa"/>
            <w:noWrap/>
            <w:hideMark/>
          </w:tcPr>
          <w:p w14:paraId="481E5B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FB795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0F752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B18EA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w:t>
            </w:r>
          </w:p>
        </w:tc>
        <w:tc>
          <w:tcPr>
            <w:tcW w:w="694" w:type="dxa"/>
            <w:noWrap/>
            <w:hideMark/>
          </w:tcPr>
          <w:p w14:paraId="45F991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23FF7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AF468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w:t>
            </w:r>
          </w:p>
        </w:tc>
        <w:tc>
          <w:tcPr>
            <w:tcW w:w="751" w:type="dxa"/>
            <w:noWrap/>
            <w:hideMark/>
          </w:tcPr>
          <w:p w14:paraId="4D5D20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8AD13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2D978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BFCCC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C2B39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15255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EAB0E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79F6969" w14:textId="77777777" w:rsidTr="006750F2">
        <w:trPr>
          <w:trHeight w:val="280"/>
        </w:trPr>
        <w:tc>
          <w:tcPr>
            <w:tcW w:w="919" w:type="dxa"/>
            <w:noWrap/>
            <w:hideMark/>
          </w:tcPr>
          <w:p w14:paraId="5BEAB88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Butyrivibrio</w:t>
            </w:r>
          </w:p>
        </w:tc>
        <w:tc>
          <w:tcPr>
            <w:tcW w:w="852" w:type="dxa"/>
            <w:noWrap/>
            <w:hideMark/>
          </w:tcPr>
          <w:p w14:paraId="56B63A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27E6C6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w:t>
            </w:r>
          </w:p>
        </w:tc>
        <w:tc>
          <w:tcPr>
            <w:tcW w:w="768" w:type="dxa"/>
            <w:noWrap/>
            <w:hideMark/>
          </w:tcPr>
          <w:p w14:paraId="5B4DAD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E010D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96EAD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5FE34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51.4</w:t>
            </w:r>
          </w:p>
        </w:tc>
        <w:tc>
          <w:tcPr>
            <w:tcW w:w="694" w:type="dxa"/>
            <w:noWrap/>
            <w:hideMark/>
          </w:tcPr>
          <w:p w14:paraId="443429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0371F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DC0B3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51.4</w:t>
            </w:r>
          </w:p>
        </w:tc>
        <w:tc>
          <w:tcPr>
            <w:tcW w:w="751" w:type="dxa"/>
            <w:noWrap/>
            <w:hideMark/>
          </w:tcPr>
          <w:p w14:paraId="64BB46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F7E20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4C2F6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67C24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39BB9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81B56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BC109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A34F2EC" w14:textId="77777777" w:rsidTr="006750F2">
        <w:trPr>
          <w:trHeight w:val="280"/>
        </w:trPr>
        <w:tc>
          <w:tcPr>
            <w:tcW w:w="919" w:type="dxa"/>
            <w:noWrap/>
            <w:hideMark/>
          </w:tcPr>
          <w:p w14:paraId="599B9B2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CAG-103</w:t>
            </w:r>
          </w:p>
        </w:tc>
        <w:tc>
          <w:tcPr>
            <w:tcW w:w="852" w:type="dxa"/>
            <w:noWrap/>
            <w:hideMark/>
          </w:tcPr>
          <w:p w14:paraId="419B7E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5449D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344F9C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D2DCE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15C0D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36E09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694" w:type="dxa"/>
            <w:noWrap/>
            <w:hideMark/>
          </w:tcPr>
          <w:p w14:paraId="7F6713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068E6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3681B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51" w:type="dxa"/>
            <w:noWrap/>
            <w:hideMark/>
          </w:tcPr>
          <w:p w14:paraId="0C0523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C3C3A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DA5F3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269E8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40597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593D7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3CA12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801EF8D" w14:textId="77777777" w:rsidTr="006750F2">
        <w:trPr>
          <w:trHeight w:val="280"/>
        </w:trPr>
        <w:tc>
          <w:tcPr>
            <w:tcW w:w="919" w:type="dxa"/>
            <w:noWrap/>
            <w:hideMark/>
          </w:tcPr>
          <w:p w14:paraId="4C581E9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CAG-115</w:t>
            </w:r>
          </w:p>
        </w:tc>
        <w:tc>
          <w:tcPr>
            <w:tcW w:w="852" w:type="dxa"/>
            <w:noWrap/>
            <w:hideMark/>
          </w:tcPr>
          <w:p w14:paraId="6B99DB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87CE4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w:t>
            </w:r>
          </w:p>
        </w:tc>
        <w:tc>
          <w:tcPr>
            <w:tcW w:w="768" w:type="dxa"/>
            <w:noWrap/>
            <w:hideMark/>
          </w:tcPr>
          <w:p w14:paraId="3A5D33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48B15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6D0F3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92309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0351D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0C944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463CE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3F95D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09097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618B5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CF7B2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58A07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2B521E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865E4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CF7546A" w14:textId="77777777" w:rsidTr="006750F2">
        <w:trPr>
          <w:trHeight w:val="280"/>
        </w:trPr>
        <w:tc>
          <w:tcPr>
            <w:tcW w:w="919" w:type="dxa"/>
            <w:noWrap/>
            <w:hideMark/>
          </w:tcPr>
          <w:p w14:paraId="0D4FCAF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CAG-170</w:t>
            </w:r>
          </w:p>
        </w:tc>
        <w:tc>
          <w:tcPr>
            <w:tcW w:w="852" w:type="dxa"/>
            <w:noWrap/>
            <w:hideMark/>
          </w:tcPr>
          <w:p w14:paraId="492B32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94831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01AFE9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4A17B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210C2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80878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694" w:type="dxa"/>
            <w:noWrap/>
            <w:hideMark/>
          </w:tcPr>
          <w:p w14:paraId="2802CB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E390B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909" w:type="dxa"/>
            <w:noWrap/>
            <w:hideMark/>
          </w:tcPr>
          <w:p w14:paraId="3D6FE1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23.1</w:t>
            </w:r>
          </w:p>
        </w:tc>
        <w:tc>
          <w:tcPr>
            <w:tcW w:w="751" w:type="dxa"/>
            <w:noWrap/>
            <w:hideMark/>
          </w:tcPr>
          <w:p w14:paraId="082104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5B3C1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C23BC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20BE9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E054F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1CBB9E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4B132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D25C551" w14:textId="77777777" w:rsidTr="006750F2">
        <w:trPr>
          <w:trHeight w:val="280"/>
        </w:trPr>
        <w:tc>
          <w:tcPr>
            <w:tcW w:w="919" w:type="dxa"/>
            <w:noWrap/>
            <w:hideMark/>
          </w:tcPr>
          <w:p w14:paraId="376E543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CAG-177</w:t>
            </w:r>
          </w:p>
        </w:tc>
        <w:tc>
          <w:tcPr>
            <w:tcW w:w="852" w:type="dxa"/>
            <w:noWrap/>
            <w:hideMark/>
          </w:tcPr>
          <w:p w14:paraId="1EA125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273164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768" w:type="dxa"/>
            <w:noWrap/>
            <w:hideMark/>
          </w:tcPr>
          <w:p w14:paraId="2CF40B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95997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D0825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C9789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C90EC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ECCF4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7D1F5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CCE57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2F697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9148F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4E024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5F438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52BB2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8735F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ED872E8" w14:textId="77777777" w:rsidTr="006750F2">
        <w:trPr>
          <w:trHeight w:val="280"/>
        </w:trPr>
        <w:tc>
          <w:tcPr>
            <w:tcW w:w="919" w:type="dxa"/>
            <w:noWrap/>
            <w:hideMark/>
          </w:tcPr>
          <w:p w14:paraId="2D0FA2A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CAG-238</w:t>
            </w:r>
          </w:p>
        </w:tc>
        <w:tc>
          <w:tcPr>
            <w:tcW w:w="852" w:type="dxa"/>
            <w:noWrap/>
            <w:hideMark/>
          </w:tcPr>
          <w:p w14:paraId="4BDF75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56A2D6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4007C3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4F5F4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ABC87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DB599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ADA50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44473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10152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AD98E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74AEE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0ABCD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9E693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DAC50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36A76B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FD5F9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3DDC171" w14:textId="77777777" w:rsidTr="006750F2">
        <w:trPr>
          <w:trHeight w:val="280"/>
        </w:trPr>
        <w:tc>
          <w:tcPr>
            <w:tcW w:w="919" w:type="dxa"/>
            <w:noWrap/>
            <w:hideMark/>
          </w:tcPr>
          <w:p w14:paraId="30BD214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CAG-303</w:t>
            </w:r>
          </w:p>
        </w:tc>
        <w:tc>
          <w:tcPr>
            <w:tcW w:w="852" w:type="dxa"/>
            <w:noWrap/>
            <w:hideMark/>
          </w:tcPr>
          <w:p w14:paraId="62B333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FCACB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71ECE0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76714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89D0E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C3C17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694" w:type="dxa"/>
            <w:noWrap/>
            <w:hideMark/>
          </w:tcPr>
          <w:p w14:paraId="284CC9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4C7F4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5F2CA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751" w:type="dxa"/>
            <w:noWrap/>
            <w:hideMark/>
          </w:tcPr>
          <w:p w14:paraId="6E5A8B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2A327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83A58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171A5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FD4FB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48B59E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A8CBA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2185032" w14:textId="77777777" w:rsidTr="006750F2">
        <w:trPr>
          <w:trHeight w:val="280"/>
        </w:trPr>
        <w:tc>
          <w:tcPr>
            <w:tcW w:w="919" w:type="dxa"/>
            <w:noWrap/>
            <w:hideMark/>
          </w:tcPr>
          <w:p w14:paraId="6D52B63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CAG-448</w:t>
            </w:r>
          </w:p>
        </w:tc>
        <w:tc>
          <w:tcPr>
            <w:tcW w:w="852" w:type="dxa"/>
            <w:noWrap/>
            <w:hideMark/>
          </w:tcPr>
          <w:p w14:paraId="1925FF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61D14E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35C057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EF67E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170A0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8DD08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2894F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8C851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7F350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C668C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538B6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BB8E0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E9AE2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6EE78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75A3B3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42888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6E2ACED" w14:textId="77777777" w:rsidTr="006750F2">
        <w:trPr>
          <w:trHeight w:val="280"/>
        </w:trPr>
        <w:tc>
          <w:tcPr>
            <w:tcW w:w="919" w:type="dxa"/>
            <w:noWrap/>
            <w:hideMark/>
          </w:tcPr>
          <w:p w14:paraId="39C95EF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CAG-488</w:t>
            </w:r>
          </w:p>
        </w:tc>
        <w:tc>
          <w:tcPr>
            <w:tcW w:w="852" w:type="dxa"/>
            <w:noWrap/>
            <w:hideMark/>
          </w:tcPr>
          <w:p w14:paraId="7D4BEF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6536E5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061E23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D34D2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E8A5A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CB52D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DA548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8E667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A1E0F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E5094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456E2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44605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D5064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0282C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304281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261A4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98F88A6" w14:textId="77777777" w:rsidTr="006750F2">
        <w:trPr>
          <w:trHeight w:val="280"/>
        </w:trPr>
        <w:tc>
          <w:tcPr>
            <w:tcW w:w="919" w:type="dxa"/>
            <w:noWrap/>
            <w:hideMark/>
          </w:tcPr>
          <w:p w14:paraId="7110F49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CAG-510</w:t>
            </w:r>
          </w:p>
        </w:tc>
        <w:tc>
          <w:tcPr>
            <w:tcW w:w="852" w:type="dxa"/>
            <w:noWrap/>
            <w:hideMark/>
          </w:tcPr>
          <w:p w14:paraId="328506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46393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6B2861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73BE3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F8599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35C7B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DEEB2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95354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CCFB0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6ACA3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7FD61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E8D59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FBAAA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724E3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3D2587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3D33B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8DB428E" w14:textId="77777777" w:rsidTr="006750F2">
        <w:trPr>
          <w:trHeight w:val="280"/>
        </w:trPr>
        <w:tc>
          <w:tcPr>
            <w:tcW w:w="919" w:type="dxa"/>
            <w:noWrap/>
            <w:hideMark/>
          </w:tcPr>
          <w:p w14:paraId="527A1C3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CAG-590</w:t>
            </w:r>
          </w:p>
        </w:tc>
        <w:tc>
          <w:tcPr>
            <w:tcW w:w="852" w:type="dxa"/>
            <w:noWrap/>
            <w:hideMark/>
          </w:tcPr>
          <w:p w14:paraId="3199A1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6DCEFF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392F0E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D449B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C1AF7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1968B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694" w:type="dxa"/>
            <w:noWrap/>
            <w:hideMark/>
          </w:tcPr>
          <w:p w14:paraId="277458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57C63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FF022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751" w:type="dxa"/>
            <w:noWrap/>
            <w:hideMark/>
          </w:tcPr>
          <w:p w14:paraId="3A58B3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7F206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AF548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EE459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93B99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E8B3F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F13E2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3C60AB5" w14:textId="77777777" w:rsidTr="006750F2">
        <w:trPr>
          <w:trHeight w:val="280"/>
        </w:trPr>
        <w:tc>
          <w:tcPr>
            <w:tcW w:w="919" w:type="dxa"/>
            <w:noWrap/>
            <w:hideMark/>
          </w:tcPr>
          <w:p w14:paraId="3E95404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CAG-632</w:t>
            </w:r>
          </w:p>
        </w:tc>
        <w:tc>
          <w:tcPr>
            <w:tcW w:w="852" w:type="dxa"/>
            <w:noWrap/>
            <w:hideMark/>
          </w:tcPr>
          <w:p w14:paraId="7ED036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4CD10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1A0510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F5957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16F64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979E2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694" w:type="dxa"/>
            <w:noWrap/>
            <w:hideMark/>
          </w:tcPr>
          <w:p w14:paraId="73E33D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FC9E3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F262A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51" w:type="dxa"/>
            <w:noWrap/>
            <w:hideMark/>
          </w:tcPr>
          <w:p w14:paraId="664ABD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C571E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54817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9BB20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AD06C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8D58D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3A3F3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06CD549" w14:textId="77777777" w:rsidTr="006750F2">
        <w:trPr>
          <w:trHeight w:val="280"/>
        </w:trPr>
        <w:tc>
          <w:tcPr>
            <w:tcW w:w="919" w:type="dxa"/>
            <w:noWrap/>
            <w:hideMark/>
          </w:tcPr>
          <w:p w14:paraId="2F95837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CAG-791</w:t>
            </w:r>
          </w:p>
        </w:tc>
        <w:tc>
          <w:tcPr>
            <w:tcW w:w="852" w:type="dxa"/>
            <w:noWrap/>
            <w:hideMark/>
          </w:tcPr>
          <w:p w14:paraId="15E151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001BE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768" w:type="dxa"/>
            <w:noWrap/>
            <w:hideMark/>
          </w:tcPr>
          <w:p w14:paraId="5DF324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3C398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w:t>
            </w:r>
          </w:p>
        </w:tc>
        <w:tc>
          <w:tcPr>
            <w:tcW w:w="721" w:type="dxa"/>
            <w:noWrap/>
            <w:hideMark/>
          </w:tcPr>
          <w:p w14:paraId="11D086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7CCD0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53.1</w:t>
            </w:r>
          </w:p>
        </w:tc>
        <w:tc>
          <w:tcPr>
            <w:tcW w:w="694" w:type="dxa"/>
            <w:noWrap/>
            <w:hideMark/>
          </w:tcPr>
          <w:p w14:paraId="5764DD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38EC9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w:t>
            </w:r>
          </w:p>
        </w:tc>
        <w:tc>
          <w:tcPr>
            <w:tcW w:w="909" w:type="dxa"/>
            <w:noWrap/>
            <w:hideMark/>
          </w:tcPr>
          <w:p w14:paraId="27DA00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59.4</w:t>
            </w:r>
          </w:p>
        </w:tc>
        <w:tc>
          <w:tcPr>
            <w:tcW w:w="751" w:type="dxa"/>
            <w:noWrap/>
            <w:hideMark/>
          </w:tcPr>
          <w:p w14:paraId="7141C9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3EB2C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01FFA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5D3D7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B0C0C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856C8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46777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D23B7F6" w14:textId="77777777" w:rsidTr="006750F2">
        <w:trPr>
          <w:trHeight w:val="280"/>
        </w:trPr>
        <w:tc>
          <w:tcPr>
            <w:tcW w:w="919" w:type="dxa"/>
            <w:noWrap/>
            <w:hideMark/>
          </w:tcPr>
          <w:p w14:paraId="0A3F201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CAJOIG01</w:t>
            </w:r>
          </w:p>
        </w:tc>
        <w:tc>
          <w:tcPr>
            <w:tcW w:w="852" w:type="dxa"/>
            <w:noWrap/>
            <w:hideMark/>
          </w:tcPr>
          <w:p w14:paraId="32C00D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CD278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0165F5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F9A87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64B75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7DC78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694" w:type="dxa"/>
            <w:noWrap/>
            <w:hideMark/>
          </w:tcPr>
          <w:p w14:paraId="200899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4FD4C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47B40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751" w:type="dxa"/>
            <w:noWrap/>
            <w:hideMark/>
          </w:tcPr>
          <w:p w14:paraId="075EF8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16102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1B312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DCD62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B532D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10A62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66A75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8430D04" w14:textId="77777777" w:rsidTr="006750F2">
        <w:trPr>
          <w:trHeight w:val="280"/>
        </w:trPr>
        <w:tc>
          <w:tcPr>
            <w:tcW w:w="919" w:type="dxa"/>
            <w:noWrap/>
            <w:hideMark/>
          </w:tcPr>
          <w:p w14:paraId="1E55304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COE1</w:t>
            </w:r>
          </w:p>
        </w:tc>
        <w:tc>
          <w:tcPr>
            <w:tcW w:w="852" w:type="dxa"/>
            <w:noWrap/>
            <w:hideMark/>
          </w:tcPr>
          <w:p w14:paraId="452A72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86E0C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w:t>
            </w:r>
          </w:p>
        </w:tc>
        <w:tc>
          <w:tcPr>
            <w:tcW w:w="768" w:type="dxa"/>
            <w:noWrap/>
            <w:hideMark/>
          </w:tcPr>
          <w:p w14:paraId="00E6DD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3CDF6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F7C91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8D68F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11.9</w:t>
            </w:r>
          </w:p>
        </w:tc>
        <w:tc>
          <w:tcPr>
            <w:tcW w:w="694" w:type="dxa"/>
            <w:noWrap/>
            <w:hideMark/>
          </w:tcPr>
          <w:p w14:paraId="0A5AAA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35131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CEE09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11.9</w:t>
            </w:r>
          </w:p>
        </w:tc>
        <w:tc>
          <w:tcPr>
            <w:tcW w:w="751" w:type="dxa"/>
            <w:noWrap/>
            <w:hideMark/>
          </w:tcPr>
          <w:p w14:paraId="02F099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33D76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80A26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873A0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6D456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B1203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D12E0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2EB38AA" w14:textId="77777777" w:rsidTr="006750F2">
        <w:trPr>
          <w:trHeight w:val="280"/>
        </w:trPr>
        <w:tc>
          <w:tcPr>
            <w:tcW w:w="919" w:type="dxa"/>
            <w:noWrap/>
            <w:hideMark/>
          </w:tcPr>
          <w:p w14:paraId="4F57321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Caccovicinus</w:t>
            </w:r>
          </w:p>
        </w:tc>
        <w:tc>
          <w:tcPr>
            <w:tcW w:w="852" w:type="dxa"/>
            <w:noWrap/>
            <w:hideMark/>
          </w:tcPr>
          <w:p w14:paraId="5F2860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2B1C8C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0140D0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18.8</w:t>
            </w:r>
          </w:p>
        </w:tc>
        <w:tc>
          <w:tcPr>
            <w:tcW w:w="739" w:type="dxa"/>
            <w:noWrap/>
            <w:hideMark/>
          </w:tcPr>
          <w:p w14:paraId="2E926C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2532A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B8822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0B233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F7814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CAFE0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18.8</w:t>
            </w:r>
          </w:p>
        </w:tc>
        <w:tc>
          <w:tcPr>
            <w:tcW w:w="751" w:type="dxa"/>
            <w:noWrap/>
            <w:hideMark/>
          </w:tcPr>
          <w:p w14:paraId="123472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11C4F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61A94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4B4BC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4B61A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2918E8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B9A8B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67161D2" w14:textId="77777777" w:rsidTr="006750F2">
        <w:trPr>
          <w:trHeight w:val="280"/>
        </w:trPr>
        <w:tc>
          <w:tcPr>
            <w:tcW w:w="919" w:type="dxa"/>
            <w:noWrap/>
            <w:hideMark/>
          </w:tcPr>
          <w:p w14:paraId="04E9ACC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Caccovivens</w:t>
            </w:r>
          </w:p>
        </w:tc>
        <w:tc>
          <w:tcPr>
            <w:tcW w:w="852" w:type="dxa"/>
            <w:noWrap/>
            <w:hideMark/>
          </w:tcPr>
          <w:p w14:paraId="1396DC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D89DB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4CAD20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8D16B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5165C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5DA1C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B8A46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2C824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329BD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36A77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67E80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E1613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FFD18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w:t>
            </w:r>
            <w:r w:rsidRPr="00A057D9">
              <w:rPr>
                <w:rFonts w:ascii="Times New Roman" w:eastAsia="宋体" w:hAnsi="Times New Roman" w:cs="Times New Roman" w:hint="eastAsia"/>
                <w:sz w:val="13"/>
                <w:szCs w:val="13"/>
                <w:lang w:eastAsia="zh-CN"/>
              </w:rPr>
              <w:lastRenderedPageBreak/>
              <w:t>ed</w:t>
            </w:r>
          </w:p>
        </w:tc>
        <w:tc>
          <w:tcPr>
            <w:tcW w:w="657" w:type="dxa"/>
            <w:noWrap/>
            <w:hideMark/>
          </w:tcPr>
          <w:p w14:paraId="5BB32B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lastRenderedPageBreak/>
              <w:t>1</w:t>
            </w:r>
          </w:p>
        </w:tc>
        <w:tc>
          <w:tcPr>
            <w:tcW w:w="854" w:type="dxa"/>
            <w:noWrap/>
            <w:hideMark/>
          </w:tcPr>
          <w:p w14:paraId="0391CB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B2C1D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EA8D34C" w14:textId="77777777" w:rsidTr="006750F2">
        <w:trPr>
          <w:trHeight w:val="280"/>
        </w:trPr>
        <w:tc>
          <w:tcPr>
            <w:tcW w:w="919" w:type="dxa"/>
            <w:noWrap/>
            <w:hideMark/>
          </w:tcPr>
          <w:p w14:paraId="36C287D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Caproiciproducens</w:t>
            </w:r>
          </w:p>
        </w:tc>
        <w:tc>
          <w:tcPr>
            <w:tcW w:w="852" w:type="dxa"/>
            <w:noWrap/>
            <w:hideMark/>
          </w:tcPr>
          <w:p w14:paraId="5FE2E3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E332B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2C146B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66FD4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B4558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E6603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23.1</w:t>
            </w:r>
          </w:p>
        </w:tc>
        <w:tc>
          <w:tcPr>
            <w:tcW w:w="694" w:type="dxa"/>
            <w:noWrap/>
            <w:hideMark/>
          </w:tcPr>
          <w:p w14:paraId="4AA094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D708D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1FC55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23.1</w:t>
            </w:r>
          </w:p>
        </w:tc>
        <w:tc>
          <w:tcPr>
            <w:tcW w:w="751" w:type="dxa"/>
            <w:noWrap/>
            <w:hideMark/>
          </w:tcPr>
          <w:p w14:paraId="386F98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C44D6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7DFD5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11AA9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6EC9A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E0170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84809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09CC4B8" w14:textId="77777777" w:rsidTr="006750F2">
        <w:trPr>
          <w:trHeight w:val="280"/>
        </w:trPr>
        <w:tc>
          <w:tcPr>
            <w:tcW w:w="919" w:type="dxa"/>
            <w:noWrap/>
            <w:hideMark/>
          </w:tcPr>
          <w:p w14:paraId="4DBED81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Choladousia</w:t>
            </w:r>
          </w:p>
        </w:tc>
        <w:tc>
          <w:tcPr>
            <w:tcW w:w="852" w:type="dxa"/>
            <w:noWrap/>
            <w:hideMark/>
          </w:tcPr>
          <w:p w14:paraId="2D7496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6CC992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w:t>
            </w:r>
          </w:p>
        </w:tc>
        <w:tc>
          <w:tcPr>
            <w:tcW w:w="768" w:type="dxa"/>
            <w:noWrap/>
            <w:hideMark/>
          </w:tcPr>
          <w:p w14:paraId="0BFAD8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14C45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61DA7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ABA57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43.9</w:t>
            </w:r>
          </w:p>
        </w:tc>
        <w:tc>
          <w:tcPr>
            <w:tcW w:w="694" w:type="dxa"/>
            <w:noWrap/>
            <w:hideMark/>
          </w:tcPr>
          <w:p w14:paraId="69CA43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F9533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14.6</w:t>
            </w:r>
          </w:p>
        </w:tc>
        <w:tc>
          <w:tcPr>
            <w:tcW w:w="909" w:type="dxa"/>
            <w:noWrap/>
            <w:hideMark/>
          </w:tcPr>
          <w:p w14:paraId="69E4A1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58.5</w:t>
            </w:r>
          </w:p>
        </w:tc>
        <w:tc>
          <w:tcPr>
            <w:tcW w:w="751" w:type="dxa"/>
            <w:noWrap/>
            <w:hideMark/>
          </w:tcPr>
          <w:p w14:paraId="030C89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2F634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A4AAC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DB9A9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6A5B3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1DD409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A7BF6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F0C0C73" w14:textId="77777777" w:rsidTr="006750F2">
        <w:trPr>
          <w:trHeight w:val="280"/>
        </w:trPr>
        <w:tc>
          <w:tcPr>
            <w:tcW w:w="919" w:type="dxa"/>
            <w:noWrap/>
            <w:hideMark/>
          </w:tcPr>
          <w:p w14:paraId="0933A40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Chordicoccus</w:t>
            </w:r>
          </w:p>
        </w:tc>
        <w:tc>
          <w:tcPr>
            <w:tcW w:w="852" w:type="dxa"/>
            <w:noWrap/>
            <w:hideMark/>
          </w:tcPr>
          <w:p w14:paraId="1D2985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5CF086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68" w:type="dxa"/>
            <w:noWrap/>
            <w:hideMark/>
          </w:tcPr>
          <w:p w14:paraId="125F30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w:t>
            </w:r>
          </w:p>
        </w:tc>
        <w:tc>
          <w:tcPr>
            <w:tcW w:w="739" w:type="dxa"/>
            <w:noWrap/>
            <w:hideMark/>
          </w:tcPr>
          <w:p w14:paraId="68C6C2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C13FD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5FCB0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43.5</w:t>
            </w:r>
          </w:p>
        </w:tc>
        <w:tc>
          <w:tcPr>
            <w:tcW w:w="694" w:type="dxa"/>
            <w:noWrap/>
            <w:hideMark/>
          </w:tcPr>
          <w:p w14:paraId="1A03C2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D41DF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39.1</w:t>
            </w:r>
          </w:p>
        </w:tc>
        <w:tc>
          <w:tcPr>
            <w:tcW w:w="909" w:type="dxa"/>
            <w:noWrap/>
            <w:hideMark/>
          </w:tcPr>
          <w:p w14:paraId="0323A3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87</w:t>
            </w:r>
          </w:p>
        </w:tc>
        <w:tc>
          <w:tcPr>
            <w:tcW w:w="751" w:type="dxa"/>
            <w:noWrap/>
            <w:hideMark/>
          </w:tcPr>
          <w:p w14:paraId="0944F4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573A4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08AD7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970A7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1E590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ED3FB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55F2B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2F847633" w14:textId="77777777" w:rsidTr="006750F2">
        <w:trPr>
          <w:trHeight w:val="280"/>
        </w:trPr>
        <w:tc>
          <w:tcPr>
            <w:tcW w:w="919" w:type="dxa"/>
            <w:noWrap/>
            <w:hideMark/>
          </w:tcPr>
          <w:p w14:paraId="4C46607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Christensenella</w:t>
            </w:r>
          </w:p>
        </w:tc>
        <w:tc>
          <w:tcPr>
            <w:tcW w:w="852" w:type="dxa"/>
            <w:noWrap/>
            <w:hideMark/>
          </w:tcPr>
          <w:p w14:paraId="42EF49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70EAAE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764725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26CFB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9F032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ED3E7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694" w:type="dxa"/>
            <w:noWrap/>
            <w:hideMark/>
          </w:tcPr>
          <w:p w14:paraId="42544C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6F720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1ACD0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751" w:type="dxa"/>
            <w:noWrap/>
            <w:hideMark/>
          </w:tcPr>
          <w:p w14:paraId="1DBD43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0CB88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B44A5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39CA7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BD085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99715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41E0A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9257185" w14:textId="77777777" w:rsidTr="006750F2">
        <w:trPr>
          <w:trHeight w:val="280"/>
        </w:trPr>
        <w:tc>
          <w:tcPr>
            <w:tcW w:w="919" w:type="dxa"/>
            <w:noWrap/>
            <w:hideMark/>
          </w:tcPr>
          <w:p w14:paraId="07B7412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Clostridioides</w:t>
            </w:r>
          </w:p>
        </w:tc>
        <w:tc>
          <w:tcPr>
            <w:tcW w:w="852" w:type="dxa"/>
            <w:noWrap/>
            <w:hideMark/>
          </w:tcPr>
          <w:p w14:paraId="1C4A72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6F241D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578997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48EBA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2A5CF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E1034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64.3</w:t>
            </w:r>
          </w:p>
        </w:tc>
        <w:tc>
          <w:tcPr>
            <w:tcW w:w="694" w:type="dxa"/>
            <w:noWrap/>
            <w:hideMark/>
          </w:tcPr>
          <w:p w14:paraId="3EAC31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F023A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37B44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64.3</w:t>
            </w:r>
          </w:p>
        </w:tc>
        <w:tc>
          <w:tcPr>
            <w:tcW w:w="751" w:type="dxa"/>
            <w:noWrap/>
            <w:hideMark/>
          </w:tcPr>
          <w:p w14:paraId="6AFCA2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8EF01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41DC6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562FC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18184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20C4F3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EB2B7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D956495" w14:textId="77777777" w:rsidTr="006750F2">
        <w:trPr>
          <w:trHeight w:val="280"/>
        </w:trPr>
        <w:tc>
          <w:tcPr>
            <w:tcW w:w="919" w:type="dxa"/>
            <w:noWrap/>
            <w:hideMark/>
          </w:tcPr>
          <w:p w14:paraId="5C80E88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Clostridium</w:t>
            </w:r>
          </w:p>
        </w:tc>
        <w:tc>
          <w:tcPr>
            <w:tcW w:w="852" w:type="dxa"/>
            <w:noWrap/>
            <w:hideMark/>
          </w:tcPr>
          <w:p w14:paraId="5866AF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766F92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313</w:t>
            </w:r>
          </w:p>
        </w:tc>
        <w:tc>
          <w:tcPr>
            <w:tcW w:w="768" w:type="dxa"/>
            <w:noWrap/>
            <w:hideMark/>
          </w:tcPr>
          <w:p w14:paraId="3165C9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739" w:type="dxa"/>
            <w:noWrap/>
            <w:hideMark/>
          </w:tcPr>
          <w:p w14:paraId="28FF51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0.3</w:t>
            </w:r>
          </w:p>
        </w:tc>
        <w:tc>
          <w:tcPr>
            <w:tcW w:w="721" w:type="dxa"/>
            <w:noWrap/>
            <w:hideMark/>
          </w:tcPr>
          <w:p w14:paraId="65D33B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3A52B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46.6</w:t>
            </w:r>
          </w:p>
        </w:tc>
        <w:tc>
          <w:tcPr>
            <w:tcW w:w="694" w:type="dxa"/>
            <w:noWrap/>
            <w:hideMark/>
          </w:tcPr>
          <w:p w14:paraId="227144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E6FE7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909" w:type="dxa"/>
            <w:noWrap/>
            <w:hideMark/>
          </w:tcPr>
          <w:p w14:paraId="56144B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48.9</w:t>
            </w:r>
          </w:p>
        </w:tc>
        <w:tc>
          <w:tcPr>
            <w:tcW w:w="751" w:type="dxa"/>
            <w:noWrap/>
            <w:hideMark/>
          </w:tcPr>
          <w:p w14:paraId="63977D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5A88B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E0E84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DF59A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2283F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D1B25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58A81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03B02B9" w14:textId="77777777" w:rsidTr="006750F2">
        <w:trPr>
          <w:trHeight w:val="280"/>
        </w:trPr>
        <w:tc>
          <w:tcPr>
            <w:tcW w:w="919" w:type="dxa"/>
            <w:noWrap/>
            <w:hideMark/>
          </w:tcPr>
          <w:p w14:paraId="5740845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Coprococcus</w:t>
            </w:r>
          </w:p>
        </w:tc>
        <w:tc>
          <w:tcPr>
            <w:tcW w:w="852" w:type="dxa"/>
            <w:noWrap/>
            <w:hideMark/>
          </w:tcPr>
          <w:p w14:paraId="6122D4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043ED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18EB8B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F641D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EDEC4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3293E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694" w:type="dxa"/>
            <w:noWrap/>
            <w:hideMark/>
          </w:tcPr>
          <w:p w14:paraId="004BFC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E1A7A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8EA99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51" w:type="dxa"/>
            <w:noWrap/>
            <w:hideMark/>
          </w:tcPr>
          <w:p w14:paraId="3B2230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99D95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D7DCA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DDD29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88C09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F5377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01DBF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E515834" w14:textId="77777777" w:rsidTr="006750F2">
        <w:trPr>
          <w:trHeight w:val="280"/>
        </w:trPr>
        <w:tc>
          <w:tcPr>
            <w:tcW w:w="919" w:type="dxa"/>
            <w:noWrap/>
            <w:hideMark/>
          </w:tcPr>
          <w:p w14:paraId="22E45EF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Coproplasma</w:t>
            </w:r>
          </w:p>
        </w:tc>
        <w:tc>
          <w:tcPr>
            <w:tcW w:w="852" w:type="dxa"/>
            <w:noWrap/>
            <w:hideMark/>
          </w:tcPr>
          <w:p w14:paraId="2E1B98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73AD82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w:t>
            </w:r>
          </w:p>
        </w:tc>
        <w:tc>
          <w:tcPr>
            <w:tcW w:w="768" w:type="dxa"/>
            <w:noWrap/>
            <w:hideMark/>
          </w:tcPr>
          <w:p w14:paraId="6283D1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5F8BB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2311E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166A3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98974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94813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D2F07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045BA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E0A23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610F4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38BE4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8C3BA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7CBBD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E2A0D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1B48F28" w14:textId="77777777" w:rsidTr="006750F2">
        <w:trPr>
          <w:trHeight w:val="280"/>
        </w:trPr>
        <w:tc>
          <w:tcPr>
            <w:tcW w:w="919" w:type="dxa"/>
            <w:noWrap/>
            <w:hideMark/>
          </w:tcPr>
          <w:p w14:paraId="31B17B5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DTU059</w:t>
            </w:r>
          </w:p>
        </w:tc>
        <w:tc>
          <w:tcPr>
            <w:tcW w:w="852" w:type="dxa"/>
            <w:noWrap/>
            <w:hideMark/>
          </w:tcPr>
          <w:p w14:paraId="00D47D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72D72F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4444A8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90D55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F8F7D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EDF34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31.2</w:t>
            </w:r>
          </w:p>
        </w:tc>
        <w:tc>
          <w:tcPr>
            <w:tcW w:w="694" w:type="dxa"/>
            <w:noWrap/>
            <w:hideMark/>
          </w:tcPr>
          <w:p w14:paraId="43F8B9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7E853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6C5E7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31.2</w:t>
            </w:r>
          </w:p>
        </w:tc>
        <w:tc>
          <w:tcPr>
            <w:tcW w:w="751" w:type="dxa"/>
            <w:noWrap/>
            <w:hideMark/>
          </w:tcPr>
          <w:p w14:paraId="51509B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C6D86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0BBD8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15ED0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D6C54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004E8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76466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4387DE4" w14:textId="77777777" w:rsidTr="006750F2">
        <w:trPr>
          <w:trHeight w:val="280"/>
        </w:trPr>
        <w:tc>
          <w:tcPr>
            <w:tcW w:w="919" w:type="dxa"/>
            <w:noWrap/>
            <w:hideMark/>
          </w:tcPr>
          <w:p w14:paraId="26E4B17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DTU064</w:t>
            </w:r>
          </w:p>
        </w:tc>
        <w:tc>
          <w:tcPr>
            <w:tcW w:w="852" w:type="dxa"/>
            <w:noWrap/>
            <w:hideMark/>
          </w:tcPr>
          <w:p w14:paraId="2E7839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55533F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75B006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CEE7A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3E192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FBA3F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710BF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891F7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2C5D5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A8EAF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F00F0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21237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FD756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327D9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AE2C1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82F28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75BA53C" w14:textId="77777777" w:rsidTr="006750F2">
        <w:trPr>
          <w:trHeight w:val="280"/>
        </w:trPr>
        <w:tc>
          <w:tcPr>
            <w:tcW w:w="919" w:type="dxa"/>
            <w:noWrap/>
            <w:hideMark/>
          </w:tcPr>
          <w:p w14:paraId="6642762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DTU089</w:t>
            </w:r>
          </w:p>
        </w:tc>
        <w:tc>
          <w:tcPr>
            <w:tcW w:w="852" w:type="dxa"/>
            <w:noWrap/>
            <w:hideMark/>
          </w:tcPr>
          <w:p w14:paraId="1EBADC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19DA4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17C75E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68EB5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BC2A4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523BB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6E033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233C0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660F6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0CF6A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0352C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2E8E0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AE7EB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E4632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5FD3A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EC5DA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85B50B2" w14:textId="77777777" w:rsidTr="006750F2">
        <w:trPr>
          <w:trHeight w:val="280"/>
        </w:trPr>
        <w:tc>
          <w:tcPr>
            <w:tcW w:w="919" w:type="dxa"/>
            <w:noWrap/>
            <w:hideMark/>
          </w:tcPr>
          <w:p w14:paraId="01DEAEA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Dorea</w:t>
            </w:r>
          </w:p>
        </w:tc>
        <w:tc>
          <w:tcPr>
            <w:tcW w:w="852" w:type="dxa"/>
            <w:noWrap/>
            <w:hideMark/>
          </w:tcPr>
          <w:p w14:paraId="56DE73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2F0BE3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762EDF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F3E3C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191B3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DAEA8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56.2</w:t>
            </w:r>
          </w:p>
        </w:tc>
        <w:tc>
          <w:tcPr>
            <w:tcW w:w="694" w:type="dxa"/>
            <w:noWrap/>
            <w:hideMark/>
          </w:tcPr>
          <w:p w14:paraId="508D1B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064F5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C2982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56.2</w:t>
            </w:r>
          </w:p>
        </w:tc>
        <w:tc>
          <w:tcPr>
            <w:tcW w:w="751" w:type="dxa"/>
            <w:noWrap/>
            <w:hideMark/>
          </w:tcPr>
          <w:p w14:paraId="6F7823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EEC59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C3E50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D9804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BFB31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7EA925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A1EBD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971BDEF" w14:textId="77777777" w:rsidTr="006750F2">
        <w:trPr>
          <w:trHeight w:val="280"/>
        </w:trPr>
        <w:tc>
          <w:tcPr>
            <w:tcW w:w="919" w:type="dxa"/>
            <w:noWrap/>
            <w:hideMark/>
          </w:tcPr>
          <w:p w14:paraId="7233A18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Dysosmobacter</w:t>
            </w:r>
          </w:p>
        </w:tc>
        <w:tc>
          <w:tcPr>
            <w:tcW w:w="852" w:type="dxa"/>
            <w:noWrap/>
            <w:hideMark/>
          </w:tcPr>
          <w:p w14:paraId="41C831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820C3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98</w:t>
            </w:r>
          </w:p>
        </w:tc>
        <w:tc>
          <w:tcPr>
            <w:tcW w:w="768" w:type="dxa"/>
            <w:noWrap/>
            <w:hideMark/>
          </w:tcPr>
          <w:p w14:paraId="5BEBE1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3422A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C57C1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DB5B8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F83FA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53170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w:t>
            </w:r>
          </w:p>
        </w:tc>
        <w:tc>
          <w:tcPr>
            <w:tcW w:w="909" w:type="dxa"/>
            <w:noWrap/>
            <w:hideMark/>
          </w:tcPr>
          <w:p w14:paraId="44B05C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w:t>
            </w:r>
          </w:p>
        </w:tc>
        <w:tc>
          <w:tcPr>
            <w:tcW w:w="751" w:type="dxa"/>
            <w:noWrap/>
            <w:hideMark/>
          </w:tcPr>
          <w:p w14:paraId="3CE6F2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2F055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90C4D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813EC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F69C9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85325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8E021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5FC3918" w14:textId="77777777" w:rsidTr="006750F2">
        <w:trPr>
          <w:trHeight w:val="280"/>
        </w:trPr>
        <w:tc>
          <w:tcPr>
            <w:tcW w:w="919" w:type="dxa"/>
            <w:noWrap/>
            <w:hideMark/>
          </w:tcPr>
          <w:p w14:paraId="3B90478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Eisenbergiella</w:t>
            </w:r>
          </w:p>
        </w:tc>
        <w:tc>
          <w:tcPr>
            <w:tcW w:w="852" w:type="dxa"/>
            <w:noWrap/>
            <w:hideMark/>
          </w:tcPr>
          <w:p w14:paraId="2914C7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D31BD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182EED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B49B8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63FEA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D15BA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5AD12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BB767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5FAB9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EB1A6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04FF3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64116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9FB29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37CF6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2BFBFC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D0DD0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76DDC79" w14:textId="77777777" w:rsidTr="006750F2">
        <w:trPr>
          <w:trHeight w:val="280"/>
        </w:trPr>
        <w:tc>
          <w:tcPr>
            <w:tcW w:w="919" w:type="dxa"/>
            <w:noWrap/>
            <w:hideMark/>
          </w:tcPr>
          <w:p w14:paraId="0827069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Emergencia</w:t>
            </w:r>
          </w:p>
        </w:tc>
        <w:tc>
          <w:tcPr>
            <w:tcW w:w="852" w:type="dxa"/>
            <w:noWrap/>
            <w:hideMark/>
          </w:tcPr>
          <w:p w14:paraId="5C34A3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6A722F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398BE0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623F9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D1799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D6AD1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5EA57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A1A36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A9D86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83296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7D74B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98363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07D59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3F17F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2B5F8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9F998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8BC35DF" w14:textId="77777777" w:rsidTr="006750F2">
        <w:trPr>
          <w:trHeight w:val="280"/>
        </w:trPr>
        <w:tc>
          <w:tcPr>
            <w:tcW w:w="919" w:type="dxa"/>
            <w:noWrap/>
            <w:hideMark/>
          </w:tcPr>
          <w:p w14:paraId="5CAFF64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Enterenecus</w:t>
            </w:r>
          </w:p>
        </w:tc>
        <w:tc>
          <w:tcPr>
            <w:tcW w:w="852" w:type="dxa"/>
            <w:noWrap/>
            <w:hideMark/>
          </w:tcPr>
          <w:p w14:paraId="658715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A5CFC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w:t>
            </w:r>
          </w:p>
        </w:tc>
        <w:tc>
          <w:tcPr>
            <w:tcW w:w="768" w:type="dxa"/>
            <w:noWrap/>
            <w:hideMark/>
          </w:tcPr>
          <w:p w14:paraId="2C6099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0F5FE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82FCD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CF748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694" w:type="dxa"/>
            <w:noWrap/>
            <w:hideMark/>
          </w:tcPr>
          <w:p w14:paraId="65B783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C34EA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51FAA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51" w:type="dxa"/>
            <w:noWrap/>
            <w:hideMark/>
          </w:tcPr>
          <w:p w14:paraId="4AEC85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ECD96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00AB9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67CF9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382C5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ADACC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6F038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77FE894" w14:textId="77777777" w:rsidTr="006750F2">
        <w:trPr>
          <w:trHeight w:val="280"/>
        </w:trPr>
        <w:tc>
          <w:tcPr>
            <w:tcW w:w="919" w:type="dxa"/>
            <w:noWrap/>
            <w:hideMark/>
          </w:tcPr>
          <w:p w14:paraId="076B75B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Enterocloster</w:t>
            </w:r>
          </w:p>
        </w:tc>
        <w:tc>
          <w:tcPr>
            <w:tcW w:w="852" w:type="dxa"/>
            <w:noWrap/>
            <w:hideMark/>
          </w:tcPr>
          <w:p w14:paraId="4090C9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D95A8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768" w:type="dxa"/>
            <w:noWrap/>
            <w:hideMark/>
          </w:tcPr>
          <w:p w14:paraId="416FCD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9226B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87CC6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5E8D9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44.8</w:t>
            </w:r>
          </w:p>
        </w:tc>
        <w:tc>
          <w:tcPr>
            <w:tcW w:w="694" w:type="dxa"/>
            <w:noWrap/>
            <w:hideMark/>
          </w:tcPr>
          <w:p w14:paraId="70E913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8A54D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8A9B6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44.8</w:t>
            </w:r>
          </w:p>
        </w:tc>
        <w:tc>
          <w:tcPr>
            <w:tcW w:w="751" w:type="dxa"/>
            <w:noWrap/>
            <w:hideMark/>
          </w:tcPr>
          <w:p w14:paraId="61BF16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AC25B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D3AE6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7A99E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12FCB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1977E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BD7F9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1D90A01" w14:textId="77777777" w:rsidTr="006750F2">
        <w:trPr>
          <w:trHeight w:val="280"/>
        </w:trPr>
        <w:tc>
          <w:tcPr>
            <w:tcW w:w="919" w:type="dxa"/>
            <w:noWrap/>
            <w:hideMark/>
          </w:tcPr>
          <w:p w14:paraId="710A418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Eubacterium</w:t>
            </w:r>
          </w:p>
        </w:tc>
        <w:tc>
          <w:tcPr>
            <w:tcW w:w="852" w:type="dxa"/>
            <w:noWrap/>
            <w:hideMark/>
          </w:tcPr>
          <w:p w14:paraId="318057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23A1B9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279</w:t>
            </w:r>
          </w:p>
        </w:tc>
        <w:tc>
          <w:tcPr>
            <w:tcW w:w="768" w:type="dxa"/>
            <w:noWrap/>
            <w:hideMark/>
          </w:tcPr>
          <w:p w14:paraId="0E4DBB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71553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836F9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00E50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23.7</w:t>
            </w:r>
          </w:p>
        </w:tc>
        <w:tc>
          <w:tcPr>
            <w:tcW w:w="694" w:type="dxa"/>
            <w:noWrap/>
            <w:hideMark/>
          </w:tcPr>
          <w:p w14:paraId="602312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C855B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3096B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23.7</w:t>
            </w:r>
          </w:p>
        </w:tc>
        <w:tc>
          <w:tcPr>
            <w:tcW w:w="751" w:type="dxa"/>
            <w:noWrap/>
            <w:hideMark/>
          </w:tcPr>
          <w:p w14:paraId="7B7A80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5AE07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05198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55810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E86A6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E9C61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054D7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228DB77" w14:textId="77777777" w:rsidTr="006750F2">
        <w:trPr>
          <w:trHeight w:val="280"/>
        </w:trPr>
        <w:tc>
          <w:tcPr>
            <w:tcW w:w="919" w:type="dxa"/>
            <w:noWrap/>
            <w:hideMark/>
          </w:tcPr>
          <w:p w14:paraId="7E616BA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Evtepia</w:t>
            </w:r>
          </w:p>
        </w:tc>
        <w:tc>
          <w:tcPr>
            <w:tcW w:w="852" w:type="dxa"/>
            <w:noWrap/>
            <w:hideMark/>
          </w:tcPr>
          <w:p w14:paraId="7A6BD4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5CC42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581B4B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A2278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77DF3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5F71C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4161E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F919C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038BA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B5538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F5F8A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F428E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75C94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5B7D3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83E5E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BB8F8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BC94BAD" w14:textId="77777777" w:rsidTr="006750F2">
        <w:trPr>
          <w:trHeight w:val="280"/>
        </w:trPr>
        <w:tc>
          <w:tcPr>
            <w:tcW w:w="919" w:type="dxa"/>
            <w:noWrap/>
            <w:hideMark/>
          </w:tcPr>
          <w:p w14:paraId="54783D2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F23-B02</w:t>
            </w:r>
          </w:p>
        </w:tc>
        <w:tc>
          <w:tcPr>
            <w:tcW w:w="852" w:type="dxa"/>
            <w:noWrap/>
            <w:hideMark/>
          </w:tcPr>
          <w:p w14:paraId="23CF8B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6C319C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4646BF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32E20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BB380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060B6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938B7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FF038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909" w:type="dxa"/>
            <w:noWrap/>
            <w:hideMark/>
          </w:tcPr>
          <w:p w14:paraId="5DA7BD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51" w:type="dxa"/>
            <w:noWrap/>
            <w:hideMark/>
          </w:tcPr>
          <w:p w14:paraId="0727AA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7B732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A0B94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93C86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202AD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3BC354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FA018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87E64DC" w14:textId="77777777" w:rsidTr="006750F2">
        <w:trPr>
          <w:trHeight w:val="280"/>
        </w:trPr>
        <w:tc>
          <w:tcPr>
            <w:tcW w:w="919" w:type="dxa"/>
            <w:noWrap/>
            <w:hideMark/>
          </w:tcPr>
          <w:p w14:paraId="0469087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FB2012</w:t>
            </w:r>
          </w:p>
        </w:tc>
        <w:tc>
          <w:tcPr>
            <w:tcW w:w="852" w:type="dxa"/>
            <w:noWrap/>
            <w:hideMark/>
          </w:tcPr>
          <w:p w14:paraId="4C765D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73FA42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62C36F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E9AE4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72E04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B69C6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46.7</w:t>
            </w:r>
          </w:p>
        </w:tc>
        <w:tc>
          <w:tcPr>
            <w:tcW w:w="694" w:type="dxa"/>
            <w:noWrap/>
            <w:hideMark/>
          </w:tcPr>
          <w:p w14:paraId="03DF43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721E6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A816C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46.7</w:t>
            </w:r>
          </w:p>
        </w:tc>
        <w:tc>
          <w:tcPr>
            <w:tcW w:w="751" w:type="dxa"/>
            <w:noWrap/>
            <w:hideMark/>
          </w:tcPr>
          <w:p w14:paraId="321D4D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92F63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A0716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CF18A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951E0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526A5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6968B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253F770" w14:textId="77777777" w:rsidTr="006750F2">
        <w:trPr>
          <w:trHeight w:val="280"/>
        </w:trPr>
        <w:tc>
          <w:tcPr>
            <w:tcW w:w="919" w:type="dxa"/>
            <w:noWrap/>
            <w:hideMark/>
          </w:tcPr>
          <w:p w14:paraId="43F00B8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Faecalibacterium</w:t>
            </w:r>
          </w:p>
        </w:tc>
        <w:tc>
          <w:tcPr>
            <w:tcW w:w="852" w:type="dxa"/>
            <w:noWrap/>
            <w:hideMark/>
          </w:tcPr>
          <w:p w14:paraId="6AF768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07B64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w:t>
            </w:r>
          </w:p>
        </w:tc>
        <w:tc>
          <w:tcPr>
            <w:tcW w:w="768" w:type="dxa"/>
            <w:noWrap/>
            <w:hideMark/>
          </w:tcPr>
          <w:p w14:paraId="08C1A9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89104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E6B0F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C31C2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BFCDF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F1E21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200BE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19EDD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6AAAA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C4EB3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25654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4E987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DF7FC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D9AAF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7F5E0E0" w14:textId="77777777" w:rsidTr="006750F2">
        <w:trPr>
          <w:trHeight w:val="280"/>
        </w:trPr>
        <w:tc>
          <w:tcPr>
            <w:tcW w:w="919" w:type="dxa"/>
            <w:noWrap/>
            <w:hideMark/>
          </w:tcPr>
          <w:p w14:paraId="1A487C7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Faecalimonas</w:t>
            </w:r>
          </w:p>
        </w:tc>
        <w:tc>
          <w:tcPr>
            <w:tcW w:w="852" w:type="dxa"/>
            <w:noWrap/>
            <w:hideMark/>
          </w:tcPr>
          <w:p w14:paraId="69DC00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8047B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1F0AEA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0E56E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CC59F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47EDA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18687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0FFE4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3FDBB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7FFA2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51BEB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B2ED3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E7C5C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3F1EE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35A73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01606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EE9BDBF" w14:textId="77777777" w:rsidTr="006750F2">
        <w:trPr>
          <w:trHeight w:val="280"/>
        </w:trPr>
        <w:tc>
          <w:tcPr>
            <w:tcW w:w="919" w:type="dxa"/>
            <w:noWrap/>
            <w:hideMark/>
          </w:tcPr>
          <w:p w14:paraId="3EC0D6C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Faeciplasma</w:t>
            </w:r>
          </w:p>
        </w:tc>
        <w:tc>
          <w:tcPr>
            <w:tcW w:w="852" w:type="dxa"/>
            <w:noWrap/>
            <w:hideMark/>
          </w:tcPr>
          <w:p w14:paraId="06FB7A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78A069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68" w:type="dxa"/>
            <w:noWrap/>
            <w:hideMark/>
          </w:tcPr>
          <w:p w14:paraId="3CF16A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49EE6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F007A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05EFC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694" w:type="dxa"/>
            <w:noWrap/>
            <w:hideMark/>
          </w:tcPr>
          <w:p w14:paraId="16FD78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503E5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18CBD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751" w:type="dxa"/>
            <w:noWrap/>
            <w:hideMark/>
          </w:tcPr>
          <w:p w14:paraId="1F50E4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D609C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E4DBB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712FE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EC4BF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CFE2A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DC1CD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A9C8723" w14:textId="77777777" w:rsidTr="006750F2">
        <w:trPr>
          <w:trHeight w:val="280"/>
        </w:trPr>
        <w:tc>
          <w:tcPr>
            <w:tcW w:w="919" w:type="dxa"/>
            <w:noWrap/>
            <w:hideMark/>
          </w:tcPr>
          <w:p w14:paraId="5821264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Faecousia</w:t>
            </w:r>
          </w:p>
        </w:tc>
        <w:tc>
          <w:tcPr>
            <w:tcW w:w="852" w:type="dxa"/>
            <w:noWrap/>
            <w:hideMark/>
          </w:tcPr>
          <w:p w14:paraId="0AC615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6C3D94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136</w:t>
            </w:r>
          </w:p>
        </w:tc>
        <w:tc>
          <w:tcPr>
            <w:tcW w:w="768" w:type="dxa"/>
            <w:noWrap/>
            <w:hideMark/>
          </w:tcPr>
          <w:p w14:paraId="117721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25404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C2F19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5EDDC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694" w:type="dxa"/>
            <w:noWrap/>
            <w:hideMark/>
          </w:tcPr>
          <w:p w14:paraId="111EFC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CC662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909" w:type="dxa"/>
            <w:noWrap/>
            <w:hideMark/>
          </w:tcPr>
          <w:p w14:paraId="11C622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w:t>
            </w:r>
          </w:p>
        </w:tc>
        <w:tc>
          <w:tcPr>
            <w:tcW w:w="751" w:type="dxa"/>
            <w:noWrap/>
            <w:hideMark/>
          </w:tcPr>
          <w:p w14:paraId="7925A9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4E134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EA624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6C6AA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E8C21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0FA7E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4E184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A33DD87" w14:textId="77777777" w:rsidTr="006750F2">
        <w:trPr>
          <w:trHeight w:val="280"/>
        </w:trPr>
        <w:tc>
          <w:tcPr>
            <w:tcW w:w="919" w:type="dxa"/>
            <w:noWrap/>
            <w:hideMark/>
          </w:tcPr>
          <w:p w14:paraId="51F9206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Fimenecus</w:t>
            </w:r>
          </w:p>
        </w:tc>
        <w:tc>
          <w:tcPr>
            <w:tcW w:w="852" w:type="dxa"/>
            <w:noWrap/>
            <w:hideMark/>
          </w:tcPr>
          <w:p w14:paraId="5D5D15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5715ED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w:t>
            </w:r>
          </w:p>
        </w:tc>
        <w:tc>
          <w:tcPr>
            <w:tcW w:w="768" w:type="dxa"/>
            <w:noWrap/>
            <w:hideMark/>
          </w:tcPr>
          <w:p w14:paraId="7F56B4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C6522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EDB2D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96C3A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80CF5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4268D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60C4C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0DC52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F5E89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8D59A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582DE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88B8F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D1591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F7658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7E777C0" w14:textId="77777777" w:rsidTr="006750F2">
        <w:trPr>
          <w:trHeight w:val="280"/>
        </w:trPr>
        <w:tc>
          <w:tcPr>
            <w:tcW w:w="919" w:type="dxa"/>
            <w:noWrap/>
            <w:hideMark/>
          </w:tcPr>
          <w:p w14:paraId="12C65C3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Fimimonas</w:t>
            </w:r>
          </w:p>
        </w:tc>
        <w:tc>
          <w:tcPr>
            <w:tcW w:w="852" w:type="dxa"/>
            <w:noWrap/>
            <w:hideMark/>
          </w:tcPr>
          <w:p w14:paraId="5ECD3B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27503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5E1CBC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F7A60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4C52E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B8DC8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946BF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A1CEE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2EFEF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9CC52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E884D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E17FC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94725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96A96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919B4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A27E7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27E9C6B" w14:textId="77777777" w:rsidTr="006750F2">
        <w:trPr>
          <w:trHeight w:val="280"/>
        </w:trPr>
        <w:tc>
          <w:tcPr>
            <w:tcW w:w="919" w:type="dxa"/>
            <w:noWrap/>
            <w:hideMark/>
          </w:tcPr>
          <w:p w14:paraId="05E9F17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Fimisoma</w:t>
            </w:r>
          </w:p>
        </w:tc>
        <w:tc>
          <w:tcPr>
            <w:tcW w:w="852" w:type="dxa"/>
            <w:noWrap/>
            <w:hideMark/>
          </w:tcPr>
          <w:p w14:paraId="7AE05D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C5FD1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52E506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738DC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B66C1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008A0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60269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585F3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EDCD5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9056C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015F1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4D7A1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F4CDC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2C478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365F9C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D0E23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C74BADC" w14:textId="77777777" w:rsidTr="006750F2">
        <w:trPr>
          <w:trHeight w:val="280"/>
        </w:trPr>
        <w:tc>
          <w:tcPr>
            <w:tcW w:w="919" w:type="dxa"/>
            <w:noWrap/>
            <w:hideMark/>
          </w:tcPr>
          <w:p w14:paraId="7E43B7F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Firm-04</w:t>
            </w:r>
          </w:p>
        </w:tc>
        <w:tc>
          <w:tcPr>
            <w:tcW w:w="852" w:type="dxa"/>
            <w:noWrap/>
            <w:hideMark/>
          </w:tcPr>
          <w:p w14:paraId="06F686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A99A1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32CF88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EB5A1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910BB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204CA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68.2</w:t>
            </w:r>
          </w:p>
        </w:tc>
        <w:tc>
          <w:tcPr>
            <w:tcW w:w="694" w:type="dxa"/>
            <w:noWrap/>
            <w:hideMark/>
          </w:tcPr>
          <w:p w14:paraId="5CD200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F60A9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A4E0F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68.2</w:t>
            </w:r>
          </w:p>
        </w:tc>
        <w:tc>
          <w:tcPr>
            <w:tcW w:w="751" w:type="dxa"/>
            <w:noWrap/>
            <w:hideMark/>
          </w:tcPr>
          <w:p w14:paraId="5FC4F6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24091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20F1B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89E22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5944E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45A219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6B72E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7380DAE" w14:textId="77777777" w:rsidTr="006750F2">
        <w:trPr>
          <w:trHeight w:val="280"/>
        </w:trPr>
        <w:tc>
          <w:tcPr>
            <w:tcW w:w="919" w:type="dxa"/>
            <w:noWrap/>
            <w:hideMark/>
          </w:tcPr>
          <w:p w14:paraId="553183D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Firm-07</w:t>
            </w:r>
          </w:p>
        </w:tc>
        <w:tc>
          <w:tcPr>
            <w:tcW w:w="852" w:type="dxa"/>
            <w:noWrap/>
            <w:hideMark/>
          </w:tcPr>
          <w:p w14:paraId="679B4A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4B7BC1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65AA07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6DE98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47B37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61ABB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A9064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071E8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CEF94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E13E9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D01DF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BF4CF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9CB91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193A2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7BF98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C4CBE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2DFAEC8" w14:textId="77777777" w:rsidTr="006750F2">
        <w:trPr>
          <w:trHeight w:val="280"/>
        </w:trPr>
        <w:tc>
          <w:tcPr>
            <w:tcW w:w="919" w:type="dxa"/>
            <w:noWrap/>
            <w:hideMark/>
          </w:tcPr>
          <w:p w14:paraId="1C71A4D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Firm-16</w:t>
            </w:r>
          </w:p>
        </w:tc>
        <w:tc>
          <w:tcPr>
            <w:tcW w:w="852" w:type="dxa"/>
            <w:noWrap/>
            <w:hideMark/>
          </w:tcPr>
          <w:p w14:paraId="4ECE14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52F3E7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72119E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8FEA4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BF60C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94EAC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85</w:t>
            </w:r>
          </w:p>
        </w:tc>
        <w:tc>
          <w:tcPr>
            <w:tcW w:w="694" w:type="dxa"/>
            <w:noWrap/>
            <w:hideMark/>
          </w:tcPr>
          <w:p w14:paraId="1A4C6A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0A21E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66730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85</w:t>
            </w:r>
          </w:p>
        </w:tc>
        <w:tc>
          <w:tcPr>
            <w:tcW w:w="751" w:type="dxa"/>
            <w:noWrap/>
            <w:hideMark/>
          </w:tcPr>
          <w:p w14:paraId="1FC76F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11FB0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7CD65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DB934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51D49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F9524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79C51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45DE33D1" w14:textId="77777777" w:rsidTr="006750F2">
        <w:trPr>
          <w:trHeight w:val="280"/>
        </w:trPr>
        <w:tc>
          <w:tcPr>
            <w:tcW w:w="919" w:type="dxa"/>
            <w:noWrap/>
            <w:hideMark/>
          </w:tcPr>
          <w:p w14:paraId="2A40F6D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Flavonifractor</w:t>
            </w:r>
          </w:p>
        </w:tc>
        <w:tc>
          <w:tcPr>
            <w:tcW w:w="852" w:type="dxa"/>
            <w:noWrap/>
            <w:hideMark/>
          </w:tcPr>
          <w:p w14:paraId="194960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2F015D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6268AE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4F0CC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4DA68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9EDE8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23.1</w:t>
            </w:r>
          </w:p>
        </w:tc>
        <w:tc>
          <w:tcPr>
            <w:tcW w:w="694" w:type="dxa"/>
            <w:noWrap/>
            <w:hideMark/>
          </w:tcPr>
          <w:p w14:paraId="46F1A6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F9F6C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1FF62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23.1</w:t>
            </w:r>
          </w:p>
        </w:tc>
        <w:tc>
          <w:tcPr>
            <w:tcW w:w="751" w:type="dxa"/>
            <w:noWrap/>
            <w:hideMark/>
          </w:tcPr>
          <w:p w14:paraId="1D7246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40693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B6220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E7B46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A546E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419B8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9BE55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8535C56" w14:textId="77777777" w:rsidTr="006750F2">
        <w:trPr>
          <w:trHeight w:val="280"/>
        </w:trPr>
        <w:tc>
          <w:tcPr>
            <w:tcW w:w="919" w:type="dxa"/>
            <w:noWrap/>
            <w:hideMark/>
          </w:tcPr>
          <w:p w14:paraId="7876C10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Fournierella</w:t>
            </w:r>
          </w:p>
        </w:tc>
        <w:tc>
          <w:tcPr>
            <w:tcW w:w="852" w:type="dxa"/>
            <w:noWrap/>
            <w:hideMark/>
          </w:tcPr>
          <w:p w14:paraId="7ED702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98033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665760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10BD4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DEB76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D30AA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F1A82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70362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7DA80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48E65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5D1B5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936AB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15BF1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F4617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EF511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A9E5C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CE1B321" w14:textId="77777777" w:rsidTr="006750F2">
        <w:trPr>
          <w:trHeight w:val="280"/>
        </w:trPr>
        <w:tc>
          <w:tcPr>
            <w:tcW w:w="919" w:type="dxa"/>
            <w:noWrap/>
            <w:hideMark/>
          </w:tcPr>
          <w:p w14:paraId="510A014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Fusibacter</w:t>
            </w:r>
          </w:p>
        </w:tc>
        <w:tc>
          <w:tcPr>
            <w:tcW w:w="852" w:type="dxa"/>
            <w:noWrap/>
            <w:hideMark/>
          </w:tcPr>
          <w:p w14:paraId="07E080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4AC0AB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5C7D15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5A892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F18A2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F1089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27.3</w:t>
            </w:r>
          </w:p>
        </w:tc>
        <w:tc>
          <w:tcPr>
            <w:tcW w:w="694" w:type="dxa"/>
            <w:noWrap/>
            <w:hideMark/>
          </w:tcPr>
          <w:p w14:paraId="586F59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2BA6B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4C38F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27.3</w:t>
            </w:r>
          </w:p>
        </w:tc>
        <w:tc>
          <w:tcPr>
            <w:tcW w:w="751" w:type="dxa"/>
            <w:noWrap/>
            <w:hideMark/>
          </w:tcPr>
          <w:p w14:paraId="5D5C15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0B545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53E04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74F58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29FF47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16BA7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A0BAC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D341367" w14:textId="77777777" w:rsidTr="006750F2">
        <w:trPr>
          <w:trHeight w:val="280"/>
        </w:trPr>
        <w:tc>
          <w:tcPr>
            <w:tcW w:w="919" w:type="dxa"/>
            <w:noWrap/>
            <w:hideMark/>
          </w:tcPr>
          <w:p w14:paraId="49A1A5F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Gallimonas</w:t>
            </w:r>
          </w:p>
        </w:tc>
        <w:tc>
          <w:tcPr>
            <w:tcW w:w="852" w:type="dxa"/>
            <w:noWrap/>
            <w:hideMark/>
          </w:tcPr>
          <w:p w14:paraId="59680E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7F3D4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73</w:t>
            </w:r>
          </w:p>
        </w:tc>
        <w:tc>
          <w:tcPr>
            <w:tcW w:w="768" w:type="dxa"/>
            <w:noWrap/>
            <w:hideMark/>
          </w:tcPr>
          <w:p w14:paraId="303850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B6CCB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7D146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28342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09B27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B4FF4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56D05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27D94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6B605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00B6D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1827F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66E48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FD392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29EB2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1C54540" w14:textId="77777777" w:rsidTr="006750F2">
        <w:trPr>
          <w:trHeight w:val="280"/>
        </w:trPr>
        <w:tc>
          <w:tcPr>
            <w:tcW w:w="919" w:type="dxa"/>
            <w:noWrap/>
            <w:hideMark/>
          </w:tcPr>
          <w:p w14:paraId="61D923F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Gallintestinimicrobium</w:t>
            </w:r>
          </w:p>
        </w:tc>
        <w:tc>
          <w:tcPr>
            <w:tcW w:w="852" w:type="dxa"/>
            <w:noWrap/>
            <w:hideMark/>
          </w:tcPr>
          <w:p w14:paraId="6245BA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281E54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2EA15B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F454A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0373D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23D45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3A079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E556A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DF1CE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08581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CD61C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CFF90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34C78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7AD38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3B62B0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42606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CEB598D" w14:textId="77777777" w:rsidTr="006750F2">
        <w:trPr>
          <w:trHeight w:val="280"/>
        </w:trPr>
        <w:tc>
          <w:tcPr>
            <w:tcW w:w="919" w:type="dxa"/>
            <w:noWrap/>
            <w:hideMark/>
          </w:tcPr>
          <w:p w14:paraId="17FE835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Gallispira</w:t>
            </w:r>
          </w:p>
        </w:tc>
        <w:tc>
          <w:tcPr>
            <w:tcW w:w="852" w:type="dxa"/>
            <w:noWrap/>
            <w:hideMark/>
          </w:tcPr>
          <w:p w14:paraId="1A025B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6789B4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28CE11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48211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CEFB9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3B42F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2806D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4083F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B7715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29364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B7E8C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0D056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386A2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F0E9A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E4DF7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023EA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432C0FE" w14:textId="77777777" w:rsidTr="006750F2">
        <w:trPr>
          <w:trHeight w:val="280"/>
        </w:trPr>
        <w:tc>
          <w:tcPr>
            <w:tcW w:w="919" w:type="dxa"/>
            <w:noWrap/>
            <w:hideMark/>
          </w:tcPr>
          <w:p w14:paraId="1BD766F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Gemmiger</w:t>
            </w:r>
          </w:p>
        </w:tc>
        <w:tc>
          <w:tcPr>
            <w:tcW w:w="852" w:type="dxa"/>
            <w:noWrap/>
            <w:hideMark/>
          </w:tcPr>
          <w:p w14:paraId="3196DF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41BAB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w:t>
            </w:r>
          </w:p>
        </w:tc>
        <w:tc>
          <w:tcPr>
            <w:tcW w:w="768" w:type="dxa"/>
            <w:noWrap/>
            <w:hideMark/>
          </w:tcPr>
          <w:p w14:paraId="349C93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5E0DA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E39A4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46ACC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02301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9F263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7.9</w:t>
            </w:r>
          </w:p>
        </w:tc>
        <w:tc>
          <w:tcPr>
            <w:tcW w:w="909" w:type="dxa"/>
            <w:noWrap/>
            <w:hideMark/>
          </w:tcPr>
          <w:p w14:paraId="22DD8B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7.9</w:t>
            </w:r>
          </w:p>
        </w:tc>
        <w:tc>
          <w:tcPr>
            <w:tcW w:w="751" w:type="dxa"/>
            <w:noWrap/>
            <w:hideMark/>
          </w:tcPr>
          <w:p w14:paraId="284F59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71AE4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DC2FE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CABB1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1B6EC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1ABDA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8E92B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1214DE0" w14:textId="77777777" w:rsidTr="006750F2">
        <w:trPr>
          <w:trHeight w:val="280"/>
        </w:trPr>
        <w:tc>
          <w:tcPr>
            <w:tcW w:w="919" w:type="dxa"/>
            <w:noWrap/>
            <w:hideMark/>
          </w:tcPr>
          <w:p w14:paraId="3A22C16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HGM12713</w:t>
            </w:r>
          </w:p>
        </w:tc>
        <w:tc>
          <w:tcPr>
            <w:tcW w:w="852" w:type="dxa"/>
            <w:noWrap/>
            <w:hideMark/>
          </w:tcPr>
          <w:p w14:paraId="6262E3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6D12A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215DA5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0987F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55205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6B3A5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4D227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D5063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01104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7EDB8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5D42A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75F4D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E1FD6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667F2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CDE8C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0BF97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9452A9B" w14:textId="77777777" w:rsidTr="006750F2">
        <w:trPr>
          <w:trHeight w:val="280"/>
        </w:trPr>
        <w:tc>
          <w:tcPr>
            <w:tcW w:w="919" w:type="dxa"/>
            <w:noWrap/>
            <w:hideMark/>
          </w:tcPr>
          <w:p w14:paraId="15B547F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Heritagella</w:t>
            </w:r>
          </w:p>
        </w:tc>
        <w:tc>
          <w:tcPr>
            <w:tcW w:w="852" w:type="dxa"/>
            <w:noWrap/>
            <w:hideMark/>
          </w:tcPr>
          <w:p w14:paraId="6696B4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E93E6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4AF60C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C4016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1AB98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EFA87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C28B6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0FDC9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31DCC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93946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55EC7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01736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5A54D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18A78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82EE2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9BFAC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C00B42E" w14:textId="77777777" w:rsidTr="006750F2">
        <w:trPr>
          <w:trHeight w:val="280"/>
        </w:trPr>
        <w:tc>
          <w:tcPr>
            <w:tcW w:w="919" w:type="dxa"/>
            <w:noWrap/>
            <w:hideMark/>
          </w:tcPr>
          <w:p w14:paraId="4D80519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Hominicoprocola</w:t>
            </w:r>
          </w:p>
        </w:tc>
        <w:tc>
          <w:tcPr>
            <w:tcW w:w="852" w:type="dxa"/>
            <w:noWrap/>
            <w:hideMark/>
          </w:tcPr>
          <w:p w14:paraId="4EC669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2CC503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1D1F7D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C309C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FE5AC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92688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650C4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38440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3B13C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1607D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DAA18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17A59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DBE4D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8A5A2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55CDE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6CB9A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FBDF6E3" w14:textId="77777777" w:rsidTr="006750F2">
        <w:trPr>
          <w:trHeight w:val="280"/>
        </w:trPr>
        <w:tc>
          <w:tcPr>
            <w:tcW w:w="919" w:type="dxa"/>
            <w:noWrap/>
            <w:hideMark/>
          </w:tcPr>
          <w:p w14:paraId="620CFC6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Hominilimicola</w:t>
            </w:r>
          </w:p>
        </w:tc>
        <w:tc>
          <w:tcPr>
            <w:tcW w:w="852" w:type="dxa"/>
            <w:noWrap/>
            <w:hideMark/>
          </w:tcPr>
          <w:p w14:paraId="273C2E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4AD93C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0AE899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84807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E6776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22CE9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11.1</w:t>
            </w:r>
          </w:p>
        </w:tc>
        <w:tc>
          <w:tcPr>
            <w:tcW w:w="694" w:type="dxa"/>
            <w:noWrap/>
            <w:hideMark/>
          </w:tcPr>
          <w:p w14:paraId="1002B4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2C490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9D574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11.1</w:t>
            </w:r>
          </w:p>
        </w:tc>
        <w:tc>
          <w:tcPr>
            <w:tcW w:w="751" w:type="dxa"/>
            <w:noWrap/>
            <w:hideMark/>
          </w:tcPr>
          <w:p w14:paraId="6CE4CD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0B986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8705F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9FD7A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C5EFA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12BEC8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C2418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FC8E288" w14:textId="77777777" w:rsidTr="006750F2">
        <w:trPr>
          <w:trHeight w:val="280"/>
        </w:trPr>
        <w:tc>
          <w:tcPr>
            <w:tcW w:w="919" w:type="dxa"/>
            <w:noWrap/>
            <w:hideMark/>
          </w:tcPr>
          <w:p w14:paraId="45B540F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Hominimerdicola</w:t>
            </w:r>
          </w:p>
        </w:tc>
        <w:tc>
          <w:tcPr>
            <w:tcW w:w="852" w:type="dxa"/>
            <w:noWrap/>
            <w:hideMark/>
          </w:tcPr>
          <w:p w14:paraId="558985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7E621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768" w:type="dxa"/>
            <w:noWrap/>
            <w:hideMark/>
          </w:tcPr>
          <w:p w14:paraId="7299C5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04215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23645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714B5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94" w:type="dxa"/>
            <w:noWrap/>
            <w:hideMark/>
          </w:tcPr>
          <w:p w14:paraId="407C7C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2D179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92173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51" w:type="dxa"/>
            <w:noWrap/>
            <w:hideMark/>
          </w:tcPr>
          <w:p w14:paraId="535CE2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D5B7D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9E89B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BAF52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001EE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51F53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DDD59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1032C04B" w14:textId="77777777" w:rsidTr="006750F2">
        <w:trPr>
          <w:trHeight w:val="280"/>
        </w:trPr>
        <w:tc>
          <w:tcPr>
            <w:tcW w:w="919" w:type="dxa"/>
            <w:noWrap/>
            <w:hideMark/>
          </w:tcPr>
          <w:p w14:paraId="38A755D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Hominiventricola</w:t>
            </w:r>
          </w:p>
        </w:tc>
        <w:tc>
          <w:tcPr>
            <w:tcW w:w="852" w:type="dxa"/>
            <w:noWrap/>
            <w:hideMark/>
          </w:tcPr>
          <w:p w14:paraId="069522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225A4D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w:t>
            </w:r>
          </w:p>
        </w:tc>
        <w:tc>
          <w:tcPr>
            <w:tcW w:w="768" w:type="dxa"/>
            <w:noWrap/>
            <w:hideMark/>
          </w:tcPr>
          <w:p w14:paraId="7D5A9F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8A3FB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5E43B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FD16C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25.9</w:t>
            </w:r>
          </w:p>
        </w:tc>
        <w:tc>
          <w:tcPr>
            <w:tcW w:w="694" w:type="dxa"/>
            <w:noWrap/>
            <w:hideMark/>
          </w:tcPr>
          <w:p w14:paraId="203C6D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94F07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7.4</w:t>
            </w:r>
          </w:p>
        </w:tc>
        <w:tc>
          <w:tcPr>
            <w:tcW w:w="909" w:type="dxa"/>
            <w:noWrap/>
            <w:hideMark/>
          </w:tcPr>
          <w:p w14:paraId="77E777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51" w:type="dxa"/>
            <w:noWrap/>
            <w:hideMark/>
          </w:tcPr>
          <w:p w14:paraId="05DF83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AC57D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5699E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003E7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0CBA9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4020CB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520A3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9C7CC12" w14:textId="77777777" w:rsidTr="006750F2">
        <w:trPr>
          <w:trHeight w:val="280"/>
        </w:trPr>
        <w:tc>
          <w:tcPr>
            <w:tcW w:w="919" w:type="dxa"/>
            <w:noWrap/>
            <w:hideMark/>
          </w:tcPr>
          <w:p w14:paraId="0607BE7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Huintestinicola</w:t>
            </w:r>
          </w:p>
        </w:tc>
        <w:tc>
          <w:tcPr>
            <w:tcW w:w="852" w:type="dxa"/>
            <w:noWrap/>
            <w:hideMark/>
          </w:tcPr>
          <w:p w14:paraId="722183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AB395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266C8C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D4FF9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01A40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A1BF6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694" w:type="dxa"/>
            <w:noWrap/>
            <w:hideMark/>
          </w:tcPr>
          <w:p w14:paraId="5DCF60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7B645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69FA2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751" w:type="dxa"/>
            <w:noWrap/>
            <w:hideMark/>
          </w:tcPr>
          <w:p w14:paraId="551701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EB14A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2717D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6F22A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34820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411715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DA479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C5C9D2D" w14:textId="77777777" w:rsidTr="006750F2">
        <w:trPr>
          <w:trHeight w:val="280"/>
        </w:trPr>
        <w:tc>
          <w:tcPr>
            <w:tcW w:w="919" w:type="dxa"/>
            <w:noWrap/>
            <w:hideMark/>
          </w:tcPr>
          <w:p w14:paraId="20EC834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ISDg</w:t>
            </w:r>
          </w:p>
        </w:tc>
        <w:tc>
          <w:tcPr>
            <w:tcW w:w="852" w:type="dxa"/>
            <w:noWrap/>
            <w:hideMark/>
          </w:tcPr>
          <w:p w14:paraId="2C7582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32C9E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51BC39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CE85D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94DB4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503BD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694" w:type="dxa"/>
            <w:noWrap/>
            <w:hideMark/>
          </w:tcPr>
          <w:p w14:paraId="2B808F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E0B2B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D93A4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751" w:type="dxa"/>
            <w:noWrap/>
            <w:hideMark/>
          </w:tcPr>
          <w:p w14:paraId="741DBD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3FAA0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0ED1F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3D6B9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F84CB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148B99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A911E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810551C" w14:textId="77777777" w:rsidTr="006750F2">
        <w:trPr>
          <w:trHeight w:val="280"/>
        </w:trPr>
        <w:tc>
          <w:tcPr>
            <w:tcW w:w="919" w:type="dxa"/>
            <w:noWrap/>
            <w:hideMark/>
          </w:tcPr>
          <w:p w14:paraId="4806A5D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Intestinimonas</w:t>
            </w:r>
          </w:p>
        </w:tc>
        <w:tc>
          <w:tcPr>
            <w:tcW w:w="852" w:type="dxa"/>
            <w:noWrap/>
            <w:hideMark/>
          </w:tcPr>
          <w:p w14:paraId="4214B8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2FE730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53474E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18C5F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142A2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4664F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23.1</w:t>
            </w:r>
          </w:p>
        </w:tc>
        <w:tc>
          <w:tcPr>
            <w:tcW w:w="694" w:type="dxa"/>
            <w:noWrap/>
            <w:hideMark/>
          </w:tcPr>
          <w:p w14:paraId="440517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2664B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95B0E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23.1</w:t>
            </w:r>
          </w:p>
        </w:tc>
        <w:tc>
          <w:tcPr>
            <w:tcW w:w="751" w:type="dxa"/>
            <w:noWrap/>
            <w:hideMark/>
          </w:tcPr>
          <w:p w14:paraId="354B85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D5CE1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F31E2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7C16B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25039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AAAD6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6F8F6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F483064" w14:textId="77777777" w:rsidTr="006750F2">
        <w:trPr>
          <w:trHeight w:val="280"/>
        </w:trPr>
        <w:tc>
          <w:tcPr>
            <w:tcW w:w="919" w:type="dxa"/>
            <w:noWrap/>
            <w:hideMark/>
          </w:tcPr>
          <w:p w14:paraId="159DC84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Kineothrix</w:t>
            </w:r>
          </w:p>
        </w:tc>
        <w:tc>
          <w:tcPr>
            <w:tcW w:w="852" w:type="dxa"/>
            <w:noWrap/>
            <w:hideMark/>
          </w:tcPr>
          <w:p w14:paraId="6119DD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8452C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68" w:type="dxa"/>
            <w:noWrap/>
            <w:hideMark/>
          </w:tcPr>
          <w:p w14:paraId="50D4B1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AA2C8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1EC84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9A8D1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26.1</w:t>
            </w:r>
          </w:p>
        </w:tc>
        <w:tc>
          <w:tcPr>
            <w:tcW w:w="694" w:type="dxa"/>
            <w:noWrap/>
            <w:hideMark/>
          </w:tcPr>
          <w:p w14:paraId="2C878F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79282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AA076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26.1</w:t>
            </w:r>
          </w:p>
        </w:tc>
        <w:tc>
          <w:tcPr>
            <w:tcW w:w="751" w:type="dxa"/>
            <w:noWrap/>
            <w:hideMark/>
          </w:tcPr>
          <w:p w14:paraId="78E2FD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712F8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DD033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75C41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94126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367F6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66297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CDF0004" w14:textId="77777777" w:rsidTr="006750F2">
        <w:trPr>
          <w:trHeight w:val="280"/>
        </w:trPr>
        <w:tc>
          <w:tcPr>
            <w:tcW w:w="919" w:type="dxa"/>
            <w:noWrap/>
            <w:hideMark/>
          </w:tcPr>
          <w:p w14:paraId="0F75788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Lachnoanaerobaculum</w:t>
            </w:r>
          </w:p>
        </w:tc>
        <w:tc>
          <w:tcPr>
            <w:tcW w:w="852" w:type="dxa"/>
            <w:noWrap/>
            <w:hideMark/>
          </w:tcPr>
          <w:p w14:paraId="289D5A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7A43A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325324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AAF8C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BBFF7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E7F7D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BF0E0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2E3D2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90698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D1DF4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13BD5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F75FC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C6D23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1EB05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03D35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73525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2D34C97" w14:textId="77777777" w:rsidTr="006750F2">
        <w:trPr>
          <w:trHeight w:val="280"/>
        </w:trPr>
        <w:tc>
          <w:tcPr>
            <w:tcW w:w="919" w:type="dxa"/>
            <w:noWrap/>
            <w:hideMark/>
          </w:tcPr>
          <w:p w14:paraId="021071C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Lachnoclostridium</w:t>
            </w:r>
          </w:p>
        </w:tc>
        <w:tc>
          <w:tcPr>
            <w:tcW w:w="852" w:type="dxa"/>
            <w:noWrap/>
            <w:hideMark/>
          </w:tcPr>
          <w:p w14:paraId="4BEA58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78522B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768" w:type="dxa"/>
            <w:noWrap/>
            <w:hideMark/>
          </w:tcPr>
          <w:p w14:paraId="036CE7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3E740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9B267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C3DCF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30.3</w:t>
            </w:r>
          </w:p>
        </w:tc>
        <w:tc>
          <w:tcPr>
            <w:tcW w:w="694" w:type="dxa"/>
            <w:noWrap/>
            <w:hideMark/>
          </w:tcPr>
          <w:p w14:paraId="5A52DB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7BEAE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930E1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30.3</w:t>
            </w:r>
          </w:p>
        </w:tc>
        <w:tc>
          <w:tcPr>
            <w:tcW w:w="751" w:type="dxa"/>
            <w:noWrap/>
            <w:hideMark/>
          </w:tcPr>
          <w:p w14:paraId="5338F1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A8344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8EF78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5FBCC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7F1DE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4E5D0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F88EC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2E5A434" w14:textId="77777777" w:rsidTr="006750F2">
        <w:trPr>
          <w:trHeight w:val="280"/>
        </w:trPr>
        <w:tc>
          <w:tcPr>
            <w:tcW w:w="919" w:type="dxa"/>
            <w:noWrap/>
            <w:hideMark/>
          </w:tcPr>
          <w:p w14:paraId="3F2E0F8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Lachnospira</w:t>
            </w:r>
          </w:p>
        </w:tc>
        <w:tc>
          <w:tcPr>
            <w:tcW w:w="852" w:type="dxa"/>
            <w:noWrap/>
            <w:hideMark/>
          </w:tcPr>
          <w:p w14:paraId="651588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62C13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768" w:type="dxa"/>
            <w:noWrap/>
            <w:hideMark/>
          </w:tcPr>
          <w:p w14:paraId="63E6A9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305B0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C5498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475D0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9.4</w:t>
            </w:r>
          </w:p>
        </w:tc>
        <w:tc>
          <w:tcPr>
            <w:tcW w:w="694" w:type="dxa"/>
            <w:noWrap/>
            <w:hideMark/>
          </w:tcPr>
          <w:p w14:paraId="76D81F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C390D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3D26C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9.4</w:t>
            </w:r>
          </w:p>
        </w:tc>
        <w:tc>
          <w:tcPr>
            <w:tcW w:w="751" w:type="dxa"/>
            <w:noWrap/>
            <w:hideMark/>
          </w:tcPr>
          <w:p w14:paraId="0A870F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A5C1C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ABE97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CD6F3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D4498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BA996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40A1C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6359B5A2" w14:textId="77777777" w:rsidTr="006750F2">
        <w:trPr>
          <w:trHeight w:val="280"/>
        </w:trPr>
        <w:tc>
          <w:tcPr>
            <w:tcW w:w="919" w:type="dxa"/>
            <w:noWrap/>
            <w:hideMark/>
          </w:tcPr>
          <w:p w14:paraId="6ED9620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Lacrimispora</w:t>
            </w:r>
          </w:p>
        </w:tc>
        <w:tc>
          <w:tcPr>
            <w:tcW w:w="852" w:type="dxa"/>
            <w:noWrap/>
            <w:hideMark/>
          </w:tcPr>
          <w:p w14:paraId="249208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15CD0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w:t>
            </w:r>
          </w:p>
        </w:tc>
        <w:tc>
          <w:tcPr>
            <w:tcW w:w="768" w:type="dxa"/>
            <w:noWrap/>
            <w:hideMark/>
          </w:tcPr>
          <w:p w14:paraId="30AEC2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B6D72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0E0CE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B5F74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91.2</w:t>
            </w:r>
          </w:p>
        </w:tc>
        <w:tc>
          <w:tcPr>
            <w:tcW w:w="694" w:type="dxa"/>
            <w:noWrap/>
            <w:hideMark/>
          </w:tcPr>
          <w:p w14:paraId="18107D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BB1CE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F4EEC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91.2</w:t>
            </w:r>
          </w:p>
        </w:tc>
        <w:tc>
          <w:tcPr>
            <w:tcW w:w="751" w:type="dxa"/>
            <w:noWrap/>
            <w:hideMark/>
          </w:tcPr>
          <w:p w14:paraId="11C8DB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1A3A3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DBD9F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E8B0E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47A838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1B8AD1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7A22B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2A289099" w14:textId="77777777" w:rsidTr="006750F2">
        <w:trPr>
          <w:trHeight w:val="280"/>
        </w:trPr>
        <w:tc>
          <w:tcPr>
            <w:tcW w:w="919" w:type="dxa"/>
            <w:noWrap/>
            <w:hideMark/>
          </w:tcPr>
          <w:p w14:paraId="0399FEF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Laedolimicola</w:t>
            </w:r>
          </w:p>
        </w:tc>
        <w:tc>
          <w:tcPr>
            <w:tcW w:w="852" w:type="dxa"/>
            <w:noWrap/>
            <w:hideMark/>
          </w:tcPr>
          <w:p w14:paraId="45D802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AE129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7AF26B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10CB8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00E12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6E61E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53340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A43A8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0949C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04D56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201F8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09F40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87352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B40E5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33C465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07D18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F5CD7EF" w14:textId="77777777" w:rsidTr="006750F2">
        <w:trPr>
          <w:trHeight w:val="280"/>
        </w:trPr>
        <w:tc>
          <w:tcPr>
            <w:tcW w:w="919" w:type="dxa"/>
            <w:noWrap/>
            <w:hideMark/>
          </w:tcPr>
          <w:p w14:paraId="713FF8B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Lawsonibacter</w:t>
            </w:r>
          </w:p>
        </w:tc>
        <w:tc>
          <w:tcPr>
            <w:tcW w:w="852" w:type="dxa"/>
            <w:noWrap/>
            <w:hideMark/>
          </w:tcPr>
          <w:p w14:paraId="3E34D0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B4015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w:t>
            </w:r>
          </w:p>
        </w:tc>
        <w:tc>
          <w:tcPr>
            <w:tcW w:w="768" w:type="dxa"/>
            <w:noWrap/>
            <w:hideMark/>
          </w:tcPr>
          <w:p w14:paraId="34859D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4FAF4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A85CC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9FD52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694" w:type="dxa"/>
            <w:noWrap/>
            <w:hideMark/>
          </w:tcPr>
          <w:p w14:paraId="36517A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EE096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8F069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51" w:type="dxa"/>
            <w:noWrap/>
            <w:hideMark/>
          </w:tcPr>
          <w:p w14:paraId="7A0BDD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441BD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91E45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9637E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8F106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1A25E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D1310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C9A5A5B" w14:textId="77777777" w:rsidTr="006750F2">
        <w:trPr>
          <w:trHeight w:val="280"/>
        </w:trPr>
        <w:tc>
          <w:tcPr>
            <w:tcW w:w="919" w:type="dxa"/>
            <w:noWrap/>
            <w:hideMark/>
          </w:tcPr>
          <w:p w14:paraId="67D4D1A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Lentihominibacter</w:t>
            </w:r>
          </w:p>
        </w:tc>
        <w:tc>
          <w:tcPr>
            <w:tcW w:w="852" w:type="dxa"/>
            <w:noWrap/>
            <w:hideMark/>
          </w:tcPr>
          <w:p w14:paraId="6A7BC7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29AA6F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w:t>
            </w:r>
          </w:p>
        </w:tc>
        <w:tc>
          <w:tcPr>
            <w:tcW w:w="768" w:type="dxa"/>
            <w:noWrap/>
            <w:hideMark/>
          </w:tcPr>
          <w:p w14:paraId="0A9208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F57AF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1F59C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67E8E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02FEE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9CC3A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B000D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C0167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CE74B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03909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71B15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51C3F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7BF08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6A395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4D10DBA" w14:textId="77777777" w:rsidTr="006750F2">
        <w:trPr>
          <w:trHeight w:val="280"/>
        </w:trPr>
        <w:tc>
          <w:tcPr>
            <w:tcW w:w="919" w:type="dxa"/>
            <w:noWrap/>
            <w:hideMark/>
          </w:tcPr>
          <w:p w14:paraId="4889434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Lientehia</w:t>
            </w:r>
          </w:p>
        </w:tc>
        <w:tc>
          <w:tcPr>
            <w:tcW w:w="852" w:type="dxa"/>
            <w:noWrap/>
            <w:hideMark/>
          </w:tcPr>
          <w:p w14:paraId="54E6DC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7978F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4C6C77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82347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C6935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B43E9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7695B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FE672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6D08C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999C8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BB876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EA212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ABCBD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5C57C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4546D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606FA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10A4284" w14:textId="77777777" w:rsidTr="006750F2">
        <w:trPr>
          <w:trHeight w:val="280"/>
        </w:trPr>
        <w:tc>
          <w:tcPr>
            <w:tcW w:w="919" w:type="dxa"/>
            <w:noWrap/>
            <w:hideMark/>
          </w:tcPr>
          <w:p w14:paraId="33085E5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Limiplasma</w:t>
            </w:r>
          </w:p>
        </w:tc>
        <w:tc>
          <w:tcPr>
            <w:tcW w:w="852" w:type="dxa"/>
            <w:noWrap/>
            <w:hideMark/>
          </w:tcPr>
          <w:p w14:paraId="63179A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B8E0B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768" w:type="dxa"/>
            <w:noWrap/>
            <w:hideMark/>
          </w:tcPr>
          <w:p w14:paraId="336089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9807E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182F1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76F5B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606EF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3269E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w:t>
            </w:r>
          </w:p>
        </w:tc>
        <w:tc>
          <w:tcPr>
            <w:tcW w:w="909" w:type="dxa"/>
            <w:noWrap/>
            <w:hideMark/>
          </w:tcPr>
          <w:p w14:paraId="1B9BE4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w:t>
            </w:r>
          </w:p>
        </w:tc>
        <w:tc>
          <w:tcPr>
            <w:tcW w:w="751" w:type="dxa"/>
            <w:noWrap/>
            <w:hideMark/>
          </w:tcPr>
          <w:p w14:paraId="469705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AB94D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1ED1A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02C42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CF6E4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69972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7BDA2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89758D3" w14:textId="77777777" w:rsidTr="006750F2">
        <w:trPr>
          <w:trHeight w:val="280"/>
        </w:trPr>
        <w:tc>
          <w:tcPr>
            <w:tcW w:w="919" w:type="dxa"/>
            <w:noWrap/>
            <w:hideMark/>
          </w:tcPr>
          <w:p w14:paraId="11A6AA6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Limivicinus</w:t>
            </w:r>
          </w:p>
        </w:tc>
        <w:tc>
          <w:tcPr>
            <w:tcW w:w="852" w:type="dxa"/>
            <w:noWrap/>
            <w:hideMark/>
          </w:tcPr>
          <w:p w14:paraId="41E413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65C166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w:t>
            </w:r>
          </w:p>
        </w:tc>
        <w:tc>
          <w:tcPr>
            <w:tcW w:w="768" w:type="dxa"/>
            <w:noWrap/>
            <w:hideMark/>
          </w:tcPr>
          <w:p w14:paraId="4796F6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56C39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3E23A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8F28D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694" w:type="dxa"/>
            <w:noWrap/>
            <w:hideMark/>
          </w:tcPr>
          <w:p w14:paraId="4C1F52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89C11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46.8</w:t>
            </w:r>
          </w:p>
        </w:tc>
        <w:tc>
          <w:tcPr>
            <w:tcW w:w="909" w:type="dxa"/>
            <w:noWrap/>
            <w:hideMark/>
          </w:tcPr>
          <w:p w14:paraId="465EAF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48.9</w:t>
            </w:r>
          </w:p>
        </w:tc>
        <w:tc>
          <w:tcPr>
            <w:tcW w:w="751" w:type="dxa"/>
            <w:noWrap/>
            <w:hideMark/>
          </w:tcPr>
          <w:p w14:paraId="397FAE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24E69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53465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6277F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45CB9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4519B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9CD6B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C193042" w14:textId="77777777" w:rsidTr="006750F2">
        <w:trPr>
          <w:trHeight w:val="280"/>
        </w:trPr>
        <w:tc>
          <w:tcPr>
            <w:tcW w:w="919" w:type="dxa"/>
            <w:noWrap/>
            <w:hideMark/>
          </w:tcPr>
          <w:p w14:paraId="71377EC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Mediterraneibacter</w:t>
            </w:r>
          </w:p>
        </w:tc>
        <w:tc>
          <w:tcPr>
            <w:tcW w:w="852" w:type="dxa"/>
            <w:noWrap/>
            <w:hideMark/>
          </w:tcPr>
          <w:p w14:paraId="79086A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52F3E6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768" w:type="dxa"/>
            <w:noWrap/>
            <w:hideMark/>
          </w:tcPr>
          <w:p w14:paraId="71F194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BE3D0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DCE46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D81E9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694" w:type="dxa"/>
            <w:noWrap/>
            <w:hideMark/>
          </w:tcPr>
          <w:p w14:paraId="7BEC68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76B4A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A09EE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751" w:type="dxa"/>
            <w:noWrap/>
            <w:hideMark/>
          </w:tcPr>
          <w:p w14:paraId="59FD4D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58667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03E78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78F00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40D60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04A45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C5CB8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F3C70F9" w14:textId="77777777" w:rsidTr="006750F2">
        <w:trPr>
          <w:trHeight w:val="280"/>
        </w:trPr>
        <w:tc>
          <w:tcPr>
            <w:tcW w:w="919" w:type="dxa"/>
            <w:noWrap/>
            <w:hideMark/>
          </w:tcPr>
          <w:p w14:paraId="7D5D3AD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Mobilitalea</w:t>
            </w:r>
          </w:p>
        </w:tc>
        <w:tc>
          <w:tcPr>
            <w:tcW w:w="852" w:type="dxa"/>
            <w:noWrap/>
            <w:hideMark/>
          </w:tcPr>
          <w:p w14:paraId="7CA7A6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469BCB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w:t>
            </w:r>
          </w:p>
        </w:tc>
        <w:tc>
          <w:tcPr>
            <w:tcW w:w="768" w:type="dxa"/>
            <w:noWrap/>
            <w:hideMark/>
          </w:tcPr>
          <w:p w14:paraId="61EBEC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2CB0F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21" w:type="dxa"/>
            <w:noWrap/>
            <w:hideMark/>
          </w:tcPr>
          <w:p w14:paraId="331ABF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4223C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62.3</w:t>
            </w:r>
          </w:p>
        </w:tc>
        <w:tc>
          <w:tcPr>
            <w:tcW w:w="694" w:type="dxa"/>
            <w:noWrap/>
            <w:hideMark/>
          </w:tcPr>
          <w:p w14:paraId="5080CE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88060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909" w:type="dxa"/>
            <w:noWrap/>
            <w:hideMark/>
          </w:tcPr>
          <w:p w14:paraId="700686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63.9</w:t>
            </w:r>
          </w:p>
        </w:tc>
        <w:tc>
          <w:tcPr>
            <w:tcW w:w="751" w:type="dxa"/>
            <w:noWrap/>
            <w:hideMark/>
          </w:tcPr>
          <w:p w14:paraId="4566A4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DC670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0D6F1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101B0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8D6F2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492378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0CF64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881A8F3" w14:textId="77777777" w:rsidTr="006750F2">
        <w:trPr>
          <w:trHeight w:val="280"/>
        </w:trPr>
        <w:tc>
          <w:tcPr>
            <w:tcW w:w="919" w:type="dxa"/>
            <w:noWrap/>
            <w:hideMark/>
          </w:tcPr>
          <w:p w14:paraId="2CC6EEF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Mogibacterium</w:t>
            </w:r>
          </w:p>
        </w:tc>
        <w:tc>
          <w:tcPr>
            <w:tcW w:w="852" w:type="dxa"/>
            <w:noWrap/>
            <w:hideMark/>
          </w:tcPr>
          <w:p w14:paraId="66CAC3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BBE38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1B8557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5694C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3ABFF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87744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94" w:type="dxa"/>
            <w:noWrap/>
            <w:hideMark/>
          </w:tcPr>
          <w:p w14:paraId="2283F8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BDDEE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C107F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51" w:type="dxa"/>
            <w:noWrap/>
            <w:hideMark/>
          </w:tcPr>
          <w:p w14:paraId="2FE4ED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C7FEF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3233E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A2BDA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F7A2A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CBF8A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B3E1A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289BECAA" w14:textId="77777777" w:rsidTr="006750F2">
        <w:trPr>
          <w:trHeight w:val="280"/>
        </w:trPr>
        <w:tc>
          <w:tcPr>
            <w:tcW w:w="919" w:type="dxa"/>
            <w:noWrap/>
            <w:hideMark/>
          </w:tcPr>
          <w:p w14:paraId="413B1F7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Monoglobus</w:t>
            </w:r>
          </w:p>
        </w:tc>
        <w:tc>
          <w:tcPr>
            <w:tcW w:w="852" w:type="dxa"/>
            <w:noWrap/>
            <w:hideMark/>
          </w:tcPr>
          <w:p w14:paraId="1432B9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7908EF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66DC6F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1A81D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977B0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FBC7B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694" w:type="dxa"/>
            <w:noWrap/>
            <w:hideMark/>
          </w:tcPr>
          <w:p w14:paraId="1CCC17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CB5F3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B5643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751" w:type="dxa"/>
            <w:noWrap/>
            <w:hideMark/>
          </w:tcPr>
          <w:p w14:paraId="477AC5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BF6DC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87996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B7E3A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49B03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9E34D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01675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2D59E0B" w14:textId="77777777" w:rsidTr="006750F2">
        <w:trPr>
          <w:trHeight w:val="280"/>
        </w:trPr>
        <w:tc>
          <w:tcPr>
            <w:tcW w:w="919" w:type="dxa"/>
            <w:noWrap/>
            <w:hideMark/>
          </w:tcPr>
          <w:p w14:paraId="00D3116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Moryella</w:t>
            </w:r>
          </w:p>
        </w:tc>
        <w:tc>
          <w:tcPr>
            <w:tcW w:w="852" w:type="dxa"/>
            <w:noWrap/>
            <w:hideMark/>
          </w:tcPr>
          <w:p w14:paraId="3C4F2F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44D0AE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14BEA1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05696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4DF50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626D0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694" w:type="dxa"/>
            <w:noWrap/>
            <w:hideMark/>
          </w:tcPr>
          <w:p w14:paraId="5A2C79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73B9D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5111D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51" w:type="dxa"/>
            <w:noWrap/>
            <w:hideMark/>
          </w:tcPr>
          <w:p w14:paraId="3CAA74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23E19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353F3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6B8C3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93AF0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5235E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8E84C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E5978D0" w14:textId="77777777" w:rsidTr="006750F2">
        <w:trPr>
          <w:trHeight w:val="280"/>
        </w:trPr>
        <w:tc>
          <w:tcPr>
            <w:tcW w:w="919" w:type="dxa"/>
            <w:noWrap/>
            <w:hideMark/>
          </w:tcPr>
          <w:p w14:paraId="081CF79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NK4A136</w:t>
            </w:r>
          </w:p>
        </w:tc>
        <w:tc>
          <w:tcPr>
            <w:tcW w:w="852" w:type="dxa"/>
            <w:noWrap/>
            <w:hideMark/>
          </w:tcPr>
          <w:p w14:paraId="5A5355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4A0E07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68" w:type="dxa"/>
            <w:noWrap/>
            <w:hideMark/>
          </w:tcPr>
          <w:p w14:paraId="175528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90C6E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D05D4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3C73E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34.6</w:t>
            </w:r>
          </w:p>
        </w:tc>
        <w:tc>
          <w:tcPr>
            <w:tcW w:w="694" w:type="dxa"/>
            <w:noWrap/>
            <w:hideMark/>
          </w:tcPr>
          <w:p w14:paraId="1DBF28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98A9E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5DFEA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34.6</w:t>
            </w:r>
          </w:p>
        </w:tc>
        <w:tc>
          <w:tcPr>
            <w:tcW w:w="751" w:type="dxa"/>
            <w:noWrap/>
            <w:hideMark/>
          </w:tcPr>
          <w:p w14:paraId="5A4118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E4515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B559F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EE2EA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24A3A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4B584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297A3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8B68AB2" w14:textId="77777777" w:rsidTr="006750F2">
        <w:trPr>
          <w:trHeight w:val="280"/>
        </w:trPr>
        <w:tc>
          <w:tcPr>
            <w:tcW w:w="919" w:type="dxa"/>
            <w:noWrap/>
            <w:hideMark/>
          </w:tcPr>
          <w:p w14:paraId="197C7EE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NK4A144</w:t>
            </w:r>
          </w:p>
        </w:tc>
        <w:tc>
          <w:tcPr>
            <w:tcW w:w="852" w:type="dxa"/>
            <w:noWrap/>
            <w:hideMark/>
          </w:tcPr>
          <w:p w14:paraId="581D75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7D3A4C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409740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59307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4A138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809D4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694" w:type="dxa"/>
            <w:noWrap/>
            <w:hideMark/>
          </w:tcPr>
          <w:p w14:paraId="5C3263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42591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05540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51" w:type="dxa"/>
            <w:noWrap/>
            <w:hideMark/>
          </w:tcPr>
          <w:p w14:paraId="6190A3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4E654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33F5F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14685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9814F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0C640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0A8D9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6193146" w14:textId="77777777" w:rsidTr="006750F2">
        <w:trPr>
          <w:trHeight w:val="280"/>
        </w:trPr>
        <w:tc>
          <w:tcPr>
            <w:tcW w:w="919" w:type="dxa"/>
            <w:noWrap/>
            <w:hideMark/>
          </w:tcPr>
          <w:p w14:paraId="4DF3906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Negativibacillus</w:t>
            </w:r>
          </w:p>
        </w:tc>
        <w:tc>
          <w:tcPr>
            <w:tcW w:w="852" w:type="dxa"/>
            <w:noWrap/>
            <w:hideMark/>
          </w:tcPr>
          <w:p w14:paraId="13F698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7638E6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7FEA6C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F5DE2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FC148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5024E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694" w:type="dxa"/>
            <w:noWrap/>
            <w:hideMark/>
          </w:tcPr>
          <w:p w14:paraId="649458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A0289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E655F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51" w:type="dxa"/>
            <w:noWrap/>
            <w:hideMark/>
          </w:tcPr>
          <w:p w14:paraId="5217A9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0E102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336A0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1C5FE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3D280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DA239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38DE8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E3130EB" w14:textId="77777777" w:rsidTr="006750F2">
        <w:trPr>
          <w:trHeight w:val="280"/>
        </w:trPr>
        <w:tc>
          <w:tcPr>
            <w:tcW w:w="919" w:type="dxa"/>
            <w:noWrap/>
            <w:hideMark/>
          </w:tcPr>
          <w:p w14:paraId="4F84285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Neoanaerotignum</w:t>
            </w:r>
          </w:p>
        </w:tc>
        <w:tc>
          <w:tcPr>
            <w:tcW w:w="852" w:type="dxa"/>
            <w:noWrap/>
            <w:hideMark/>
          </w:tcPr>
          <w:p w14:paraId="1C0B75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7EB14E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730FC3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EDB1C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6D211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3FBDE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0A5F6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9E903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B3E34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C7F3D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879A0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D0B37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251B1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3047C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E2FDC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D1F8B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2C24DE5" w14:textId="77777777" w:rsidTr="006750F2">
        <w:trPr>
          <w:trHeight w:val="280"/>
        </w:trPr>
        <w:tc>
          <w:tcPr>
            <w:tcW w:w="919" w:type="dxa"/>
            <w:noWrap/>
            <w:hideMark/>
          </w:tcPr>
          <w:p w14:paraId="602E769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Oliverpabstia</w:t>
            </w:r>
          </w:p>
        </w:tc>
        <w:tc>
          <w:tcPr>
            <w:tcW w:w="852" w:type="dxa"/>
            <w:noWrap/>
            <w:hideMark/>
          </w:tcPr>
          <w:p w14:paraId="718798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79F821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3F3574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0D3EF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D9169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E77AA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FDBB8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B4D06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5025C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6B189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3ECB1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A54F3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81894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21133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8FEC8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1541B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23A7073" w14:textId="77777777" w:rsidTr="006750F2">
        <w:trPr>
          <w:trHeight w:val="280"/>
        </w:trPr>
        <w:tc>
          <w:tcPr>
            <w:tcW w:w="919" w:type="dxa"/>
            <w:noWrap/>
            <w:hideMark/>
          </w:tcPr>
          <w:p w14:paraId="7332F84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Onthomonas</w:t>
            </w:r>
          </w:p>
        </w:tc>
        <w:tc>
          <w:tcPr>
            <w:tcW w:w="852" w:type="dxa"/>
            <w:noWrap/>
            <w:hideMark/>
          </w:tcPr>
          <w:p w14:paraId="056B64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3EC46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768" w:type="dxa"/>
            <w:noWrap/>
            <w:hideMark/>
          </w:tcPr>
          <w:p w14:paraId="1A4991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36008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6220D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36CD0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32.1</w:t>
            </w:r>
          </w:p>
        </w:tc>
        <w:tc>
          <w:tcPr>
            <w:tcW w:w="694" w:type="dxa"/>
            <w:noWrap/>
            <w:hideMark/>
          </w:tcPr>
          <w:p w14:paraId="40869E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76E23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909" w:type="dxa"/>
            <w:noWrap/>
            <w:hideMark/>
          </w:tcPr>
          <w:p w14:paraId="274543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35.7</w:t>
            </w:r>
          </w:p>
        </w:tc>
        <w:tc>
          <w:tcPr>
            <w:tcW w:w="751" w:type="dxa"/>
            <w:noWrap/>
            <w:hideMark/>
          </w:tcPr>
          <w:p w14:paraId="273218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7D9A1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31B38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66455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21E17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770D3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E62E0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C35532D" w14:textId="77777777" w:rsidTr="006750F2">
        <w:trPr>
          <w:trHeight w:val="280"/>
        </w:trPr>
        <w:tc>
          <w:tcPr>
            <w:tcW w:w="919" w:type="dxa"/>
            <w:noWrap/>
            <w:hideMark/>
          </w:tcPr>
          <w:p w14:paraId="36F8ACD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Onthoplasma</w:t>
            </w:r>
          </w:p>
        </w:tc>
        <w:tc>
          <w:tcPr>
            <w:tcW w:w="852" w:type="dxa"/>
            <w:noWrap/>
            <w:hideMark/>
          </w:tcPr>
          <w:p w14:paraId="7D0A9A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AE472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48FAD4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9BF7F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28342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088E1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E513E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DD9C3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62EC1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ACC97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5DB24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31E55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DB202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1236B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6EBDA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12AA6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66BF432" w14:textId="77777777" w:rsidTr="006750F2">
        <w:trPr>
          <w:trHeight w:val="280"/>
        </w:trPr>
        <w:tc>
          <w:tcPr>
            <w:tcW w:w="919" w:type="dxa"/>
            <w:noWrap/>
            <w:hideMark/>
          </w:tcPr>
          <w:p w14:paraId="24C4CED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Oribacterium</w:t>
            </w:r>
          </w:p>
        </w:tc>
        <w:tc>
          <w:tcPr>
            <w:tcW w:w="852" w:type="dxa"/>
            <w:noWrap/>
            <w:hideMark/>
          </w:tcPr>
          <w:p w14:paraId="2D402B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1C18C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68" w:type="dxa"/>
            <w:noWrap/>
            <w:hideMark/>
          </w:tcPr>
          <w:p w14:paraId="493FF1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53089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204D3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E4194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w:t>
            </w:r>
          </w:p>
        </w:tc>
        <w:tc>
          <w:tcPr>
            <w:tcW w:w="694" w:type="dxa"/>
            <w:noWrap/>
            <w:hideMark/>
          </w:tcPr>
          <w:p w14:paraId="24DFD9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A9F1D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909" w:type="dxa"/>
            <w:noWrap/>
            <w:hideMark/>
          </w:tcPr>
          <w:p w14:paraId="05361E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51" w:type="dxa"/>
            <w:noWrap/>
            <w:hideMark/>
          </w:tcPr>
          <w:p w14:paraId="083BEF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E6BA8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32FCB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BA29A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80E0C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DF8C5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BB8AA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A643195" w14:textId="77777777" w:rsidTr="006750F2">
        <w:trPr>
          <w:trHeight w:val="280"/>
        </w:trPr>
        <w:tc>
          <w:tcPr>
            <w:tcW w:w="919" w:type="dxa"/>
            <w:noWrap/>
            <w:hideMark/>
          </w:tcPr>
          <w:p w14:paraId="1683F05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Ornithoclostridium</w:t>
            </w:r>
          </w:p>
        </w:tc>
        <w:tc>
          <w:tcPr>
            <w:tcW w:w="852" w:type="dxa"/>
            <w:noWrap/>
            <w:hideMark/>
          </w:tcPr>
          <w:p w14:paraId="5EA718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4B589F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21F40F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B1634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DFA38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3575C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97AC8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66A10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E0B5F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5485D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42FB5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53FA8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61DE5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3E7A7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90F5D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D824A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5CDFA9B" w14:textId="77777777" w:rsidTr="006750F2">
        <w:trPr>
          <w:trHeight w:val="280"/>
        </w:trPr>
        <w:tc>
          <w:tcPr>
            <w:tcW w:w="919" w:type="dxa"/>
            <w:noWrap/>
            <w:hideMark/>
          </w:tcPr>
          <w:p w14:paraId="00CEF26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Ornithomonoglobus</w:t>
            </w:r>
          </w:p>
        </w:tc>
        <w:tc>
          <w:tcPr>
            <w:tcW w:w="852" w:type="dxa"/>
            <w:noWrap/>
            <w:hideMark/>
          </w:tcPr>
          <w:p w14:paraId="1E371C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434D8A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10B636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9624F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B85AF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2AC5B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92D45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8D237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3B727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47FCF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6473E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636BE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D3BC4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8DE50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3B642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22AFA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5AFA59B" w14:textId="77777777" w:rsidTr="006750F2">
        <w:trPr>
          <w:trHeight w:val="280"/>
        </w:trPr>
        <w:tc>
          <w:tcPr>
            <w:tcW w:w="919" w:type="dxa"/>
            <w:noWrap/>
            <w:hideMark/>
          </w:tcPr>
          <w:p w14:paraId="6A13D1F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Otoolea</w:t>
            </w:r>
          </w:p>
        </w:tc>
        <w:tc>
          <w:tcPr>
            <w:tcW w:w="852" w:type="dxa"/>
            <w:noWrap/>
            <w:hideMark/>
          </w:tcPr>
          <w:p w14:paraId="156BD4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64BB0A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768023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CEA2F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F2BA0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7B938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7ABE7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8EFBB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FEA18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2AAC1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BD436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74273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B50EC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A849D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CA01A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53036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1A92789" w14:textId="77777777" w:rsidTr="006750F2">
        <w:trPr>
          <w:trHeight w:val="280"/>
        </w:trPr>
        <w:tc>
          <w:tcPr>
            <w:tcW w:w="919" w:type="dxa"/>
            <w:noWrap/>
            <w:hideMark/>
          </w:tcPr>
          <w:p w14:paraId="4E70FBD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Paraclostridium</w:t>
            </w:r>
          </w:p>
        </w:tc>
        <w:tc>
          <w:tcPr>
            <w:tcW w:w="852" w:type="dxa"/>
            <w:noWrap/>
            <w:hideMark/>
          </w:tcPr>
          <w:p w14:paraId="5F7AE4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89D5B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17C32C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5837A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01138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FBC55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694" w:type="dxa"/>
            <w:noWrap/>
            <w:hideMark/>
          </w:tcPr>
          <w:p w14:paraId="773491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6ADC2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3075D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751" w:type="dxa"/>
            <w:noWrap/>
            <w:hideMark/>
          </w:tcPr>
          <w:p w14:paraId="0C953C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4400A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7DB88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C021F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7888C0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147E7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E93A8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7DE5595E" w14:textId="77777777" w:rsidTr="006750F2">
        <w:trPr>
          <w:trHeight w:val="280"/>
        </w:trPr>
        <w:tc>
          <w:tcPr>
            <w:tcW w:w="919" w:type="dxa"/>
            <w:noWrap/>
            <w:hideMark/>
          </w:tcPr>
          <w:p w14:paraId="015E9FA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PeH17</w:t>
            </w:r>
          </w:p>
        </w:tc>
        <w:tc>
          <w:tcPr>
            <w:tcW w:w="852" w:type="dxa"/>
            <w:noWrap/>
            <w:hideMark/>
          </w:tcPr>
          <w:p w14:paraId="261F2D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5240F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2371E3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3331A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A7E69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E9884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694" w:type="dxa"/>
            <w:noWrap/>
            <w:hideMark/>
          </w:tcPr>
          <w:p w14:paraId="5C2ABF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F10D3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909" w:type="dxa"/>
            <w:noWrap/>
            <w:hideMark/>
          </w:tcPr>
          <w:p w14:paraId="7382C3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751" w:type="dxa"/>
            <w:noWrap/>
            <w:hideMark/>
          </w:tcPr>
          <w:p w14:paraId="7A87C2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5364C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F2F46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3B627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E03C7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1F82E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91F39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51ED109" w14:textId="77777777" w:rsidTr="006750F2">
        <w:trPr>
          <w:trHeight w:val="280"/>
        </w:trPr>
        <w:tc>
          <w:tcPr>
            <w:tcW w:w="919" w:type="dxa"/>
            <w:noWrap/>
            <w:hideMark/>
          </w:tcPr>
          <w:p w14:paraId="62A25FA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Pelethomonas</w:t>
            </w:r>
          </w:p>
        </w:tc>
        <w:tc>
          <w:tcPr>
            <w:tcW w:w="852" w:type="dxa"/>
            <w:noWrap/>
            <w:hideMark/>
          </w:tcPr>
          <w:p w14:paraId="0A3CC1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57DCA1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w:t>
            </w:r>
          </w:p>
        </w:tc>
        <w:tc>
          <w:tcPr>
            <w:tcW w:w="768" w:type="dxa"/>
            <w:noWrap/>
            <w:hideMark/>
          </w:tcPr>
          <w:p w14:paraId="462B2E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1A83B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E0B81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A6BCE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4EB2D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D3B18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909" w:type="dxa"/>
            <w:noWrap/>
            <w:hideMark/>
          </w:tcPr>
          <w:p w14:paraId="4F2CF9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751" w:type="dxa"/>
            <w:noWrap/>
            <w:hideMark/>
          </w:tcPr>
          <w:p w14:paraId="0B69F7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B471F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27FA7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65012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8E3A2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7FEE4E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4517C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C6E1C5A" w14:textId="77777777" w:rsidTr="006750F2">
        <w:trPr>
          <w:trHeight w:val="280"/>
        </w:trPr>
        <w:tc>
          <w:tcPr>
            <w:tcW w:w="919" w:type="dxa"/>
            <w:noWrap/>
            <w:hideMark/>
          </w:tcPr>
          <w:p w14:paraId="3A46411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Peptoniphilus</w:t>
            </w:r>
          </w:p>
        </w:tc>
        <w:tc>
          <w:tcPr>
            <w:tcW w:w="852" w:type="dxa"/>
            <w:noWrap/>
            <w:hideMark/>
          </w:tcPr>
          <w:p w14:paraId="343B6B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66854E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68" w:type="dxa"/>
            <w:noWrap/>
            <w:hideMark/>
          </w:tcPr>
          <w:p w14:paraId="2325FF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3BE44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54815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95F71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D9F6A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7B33A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1C4F9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C9DD1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D7DC7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D699D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7C5D8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C15C5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A3C29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10734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1068955" w14:textId="77777777" w:rsidTr="006750F2">
        <w:trPr>
          <w:trHeight w:val="280"/>
        </w:trPr>
        <w:tc>
          <w:tcPr>
            <w:tcW w:w="919" w:type="dxa"/>
            <w:noWrap/>
            <w:hideMark/>
          </w:tcPr>
          <w:p w14:paraId="5742933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Peptostreptococcus</w:t>
            </w:r>
          </w:p>
        </w:tc>
        <w:tc>
          <w:tcPr>
            <w:tcW w:w="852" w:type="dxa"/>
            <w:noWrap/>
            <w:hideMark/>
          </w:tcPr>
          <w:p w14:paraId="301796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3FF2C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3F6681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A7A3B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E3F60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06DFF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6FE4B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4AEFB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7ED5E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8563D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F8212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BFCFE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3B108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9AA85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DD9C6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6AE8A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90E3E26" w14:textId="77777777" w:rsidTr="006750F2">
        <w:trPr>
          <w:trHeight w:val="280"/>
        </w:trPr>
        <w:tc>
          <w:tcPr>
            <w:tcW w:w="919" w:type="dxa"/>
            <w:noWrap/>
            <w:hideMark/>
          </w:tcPr>
          <w:p w14:paraId="22CF659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Petralouisia</w:t>
            </w:r>
          </w:p>
        </w:tc>
        <w:tc>
          <w:tcPr>
            <w:tcW w:w="852" w:type="dxa"/>
            <w:noWrap/>
            <w:hideMark/>
          </w:tcPr>
          <w:p w14:paraId="0979E2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23F3E1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w:t>
            </w:r>
          </w:p>
        </w:tc>
        <w:tc>
          <w:tcPr>
            <w:tcW w:w="768" w:type="dxa"/>
            <w:noWrap/>
            <w:hideMark/>
          </w:tcPr>
          <w:p w14:paraId="5E298A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AC094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91A55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249D4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4.9</w:t>
            </w:r>
          </w:p>
        </w:tc>
        <w:tc>
          <w:tcPr>
            <w:tcW w:w="694" w:type="dxa"/>
            <w:noWrap/>
            <w:hideMark/>
          </w:tcPr>
          <w:p w14:paraId="356D45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C0B47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7BA02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4.9</w:t>
            </w:r>
          </w:p>
        </w:tc>
        <w:tc>
          <w:tcPr>
            <w:tcW w:w="751" w:type="dxa"/>
            <w:noWrap/>
            <w:hideMark/>
          </w:tcPr>
          <w:p w14:paraId="55F619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D4EC6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22B08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7ECD1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32CC1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3714EF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922D9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03CEAF8" w14:textId="77777777" w:rsidTr="006750F2">
        <w:trPr>
          <w:trHeight w:val="280"/>
        </w:trPr>
        <w:tc>
          <w:tcPr>
            <w:tcW w:w="919" w:type="dxa"/>
            <w:noWrap/>
            <w:hideMark/>
          </w:tcPr>
          <w:p w14:paraId="0272F95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Porcincola</w:t>
            </w:r>
          </w:p>
        </w:tc>
        <w:tc>
          <w:tcPr>
            <w:tcW w:w="852" w:type="dxa"/>
            <w:noWrap/>
            <w:hideMark/>
          </w:tcPr>
          <w:p w14:paraId="0FD562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83133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629F11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B60FE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302C5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C5FCD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64.3</w:t>
            </w:r>
          </w:p>
        </w:tc>
        <w:tc>
          <w:tcPr>
            <w:tcW w:w="694" w:type="dxa"/>
            <w:noWrap/>
            <w:hideMark/>
          </w:tcPr>
          <w:p w14:paraId="425DF6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9B87A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909" w:type="dxa"/>
            <w:noWrap/>
            <w:hideMark/>
          </w:tcPr>
          <w:p w14:paraId="25528F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92.9</w:t>
            </w:r>
          </w:p>
        </w:tc>
        <w:tc>
          <w:tcPr>
            <w:tcW w:w="751" w:type="dxa"/>
            <w:noWrap/>
            <w:hideMark/>
          </w:tcPr>
          <w:p w14:paraId="6B5CDF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506F8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771DD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64A49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AFEAF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790E3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C7CF1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5EBA780E" w14:textId="77777777" w:rsidTr="006750F2">
        <w:trPr>
          <w:trHeight w:val="280"/>
        </w:trPr>
        <w:tc>
          <w:tcPr>
            <w:tcW w:w="919" w:type="dxa"/>
            <w:noWrap/>
            <w:hideMark/>
          </w:tcPr>
          <w:p w14:paraId="7C0EF89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Porcipelethomonas</w:t>
            </w:r>
          </w:p>
        </w:tc>
        <w:tc>
          <w:tcPr>
            <w:tcW w:w="852" w:type="dxa"/>
            <w:noWrap/>
            <w:hideMark/>
          </w:tcPr>
          <w:p w14:paraId="6563CA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405D07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4C084D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58590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FF771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2DA31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694" w:type="dxa"/>
            <w:noWrap/>
            <w:hideMark/>
          </w:tcPr>
          <w:p w14:paraId="379A2E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0FE5F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9B0B5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51" w:type="dxa"/>
            <w:noWrap/>
            <w:hideMark/>
          </w:tcPr>
          <w:p w14:paraId="7B2F87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97011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B68B1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A6210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F1709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1DDC6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41C5A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4FCA45A" w14:textId="77777777" w:rsidTr="006750F2">
        <w:trPr>
          <w:trHeight w:val="280"/>
        </w:trPr>
        <w:tc>
          <w:tcPr>
            <w:tcW w:w="919" w:type="dxa"/>
            <w:noWrap/>
            <w:hideMark/>
          </w:tcPr>
          <w:p w14:paraId="329CA9A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Pseudobutyrivibrio</w:t>
            </w:r>
          </w:p>
        </w:tc>
        <w:tc>
          <w:tcPr>
            <w:tcW w:w="852" w:type="dxa"/>
            <w:noWrap/>
            <w:hideMark/>
          </w:tcPr>
          <w:p w14:paraId="3F2502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9E731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68" w:type="dxa"/>
            <w:noWrap/>
            <w:hideMark/>
          </w:tcPr>
          <w:p w14:paraId="05548D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7C002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C2BC6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659E8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694" w:type="dxa"/>
            <w:noWrap/>
            <w:hideMark/>
          </w:tcPr>
          <w:p w14:paraId="7241A8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BE324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4051D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51" w:type="dxa"/>
            <w:noWrap/>
            <w:hideMark/>
          </w:tcPr>
          <w:p w14:paraId="433B7D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C3F74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9779E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D0461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C0B4F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8FC0B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85F24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A84ACF0" w14:textId="77777777" w:rsidTr="006750F2">
        <w:trPr>
          <w:trHeight w:val="280"/>
        </w:trPr>
        <w:tc>
          <w:tcPr>
            <w:tcW w:w="919" w:type="dxa"/>
            <w:noWrap/>
            <w:hideMark/>
          </w:tcPr>
          <w:p w14:paraId="3B39D2C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Pseudoflavonifractor</w:t>
            </w:r>
          </w:p>
        </w:tc>
        <w:tc>
          <w:tcPr>
            <w:tcW w:w="852" w:type="dxa"/>
            <w:noWrap/>
            <w:hideMark/>
          </w:tcPr>
          <w:p w14:paraId="345824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47AB8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62F587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06F37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5B3D8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F854E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694" w:type="dxa"/>
            <w:noWrap/>
            <w:hideMark/>
          </w:tcPr>
          <w:p w14:paraId="58279C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2AB1A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93348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751" w:type="dxa"/>
            <w:noWrap/>
            <w:hideMark/>
          </w:tcPr>
          <w:p w14:paraId="3F6340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D9F31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F290F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53D89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4D446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EA7B5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2E371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680F8BF" w14:textId="77777777" w:rsidTr="006750F2">
        <w:trPr>
          <w:trHeight w:val="280"/>
        </w:trPr>
        <w:tc>
          <w:tcPr>
            <w:tcW w:w="919" w:type="dxa"/>
            <w:noWrap/>
            <w:hideMark/>
          </w:tcPr>
          <w:p w14:paraId="1EEB2A5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RACS-045</w:t>
            </w:r>
          </w:p>
        </w:tc>
        <w:tc>
          <w:tcPr>
            <w:tcW w:w="852" w:type="dxa"/>
            <w:noWrap/>
            <w:hideMark/>
          </w:tcPr>
          <w:p w14:paraId="3EC3F3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7E51AE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1EB326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9E67E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A9546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BC520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47538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01338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C71F5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AEE9E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F38CA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0BF2E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168F0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1F050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B3FB2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5B832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43AB7B7" w14:textId="77777777" w:rsidTr="006750F2">
        <w:trPr>
          <w:trHeight w:val="280"/>
        </w:trPr>
        <w:tc>
          <w:tcPr>
            <w:tcW w:w="919" w:type="dxa"/>
            <w:noWrap/>
            <w:hideMark/>
          </w:tcPr>
          <w:p w14:paraId="4CD3AC4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RGIG2000</w:t>
            </w:r>
          </w:p>
        </w:tc>
        <w:tc>
          <w:tcPr>
            <w:tcW w:w="852" w:type="dxa"/>
            <w:noWrap/>
            <w:hideMark/>
          </w:tcPr>
          <w:p w14:paraId="6F84E1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57BAB7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312F7B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591A9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00D2C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478EF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E7885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0989C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9C185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03BC6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04235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71936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D5276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F9B60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26D602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B2C0E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6AF5C57" w14:textId="77777777" w:rsidTr="006750F2">
        <w:trPr>
          <w:trHeight w:val="280"/>
        </w:trPr>
        <w:tc>
          <w:tcPr>
            <w:tcW w:w="919" w:type="dxa"/>
            <w:noWrap/>
            <w:hideMark/>
          </w:tcPr>
          <w:p w14:paraId="3BA6D75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RGIG3102</w:t>
            </w:r>
          </w:p>
        </w:tc>
        <w:tc>
          <w:tcPr>
            <w:tcW w:w="852" w:type="dxa"/>
            <w:noWrap/>
            <w:hideMark/>
          </w:tcPr>
          <w:p w14:paraId="0AA052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43877C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3FB12D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B3777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9E1FC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D9D36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694" w:type="dxa"/>
            <w:noWrap/>
            <w:hideMark/>
          </w:tcPr>
          <w:p w14:paraId="3346EE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33971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DC63D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751" w:type="dxa"/>
            <w:noWrap/>
            <w:hideMark/>
          </w:tcPr>
          <w:p w14:paraId="0931A3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0519D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61344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C3729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B4D84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27D1FF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E5464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B3B0F89" w14:textId="77777777" w:rsidTr="006750F2">
        <w:trPr>
          <w:trHeight w:val="280"/>
        </w:trPr>
        <w:tc>
          <w:tcPr>
            <w:tcW w:w="919" w:type="dxa"/>
            <w:noWrap/>
            <w:hideMark/>
          </w:tcPr>
          <w:p w14:paraId="5076437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RGIG8773</w:t>
            </w:r>
          </w:p>
        </w:tc>
        <w:tc>
          <w:tcPr>
            <w:tcW w:w="852" w:type="dxa"/>
            <w:noWrap/>
            <w:hideMark/>
          </w:tcPr>
          <w:p w14:paraId="6406AE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6F6BE8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19D1B8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D9B6D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ECD68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92F51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75CCC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E102B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D5B6D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777C5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8ECA9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A2CDE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656BE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8E937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5F439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54F38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75118CC" w14:textId="77777777" w:rsidTr="006750F2">
        <w:trPr>
          <w:trHeight w:val="280"/>
        </w:trPr>
        <w:tc>
          <w:tcPr>
            <w:tcW w:w="919" w:type="dxa"/>
            <w:noWrap/>
            <w:hideMark/>
          </w:tcPr>
          <w:p w14:paraId="63CFDF5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RUG099</w:t>
            </w:r>
          </w:p>
        </w:tc>
        <w:tc>
          <w:tcPr>
            <w:tcW w:w="852" w:type="dxa"/>
            <w:noWrap/>
            <w:hideMark/>
          </w:tcPr>
          <w:p w14:paraId="38B743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69B2CD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768" w:type="dxa"/>
            <w:noWrap/>
            <w:hideMark/>
          </w:tcPr>
          <w:p w14:paraId="0B8B0F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0E3F3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40DB9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D80E1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77.1</w:t>
            </w:r>
          </w:p>
        </w:tc>
        <w:tc>
          <w:tcPr>
            <w:tcW w:w="694" w:type="dxa"/>
            <w:noWrap/>
            <w:hideMark/>
          </w:tcPr>
          <w:p w14:paraId="645D3A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78CC1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DE3B6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77.1</w:t>
            </w:r>
          </w:p>
        </w:tc>
        <w:tc>
          <w:tcPr>
            <w:tcW w:w="751" w:type="dxa"/>
            <w:noWrap/>
            <w:hideMark/>
          </w:tcPr>
          <w:p w14:paraId="43ED72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745A8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65FB0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FFFBD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10787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8D43B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0F80E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C101EED" w14:textId="77777777" w:rsidTr="006750F2">
        <w:trPr>
          <w:trHeight w:val="280"/>
        </w:trPr>
        <w:tc>
          <w:tcPr>
            <w:tcW w:w="919" w:type="dxa"/>
            <w:noWrap/>
            <w:hideMark/>
          </w:tcPr>
          <w:p w14:paraId="6D310AD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RUG11977</w:t>
            </w:r>
          </w:p>
        </w:tc>
        <w:tc>
          <w:tcPr>
            <w:tcW w:w="852" w:type="dxa"/>
            <w:noWrap/>
            <w:hideMark/>
          </w:tcPr>
          <w:p w14:paraId="0D79FE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C1C9C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10A7B3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C9602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1E573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A8D5E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694" w:type="dxa"/>
            <w:noWrap/>
            <w:hideMark/>
          </w:tcPr>
          <w:p w14:paraId="6C7317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64952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5DBAE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751" w:type="dxa"/>
            <w:noWrap/>
            <w:hideMark/>
          </w:tcPr>
          <w:p w14:paraId="27B02F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D0F2C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A3702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B62FC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F7A12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191DCD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75D94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B35D76D" w14:textId="77777777" w:rsidTr="006750F2">
        <w:trPr>
          <w:trHeight w:val="280"/>
        </w:trPr>
        <w:tc>
          <w:tcPr>
            <w:tcW w:w="919" w:type="dxa"/>
            <w:noWrap/>
            <w:hideMark/>
          </w:tcPr>
          <w:p w14:paraId="217F3DB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RUG563</w:t>
            </w:r>
          </w:p>
        </w:tc>
        <w:tc>
          <w:tcPr>
            <w:tcW w:w="852" w:type="dxa"/>
            <w:noWrap/>
            <w:hideMark/>
          </w:tcPr>
          <w:p w14:paraId="296F8A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724BF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68" w:type="dxa"/>
            <w:noWrap/>
            <w:hideMark/>
          </w:tcPr>
          <w:p w14:paraId="17CF0E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D6A82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A0A68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C695D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1459F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701C6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26.1</w:t>
            </w:r>
          </w:p>
        </w:tc>
        <w:tc>
          <w:tcPr>
            <w:tcW w:w="909" w:type="dxa"/>
            <w:noWrap/>
            <w:hideMark/>
          </w:tcPr>
          <w:p w14:paraId="3A3B4F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26.1</w:t>
            </w:r>
          </w:p>
        </w:tc>
        <w:tc>
          <w:tcPr>
            <w:tcW w:w="751" w:type="dxa"/>
            <w:noWrap/>
            <w:hideMark/>
          </w:tcPr>
          <w:p w14:paraId="10638E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64F2C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65AAA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F44E8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1919E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A7A99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C59C7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C0BA42C" w14:textId="77777777" w:rsidTr="006750F2">
        <w:trPr>
          <w:trHeight w:val="280"/>
        </w:trPr>
        <w:tc>
          <w:tcPr>
            <w:tcW w:w="919" w:type="dxa"/>
            <w:noWrap/>
            <w:hideMark/>
          </w:tcPr>
          <w:p w14:paraId="7B962FC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RUG592</w:t>
            </w:r>
          </w:p>
        </w:tc>
        <w:tc>
          <w:tcPr>
            <w:tcW w:w="852" w:type="dxa"/>
            <w:noWrap/>
            <w:hideMark/>
          </w:tcPr>
          <w:p w14:paraId="4BB32A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36E6D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2E7A67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8DB78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6ACB4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A91C4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53CE5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C4805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1FA2D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5C228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48C69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9BCA4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4FA9F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DC263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5665B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2D121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7AFBA02" w14:textId="77777777" w:rsidTr="006750F2">
        <w:trPr>
          <w:trHeight w:val="280"/>
        </w:trPr>
        <w:tc>
          <w:tcPr>
            <w:tcW w:w="919" w:type="dxa"/>
            <w:noWrap/>
            <w:hideMark/>
          </w:tcPr>
          <w:p w14:paraId="25A603E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RUG626</w:t>
            </w:r>
          </w:p>
        </w:tc>
        <w:tc>
          <w:tcPr>
            <w:tcW w:w="852" w:type="dxa"/>
            <w:noWrap/>
            <w:hideMark/>
          </w:tcPr>
          <w:p w14:paraId="6CEF84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BC225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22210B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8C3F5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0A3EB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B94D6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7E40C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2B062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909" w:type="dxa"/>
            <w:noWrap/>
            <w:hideMark/>
          </w:tcPr>
          <w:p w14:paraId="13BA50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51" w:type="dxa"/>
            <w:noWrap/>
            <w:hideMark/>
          </w:tcPr>
          <w:p w14:paraId="6DAA04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E6997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3E9A9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61CCE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A2A85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C43DB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23C20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7784497" w14:textId="77777777" w:rsidTr="006750F2">
        <w:trPr>
          <w:trHeight w:val="280"/>
        </w:trPr>
        <w:tc>
          <w:tcPr>
            <w:tcW w:w="919" w:type="dxa"/>
            <w:noWrap/>
            <w:hideMark/>
          </w:tcPr>
          <w:p w14:paraId="1B7FB39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RUG762</w:t>
            </w:r>
          </w:p>
        </w:tc>
        <w:tc>
          <w:tcPr>
            <w:tcW w:w="852" w:type="dxa"/>
            <w:noWrap/>
            <w:hideMark/>
          </w:tcPr>
          <w:p w14:paraId="0D1AAC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536736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39B371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404CD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7550F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53D54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CD47B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E8DF0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661D4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212AE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1CCBC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66343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931F3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C65C0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68C41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DB86E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0682412" w14:textId="77777777" w:rsidTr="006750F2">
        <w:trPr>
          <w:trHeight w:val="280"/>
        </w:trPr>
        <w:tc>
          <w:tcPr>
            <w:tcW w:w="919" w:type="dxa"/>
            <w:noWrap/>
            <w:hideMark/>
          </w:tcPr>
          <w:p w14:paraId="3BEC40A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RUG806</w:t>
            </w:r>
          </w:p>
        </w:tc>
        <w:tc>
          <w:tcPr>
            <w:tcW w:w="852" w:type="dxa"/>
            <w:noWrap/>
            <w:hideMark/>
          </w:tcPr>
          <w:p w14:paraId="717A15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738FE6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728665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8FCD4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671EB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B57F6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89E9F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8472C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D7C5E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73389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F2738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E9FEA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80189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E1371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3AE3EF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572CE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8FEC124" w14:textId="77777777" w:rsidTr="006750F2">
        <w:trPr>
          <w:trHeight w:val="280"/>
        </w:trPr>
        <w:tc>
          <w:tcPr>
            <w:tcW w:w="919" w:type="dxa"/>
            <w:noWrap/>
            <w:hideMark/>
          </w:tcPr>
          <w:p w14:paraId="263C82C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Romboutsia</w:t>
            </w:r>
          </w:p>
        </w:tc>
        <w:tc>
          <w:tcPr>
            <w:tcW w:w="852" w:type="dxa"/>
            <w:noWrap/>
            <w:hideMark/>
          </w:tcPr>
          <w:p w14:paraId="7A720D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48FB3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17DB65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6D3B5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2F542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606A5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22.2</w:t>
            </w:r>
          </w:p>
        </w:tc>
        <w:tc>
          <w:tcPr>
            <w:tcW w:w="694" w:type="dxa"/>
            <w:noWrap/>
            <w:hideMark/>
          </w:tcPr>
          <w:p w14:paraId="27F922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BAC6D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0E23C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22.2</w:t>
            </w:r>
          </w:p>
        </w:tc>
        <w:tc>
          <w:tcPr>
            <w:tcW w:w="751" w:type="dxa"/>
            <w:noWrap/>
            <w:hideMark/>
          </w:tcPr>
          <w:p w14:paraId="423A2A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C6BB7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B7112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BCC7A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E8E99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F983E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E9804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0248A41" w14:textId="77777777" w:rsidTr="006750F2">
        <w:trPr>
          <w:trHeight w:val="280"/>
        </w:trPr>
        <w:tc>
          <w:tcPr>
            <w:tcW w:w="919" w:type="dxa"/>
            <w:noWrap/>
            <w:hideMark/>
          </w:tcPr>
          <w:p w14:paraId="3044406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Roseburia</w:t>
            </w:r>
          </w:p>
        </w:tc>
        <w:tc>
          <w:tcPr>
            <w:tcW w:w="852" w:type="dxa"/>
            <w:noWrap/>
            <w:hideMark/>
          </w:tcPr>
          <w:p w14:paraId="456827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47C069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74</w:t>
            </w:r>
          </w:p>
        </w:tc>
        <w:tc>
          <w:tcPr>
            <w:tcW w:w="768" w:type="dxa"/>
            <w:noWrap/>
            <w:hideMark/>
          </w:tcPr>
          <w:p w14:paraId="3B9CA4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36A26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A45B6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F8679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w:t>
            </w:r>
          </w:p>
        </w:tc>
        <w:tc>
          <w:tcPr>
            <w:tcW w:w="694" w:type="dxa"/>
            <w:noWrap/>
            <w:hideMark/>
          </w:tcPr>
          <w:p w14:paraId="64F055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31C6B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4547B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w:t>
            </w:r>
          </w:p>
        </w:tc>
        <w:tc>
          <w:tcPr>
            <w:tcW w:w="751" w:type="dxa"/>
            <w:noWrap/>
            <w:hideMark/>
          </w:tcPr>
          <w:p w14:paraId="581EDF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37EDA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48125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981EF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8C2F9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AF632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1ECAF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FEFCC41" w14:textId="77777777" w:rsidTr="006750F2">
        <w:trPr>
          <w:trHeight w:val="280"/>
        </w:trPr>
        <w:tc>
          <w:tcPr>
            <w:tcW w:w="919" w:type="dxa"/>
            <w:noWrap/>
            <w:hideMark/>
          </w:tcPr>
          <w:p w14:paraId="24D8C3F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Ruminiclostridium</w:t>
            </w:r>
          </w:p>
        </w:tc>
        <w:tc>
          <w:tcPr>
            <w:tcW w:w="852" w:type="dxa"/>
            <w:noWrap/>
            <w:hideMark/>
          </w:tcPr>
          <w:p w14:paraId="2AE1D6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4F6B5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768" w:type="dxa"/>
            <w:noWrap/>
            <w:hideMark/>
          </w:tcPr>
          <w:p w14:paraId="77A357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0572A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AF56C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44B5A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38.8</w:t>
            </w:r>
          </w:p>
        </w:tc>
        <w:tc>
          <w:tcPr>
            <w:tcW w:w="694" w:type="dxa"/>
            <w:noWrap/>
            <w:hideMark/>
          </w:tcPr>
          <w:p w14:paraId="09CB2B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23F42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FE14C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38.8</w:t>
            </w:r>
          </w:p>
        </w:tc>
        <w:tc>
          <w:tcPr>
            <w:tcW w:w="751" w:type="dxa"/>
            <w:noWrap/>
            <w:hideMark/>
          </w:tcPr>
          <w:p w14:paraId="6131D1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F2E85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6D35A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53C8A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EA4B4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FA7EC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82935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C71A6F4" w14:textId="77777777" w:rsidTr="006750F2">
        <w:trPr>
          <w:trHeight w:val="280"/>
        </w:trPr>
        <w:tc>
          <w:tcPr>
            <w:tcW w:w="919" w:type="dxa"/>
            <w:noWrap/>
            <w:hideMark/>
          </w:tcPr>
          <w:p w14:paraId="3D7BB34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Ruminococcus</w:t>
            </w:r>
          </w:p>
        </w:tc>
        <w:tc>
          <w:tcPr>
            <w:tcW w:w="852" w:type="dxa"/>
            <w:noWrap/>
            <w:hideMark/>
          </w:tcPr>
          <w:p w14:paraId="4D9A7B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A7043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284</w:t>
            </w:r>
          </w:p>
        </w:tc>
        <w:tc>
          <w:tcPr>
            <w:tcW w:w="768" w:type="dxa"/>
            <w:noWrap/>
            <w:hideMark/>
          </w:tcPr>
          <w:p w14:paraId="7FCDBC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2C3CD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CB5C1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3D32E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11.6</w:t>
            </w:r>
          </w:p>
        </w:tc>
        <w:tc>
          <w:tcPr>
            <w:tcW w:w="694" w:type="dxa"/>
            <w:noWrap/>
            <w:hideMark/>
          </w:tcPr>
          <w:p w14:paraId="379DC1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A2704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5F712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11.6</w:t>
            </w:r>
          </w:p>
        </w:tc>
        <w:tc>
          <w:tcPr>
            <w:tcW w:w="751" w:type="dxa"/>
            <w:noWrap/>
            <w:hideMark/>
          </w:tcPr>
          <w:p w14:paraId="729692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577BC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D8C8E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43A5A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D9CDF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644FD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FCD27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10818A4" w14:textId="77777777" w:rsidTr="006750F2">
        <w:trPr>
          <w:trHeight w:val="280"/>
        </w:trPr>
        <w:tc>
          <w:tcPr>
            <w:tcW w:w="919" w:type="dxa"/>
            <w:noWrap/>
            <w:hideMark/>
          </w:tcPr>
          <w:p w14:paraId="1F1EBAE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Ruthenibacterium</w:t>
            </w:r>
          </w:p>
        </w:tc>
        <w:tc>
          <w:tcPr>
            <w:tcW w:w="852" w:type="dxa"/>
            <w:noWrap/>
            <w:hideMark/>
          </w:tcPr>
          <w:p w14:paraId="78F414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46B870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2CD1F4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DA033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5EFD9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D8251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B79B9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7CA8E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0C19F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F22ED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9F64E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925F9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0E33E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8D19D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C9D74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F85F4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17AD95A" w14:textId="77777777" w:rsidTr="006750F2">
        <w:trPr>
          <w:trHeight w:val="280"/>
        </w:trPr>
        <w:tc>
          <w:tcPr>
            <w:tcW w:w="919" w:type="dxa"/>
            <w:noWrap/>
            <w:hideMark/>
          </w:tcPr>
          <w:p w14:paraId="6EA6213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SIG307</w:t>
            </w:r>
          </w:p>
        </w:tc>
        <w:tc>
          <w:tcPr>
            <w:tcW w:w="852" w:type="dxa"/>
            <w:noWrap/>
            <w:hideMark/>
          </w:tcPr>
          <w:p w14:paraId="765552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4255C3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6F2CC3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3477F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8E194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11455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694" w:type="dxa"/>
            <w:noWrap/>
            <w:hideMark/>
          </w:tcPr>
          <w:p w14:paraId="1429A1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C23B3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0B030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51" w:type="dxa"/>
            <w:noWrap/>
            <w:hideMark/>
          </w:tcPr>
          <w:p w14:paraId="222FBA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C1AB2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72F95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783FB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D41BD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E1AD9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71526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8200AF5" w14:textId="77777777" w:rsidTr="006750F2">
        <w:trPr>
          <w:trHeight w:val="280"/>
        </w:trPr>
        <w:tc>
          <w:tcPr>
            <w:tcW w:w="919" w:type="dxa"/>
            <w:noWrap/>
            <w:hideMark/>
          </w:tcPr>
          <w:p w14:paraId="20F1253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SZUA-584</w:t>
            </w:r>
          </w:p>
        </w:tc>
        <w:tc>
          <w:tcPr>
            <w:tcW w:w="852" w:type="dxa"/>
            <w:noWrap/>
            <w:hideMark/>
          </w:tcPr>
          <w:p w14:paraId="5E2E83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97021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1DC6CC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E964D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729EA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E1D8B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46.2</w:t>
            </w:r>
          </w:p>
        </w:tc>
        <w:tc>
          <w:tcPr>
            <w:tcW w:w="694" w:type="dxa"/>
            <w:noWrap/>
            <w:hideMark/>
          </w:tcPr>
          <w:p w14:paraId="0E8908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A252A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ED677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46.2</w:t>
            </w:r>
          </w:p>
        </w:tc>
        <w:tc>
          <w:tcPr>
            <w:tcW w:w="751" w:type="dxa"/>
            <w:noWrap/>
            <w:hideMark/>
          </w:tcPr>
          <w:p w14:paraId="44A1AB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93390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A3433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FADE7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D9AF4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CA8B8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FBE07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5BA2EC8" w14:textId="77777777" w:rsidTr="006750F2">
        <w:trPr>
          <w:trHeight w:val="280"/>
        </w:trPr>
        <w:tc>
          <w:tcPr>
            <w:tcW w:w="919" w:type="dxa"/>
            <w:noWrap/>
            <w:hideMark/>
          </w:tcPr>
          <w:p w14:paraId="20511F1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Saccharofermentans</w:t>
            </w:r>
          </w:p>
        </w:tc>
        <w:tc>
          <w:tcPr>
            <w:tcW w:w="852" w:type="dxa"/>
            <w:noWrap/>
            <w:hideMark/>
          </w:tcPr>
          <w:p w14:paraId="63217C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6A9BD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w:t>
            </w:r>
          </w:p>
        </w:tc>
        <w:tc>
          <w:tcPr>
            <w:tcW w:w="768" w:type="dxa"/>
            <w:noWrap/>
            <w:hideMark/>
          </w:tcPr>
          <w:p w14:paraId="08D144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F359F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739A7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9E256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65.1</w:t>
            </w:r>
          </w:p>
        </w:tc>
        <w:tc>
          <w:tcPr>
            <w:tcW w:w="694" w:type="dxa"/>
            <w:noWrap/>
            <w:hideMark/>
          </w:tcPr>
          <w:p w14:paraId="2B1FAD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94D03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A918A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65.1</w:t>
            </w:r>
          </w:p>
        </w:tc>
        <w:tc>
          <w:tcPr>
            <w:tcW w:w="751" w:type="dxa"/>
            <w:noWrap/>
            <w:hideMark/>
          </w:tcPr>
          <w:p w14:paraId="5C8063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48798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0F43E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506EB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57580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7BDB9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47BA0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0D57427" w14:textId="77777777" w:rsidTr="006750F2">
        <w:trPr>
          <w:trHeight w:val="280"/>
        </w:trPr>
        <w:tc>
          <w:tcPr>
            <w:tcW w:w="919" w:type="dxa"/>
            <w:noWrap/>
            <w:hideMark/>
          </w:tcPr>
          <w:p w14:paraId="32A19BF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Sarcina</w:t>
            </w:r>
          </w:p>
        </w:tc>
        <w:tc>
          <w:tcPr>
            <w:tcW w:w="852" w:type="dxa"/>
            <w:noWrap/>
            <w:hideMark/>
          </w:tcPr>
          <w:p w14:paraId="7CE9A0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29B307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542692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6DD73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898F4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EDB05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694" w:type="dxa"/>
            <w:noWrap/>
            <w:hideMark/>
          </w:tcPr>
          <w:p w14:paraId="335C08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CB36A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A11AE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51" w:type="dxa"/>
            <w:noWrap/>
            <w:hideMark/>
          </w:tcPr>
          <w:p w14:paraId="535950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46BD7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82B7E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7ADEA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60DF0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FCBC2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6F785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2155199" w14:textId="77777777" w:rsidTr="006750F2">
        <w:trPr>
          <w:trHeight w:val="280"/>
        </w:trPr>
        <w:tc>
          <w:tcPr>
            <w:tcW w:w="919" w:type="dxa"/>
            <w:noWrap/>
            <w:hideMark/>
          </w:tcPr>
          <w:p w14:paraId="17D5ABC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Scatomorpha</w:t>
            </w:r>
          </w:p>
        </w:tc>
        <w:tc>
          <w:tcPr>
            <w:tcW w:w="852" w:type="dxa"/>
            <w:noWrap/>
            <w:hideMark/>
          </w:tcPr>
          <w:p w14:paraId="7B2AA5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2E15CF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15CA83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52526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D38DB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94CD2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33EC2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9AA61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875D7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BD72D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8FB14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34969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25DC6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29013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C4B48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F1A61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FFA6375" w14:textId="77777777" w:rsidTr="006750F2">
        <w:trPr>
          <w:trHeight w:val="280"/>
        </w:trPr>
        <w:tc>
          <w:tcPr>
            <w:tcW w:w="919" w:type="dxa"/>
            <w:noWrap/>
            <w:hideMark/>
          </w:tcPr>
          <w:p w14:paraId="16E8324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Scatosoma</w:t>
            </w:r>
          </w:p>
        </w:tc>
        <w:tc>
          <w:tcPr>
            <w:tcW w:w="852" w:type="dxa"/>
            <w:noWrap/>
            <w:hideMark/>
          </w:tcPr>
          <w:p w14:paraId="64DC88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7B7372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768" w:type="dxa"/>
            <w:noWrap/>
            <w:hideMark/>
          </w:tcPr>
          <w:p w14:paraId="17098B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44629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2A918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C208C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7AF87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3F88B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10A90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D534A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F56B9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D0612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D0D55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387FE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346C5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D0B27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DE66BA6" w14:textId="77777777" w:rsidTr="006750F2">
        <w:trPr>
          <w:trHeight w:val="280"/>
        </w:trPr>
        <w:tc>
          <w:tcPr>
            <w:tcW w:w="919" w:type="dxa"/>
            <w:noWrap/>
            <w:hideMark/>
          </w:tcPr>
          <w:p w14:paraId="53C661A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Schaedlerella</w:t>
            </w:r>
          </w:p>
        </w:tc>
        <w:tc>
          <w:tcPr>
            <w:tcW w:w="852" w:type="dxa"/>
            <w:noWrap/>
            <w:hideMark/>
          </w:tcPr>
          <w:p w14:paraId="7C9D68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DB694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207880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9F309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BC04E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B8092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E93A4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10AD8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81CBD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19679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4C017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851F7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B830D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D977D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27A5BF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CB098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35C4453" w14:textId="77777777" w:rsidTr="006750F2">
        <w:trPr>
          <w:trHeight w:val="280"/>
        </w:trPr>
        <w:tc>
          <w:tcPr>
            <w:tcW w:w="919" w:type="dxa"/>
            <w:noWrap/>
            <w:hideMark/>
          </w:tcPr>
          <w:p w14:paraId="4BBC8CB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Sedimentibacter</w:t>
            </w:r>
          </w:p>
        </w:tc>
        <w:tc>
          <w:tcPr>
            <w:tcW w:w="852" w:type="dxa"/>
            <w:noWrap/>
            <w:hideMark/>
          </w:tcPr>
          <w:p w14:paraId="1B6EC7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3EB72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7A841F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9BF91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54385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A7353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694" w:type="dxa"/>
            <w:noWrap/>
            <w:hideMark/>
          </w:tcPr>
          <w:p w14:paraId="054771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0CA9A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13.6</w:t>
            </w:r>
          </w:p>
        </w:tc>
        <w:tc>
          <w:tcPr>
            <w:tcW w:w="909" w:type="dxa"/>
            <w:noWrap/>
            <w:hideMark/>
          </w:tcPr>
          <w:p w14:paraId="179454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31.8</w:t>
            </w:r>
          </w:p>
        </w:tc>
        <w:tc>
          <w:tcPr>
            <w:tcW w:w="751" w:type="dxa"/>
            <w:noWrap/>
            <w:hideMark/>
          </w:tcPr>
          <w:p w14:paraId="306EC5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4AAEA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BE700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81AE3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3AA224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796544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D02E6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5FD98BB" w14:textId="77777777" w:rsidTr="006750F2">
        <w:trPr>
          <w:trHeight w:val="280"/>
        </w:trPr>
        <w:tc>
          <w:tcPr>
            <w:tcW w:w="919" w:type="dxa"/>
            <w:noWrap/>
            <w:hideMark/>
          </w:tcPr>
          <w:p w14:paraId="75B5EA6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Sporofaciens</w:t>
            </w:r>
          </w:p>
        </w:tc>
        <w:tc>
          <w:tcPr>
            <w:tcW w:w="852" w:type="dxa"/>
            <w:noWrap/>
            <w:hideMark/>
          </w:tcPr>
          <w:p w14:paraId="5EEF8C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26F589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34B8BC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E24B3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10CBA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06625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21.4</w:t>
            </w:r>
          </w:p>
        </w:tc>
        <w:tc>
          <w:tcPr>
            <w:tcW w:w="694" w:type="dxa"/>
            <w:noWrap/>
            <w:hideMark/>
          </w:tcPr>
          <w:p w14:paraId="19AA5B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77A48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92C5E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21.4</w:t>
            </w:r>
          </w:p>
        </w:tc>
        <w:tc>
          <w:tcPr>
            <w:tcW w:w="751" w:type="dxa"/>
            <w:noWrap/>
            <w:hideMark/>
          </w:tcPr>
          <w:p w14:paraId="6633B9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95527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2E205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40C27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162B7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3202B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43165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D00AB63" w14:textId="77777777" w:rsidTr="006750F2">
        <w:trPr>
          <w:trHeight w:val="280"/>
        </w:trPr>
        <w:tc>
          <w:tcPr>
            <w:tcW w:w="919" w:type="dxa"/>
            <w:noWrap/>
            <w:hideMark/>
          </w:tcPr>
          <w:p w14:paraId="2CD919F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Suilimivivens</w:t>
            </w:r>
          </w:p>
        </w:tc>
        <w:tc>
          <w:tcPr>
            <w:tcW w:w="852" w:type="dxa"/>
            <w:noWrap/>
            <w:hideMark/>
          </w:tcPr>
          <w:p w14:paraId="1FC534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6B8964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w:t>
            </w:r>
          </w:p>
        </w:tc>
        <w:tc>
          <w:tcPr>
            <w:tcW w:w="768" w:type="dxa"/>
            <w:noWrap/>
            <w:hideMark/>
          </w:tcPr>
          <w:p w14:paraId="10D478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219C7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1F8D3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1D568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32821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5A187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0D436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8478C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BE4DF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66551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7E906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1ADB7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073E5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94AFE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06E10D3" w14:textId="77777777" w:rsidTr="006750F2">
        <w:trPr>
          <w:trHeight w:val="280"/>
        </w:trPr>
        <w:tc>
          <w:tcPr>
            <w:tcW w:w="919" w:type="dxa"/>
            <w:noWrap/>
            <w:hideMark/>
          </w:tcPr>
          <w:p w14:paraId="0DBBC21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Terrisporobacter</w:t>
            </w:r>
          </w:p>
        </w:tc>
        <w:tc>
          <w:tcPr>
            <w:tcW w:w="852" w:type="dxa"/>
            <w:noWrap/>
            <w:hideMark/>
          </w:tcPr>
          <w:p w14:paraId="7710DC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5CE7B1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3F85F3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0D0E2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87BAD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BBC50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694" w:type="dxa"/>
            <w:noWrap/>
            <w:hideMark/>
          </w:tcPr>
          <w:p w14:paraId="0261B8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9F94D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C1876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51" w:type="dxa"/>
            <w:noWrap/>
            <w:hideMark/>
          </w:tcPr>
          <w:p w14:paraId="0185BA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2442F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CDC7C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1901C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09EA1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0B555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7A282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206121B" w14:textId="77777777" w:rsidTr="006750F2">
        <w:trPr>
          <w:trHeight w:val="280"/>
        </w:trPr>
        <w:tc>
          <w:tcPr>
            <w:tcW w:w="919" w:type="dxa"/>
            <w:noWrap/>
            <w:hideMark/>
          </w:tcPr>
          <w:p w14:paraId="49885FB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Thermoclostridium</w:t>
            </w:r>
          </w:p>
        </w:tc>
        <w:tc>
          <w:tcPr>
            <w:tcW w:w="852" w:type="dxa"/>
            <w:noWrap/>
            <w:hideMark/>
          </w:tcPr>
          <w:p w14:paraId="0FCCF3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44A397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53029E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6934C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BDD76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A056F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694" w:type="dxa"/>
            <w:noWrap/>
            <w:hideMark/>
          </w:tcPr>
          <w:p w14:paraId="3D8D28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B469D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F27EB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09789E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37628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70A91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B82BF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1EA70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9E275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FC4F5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4489D63" w14:textId="77777777" w:rsidTr="006750F2">
        <w:trPr>
          <w:trHeight w:val="280"/>
        </w:trPr>
        <w:tc>
          <w:tcPr>
            <w:tcW w:w="919" w:type="dxa"/>
            <w:noWrap/>
            <w:hideMark/>
          </w:tcPr>
          <w:p w14:paraId="4DF1726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Tissierella</w:t>
            </w:r>
          </w:p>
        </w:tc>
        <w:tc>
          <w:tcPr>
            <w:tcW w:w="852" w:type="dxa"/>
            <w:noWrap/>
            <w:hideMark/>
          </w:tcPr>
          <w:p w14:paraId="42BF60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42DA12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42F7B1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35B5F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379E5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65B95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694" w:type="dxa"/>
            <w:noWrap/>
            <w:hideMark/>
          </w:tcPr>
          <w:p w14:paraId="02768E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93942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909" w:type="dxa"/>
            <w:noWrap/>
            <w:hideMark/>
          </w:tcPr>
          <w:p w14:paraId="44B2F6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54.5</w:t>
            </w:r>
          </w:p>
        </w:tc>
        <w:tc>
          <w:tcPr>
            <w:tcW w:w="751" w:type="dxa"/>
            <w:noWrap/>
            <w:hideMark/>
          </w:tcPr>
          <w:p w14:paraId="20A09C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C9361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D0B9E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1CF73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1E8FBA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AFCB7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C2937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965D47B" w14:textId="77777777" w:rsidTr="006750F2">
        <w:trPr>
          <w:trHeight w:val="280"/>
        </w:trPr>
        <w:tc>
          <w:tcPr>
            <w:tcW w:w="919" w:type="dxa"/>
            <w:noWrap/>
            <w:hideMark/>
          </w:tcPr>
          <w:p w14:paraId="20CAE71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UBA10281</w:t>
            </w:r>
          </w:p>
        </w:tc>
        <w:tc>
          <w:tcPr>
            <w:tcW w:w="852" w:type="dxa"/>
            <w:noWrap/>
            <w:hideMark/>
          </w:tcPr>
          <w:p w14:paraId="2310F8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5D203C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38CDCE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A844B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042AF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94A96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D851A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66739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12764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F554B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6421A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0F40C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D9D66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A78DB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97B6A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EB10D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6E4C81C" w14:textId="77777777" w:rsidTr="006750F2">
        <w:trPr>
          <w:trHeight w:val="280"/>
        </w:trPr>
        <w:tc>
          <w:tcPr>
            <w:tcW w:w="919" w:type="dxa"/>
            <w:noWrap/>
            <w:hideMark/>
          </w:tcPr>
          <w:p w14:paraId="22951C1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UBA1081</w:t>
            </w:r>
          </w:p>
        </w:tc>
        <w:tc>
          <w:tcPr>
            <w:tcW w:w="852" w:type="dxa"/>
            <w:noWrap/>
            <w:hideMark/>
          </w:tcPr>
          <w:p w14:paraId="4D6495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26D75A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2EC007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7E239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CCD5F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DD57D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23E72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0AB13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E1046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18045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103CD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9E503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1C573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EFE9D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8FB02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09388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82FD0DD" w14:textId="77777777" w:rsidTr="006750F2">
        <w:trPr>
          <w:trHeight w:val="280"/>
        </w:trPr>
        <w:tc>
          <w:tcPr>
            <w:tcW w:w="919" w:type="dxa"/>
            <w:noWrap/>
            <w:hideMark/>
          </w:tcPr>
          <w:p w14:paraId="21DDBB3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UBA11524</w:t>
            </w:r>
          </w:p>
        </w:tc>
        <w:tc>
          <w:tcPr>
            <w:tcW w:w="852" w:type="dxa"/>
            <w:noWrap/>
            <w:hideMark/>
          </w:tcPr>
          <w:p w14:paraId="52639C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5271CF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733B2B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FF23D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B30E6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E15FB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C5421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288FF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909" w:type="dxa"/>
            <w:noWrap/>
            <w:hideMark/>
          </w:tcPr>
          <w:p w14:paraId="3CAF87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751" w:type="dxa"/>
            <w:noWrap/>
            <w:hideMark/>
          </w:tcPr>
          <w:p w14:paraId="34E09C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7E31F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F3852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ECCD4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30E24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09D3D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B481A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54012D6" w14:textId="77777777" w:rsidTr="006750F2">
        <w:trPr>
          <w:trHeight w:val="280"/>
        </w:trPr>
        <w:tc>
          <w:tcPr>
            <w:tcW w:w="919" w:type="dxa"/>
            <w:noWrap/>
            <w:hideMark/>
          </w:tcPr>
          <w:p w14:paraId="0D6CA43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UBA1213</w:t>
            </w:r>
          </w:p>
        </w:tc>
        <w:tc>
          <w:tcPr>
            <w:tcW w:w="852" w:type="dxa"/>
            <w:noWrap/>
            <w:hideMark/>
          </w:tcPr>
          <w:p w14:paraId="1BE4F4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9902B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w:t>
            </w:r>
          </w:p>
        </w:tc>
        <w:tc>
          <w:tcPr>
            <w:tcW w:w="768" w:type="dxa"/>
            <w:noWrap/>
            <w:hideMark/>
          </w:tcPr>
          <w:p w14:paraId="6ACE60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A4FCC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2597C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E118D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w:t>
            </w:r>
          </w:p>
        </w:tc>
        <w:tc>
          <w:tcPr>
            <w:tcW w:w="694" w:type="dxa"/>
            <w:noWrap/>
            <w:hideMark/>
          </w:tcPr>
          <w:p w14:paraId="725C59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BF49F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28A01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w:t>
            </w:r>
          </w:p>
        </w:tc>
        <w:tc>
          <w:tcPr>
            <w:tcW w:w="751" w:type="dxa"/>
            <w:noWrap/>
            <w:hideMark/>
          </w:tcPr>
          <w:p w14:paraId="136167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ABC3E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2AD5B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F9EB1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61038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74D26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5DC73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9312F59" w14:textId="77777777" w:rsidTr="006750F2">
        <w:trPr>
          <w:trHeight w:val="280"/>
        </w:trPr>
        <w:tc>
          <w:tcPr>
            <w:tcW w:w="919" w:type="dxa"/>
            <w:noWrap/>
            <w:hideMark/>
          </w:tcPr>
          <w:p w14:paraId="261F68B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UBA1258</w:t>
            </w:r>
          </w:p>
        </w:tc>
        <w:tc>
          <w:tcPr>
            <w:tcW w:w="852" w:type="dxa"/>
            <w:noWrap/>
            <w:hideMark/>
          </w:tcPr>
          <w:p w14:paraId="1E003D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A32BA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57300C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9618C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E6648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4E679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694" w:type="dxa"/>
            <w:noWrap/>
            <w:hideMark/>
          </w:tcPr>
          <w:p w14:paraId="68C59E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06C09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BC4D4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51" w:type="dxa"/>
            <w:noWrap/>
            <w:hideMark/>
          </w:tcPr>
          <w:p w14:paraId="591F26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B23F9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E3238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7A61F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B027A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92D40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7FFBE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B15F95D" w14:textId="77777777" w:rsidTr="006750F2">
        <w:trPr>
          <w:trHeight w:val="280"/>
        </w:trPr>
        <w:tc>
          <w:tcPr>
            <w:tcW w:w="919" w:type="dxa"/>
            <w:noWrap/>
            <w:hideMark/>
          </w:tcPr>
          <w:p w14:paraId="6EF274B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UBA1259</w:t>
            </w:r>
          </w:p>
        </w:tc>
        <w:tc>
          <w:tcPr>
            <w:tcW w:w="852" w:type="dxa"/>
            <w:noWrap/>
            <w:hideMark/>
          </w:tcPr>
          <w:p w14:paraId="6673CB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34630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36B4E1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4365A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4379D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492CD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EDB01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2D669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6A82A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C778F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1B67F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13F31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06364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00976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2621DC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C0371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EE3EB21" w14:textId="77777777" w:rsidTr="006750F2">
        <w:trPr>
          <w:trHeight w:val="280"/>
        </w:trPr>
        <w:tc>
          <w:tcPr>
            <w:tcW w:w="919" w:type="dxa"/>
            <w:noWrap/>
            <w:hideMark/>
          </w:tcPr>
          <w:p w14:paraId="050C2A3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UBA1712</w:t>
            </w:r>
          </w:p>
        </w:tc>
        <w:tc>
          <w:tcPr>
            <w:tcW w:w="852" w:type="dxa"/>
            <w:noWrap/>
            <w:hideMark/>
          </w:tcPr>
          <w:p w14:paraId="3EBD74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53D56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1D223D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5A0FA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BC858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FFAFB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694" w:type="dxa"/>
            <w:noWrap/>
            <w:hideMark/>
          </w:tcPr>
          <w:p w14:paraId="3A9CF5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280FE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99EA7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51" w:type="dxa"/>
            <w:noWrap/>
            <w:hideMark/>
          </w:tcPr>
          <w:p w14:paraId="768C48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ED15A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07D66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5D834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2514A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33B2A5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78330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59EA5E3" w14:textId="77777777" w:rsidTr="006750F2">
        <w:trPr>
          <w:trHeight w:val="280"/>
        </w:trPr>
        <w:tc>
          <w:tcPr>
            <w:tcW w:w="919" w:type="dxa"/>
            <w:noWrap/>
            <w:hideMark/>
          </w:tcPr>
          <w:p w14:paraId="78C02E6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UBA1740</w:t>
            </w:r>
          </w:p>
        </w:tc>
        <w:tc>
          <w:tcPr>
            <w:tcW w:w="852" w:type="dxa"/>
            <w:noWrap/>
            <w:hideMark/>
          </w:tcPr>
          <w:p w14:paraId="7FC1D2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49B48C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w:t>
            </w:r>
          </w:p>
        </w:tc>
        <w:tc>
          <w:tcPr>
            <w:tcW w:w="768" w:type="dxa"/>
            <w:noWrap/>
            <w:hideMark/>
          </w:tcPr>
          <w:p w14:paraId="2E747B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5AAA7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EDAE1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DF97D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748E6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2B76D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1EA6E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9ACAA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0158E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5FC05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05D7F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E0394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A63F3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77E5C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FCB31EA" w14:textId="77777777" w:rsidTr="006750F2">
        <w:trPr>
          <w:trHeight w:val="280"/>
        </w:trPr>
        <w:tc>
          <w:tcPr>
            <w:tcW w:w="919" w:type="dxa"/>
            <w:noWrap/>
            <w:hideMark/>
          </w:tcPr>
          <w:p w14:paraId="324EA14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UBA2658</w:t>
            </w:r>
          </w:p>
        </w:tc>
        <w:tc>
          <w:tcPr>
            <w:tcW w:w="852" w:type="dxa"/>
            <w:noWrap/>
            <w:hideMark/>
          </w:tcPr>
          <w:p w14:paraId="0D8EC4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911EE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7FEDDB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30F62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04EAF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5B8A7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694" w:type="dxa"/>
            <w:noWrap/>
            <w:hideMark/>
          </w:tcPr>
          <w:p w14:paraId="580DEB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9201C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FFE49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51" w:type="dxa"/>
            <w:noWrap/>
            <w:hideMark/>
          </w:tcPr>
          <w:p w14:paraId="694C24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932EA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16D4B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8E69C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20071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26133C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B01D1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53EF770" w14:textId="77777777" w:rsidTr="006750F2">
        <w:trPr>
          <w:trHeight w:val="280"/>
        </w:trPr>
        <w:tc>
          <w:tcPr>
            <w:tcW w:w="919" w:type="dxa"/>
            <w:noWrap/>
            <w:hideMark/>
          </w:tcPr>
          <w:p w14:paraId="51469B2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UBA2862</w:t>
            </w:r>
          </w:p>
        </w:tc>
        <w:tc>
          <w:tcPr>
            <w:tcW w:w="852" w:type="dxa"/>
            <w:noWrap/>
            <w:hideMark/>
          </w:tcPr>
          <w:p w14:paraId="1CBAE3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48A4AF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70DF5D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4067F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8576B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CCCD1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88583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518AF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86.4</w:t>
            </w:r>
          </w:p>
        </w:tc>
        <w:tc>
          <w:tcPr>
            <w:tcW w:w="909" w:type="dxa"/>
            <w:noWrap/>
            <w:hideMark/>
          </w:tcPr>
          <w:p w14:paraId="4F0B07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86.4</w:t>
            </w:r>
          </w:p>
        </w:tc>
        <w:tc>
          <w:tcPr>
            <w:tcW w:w="751" w:type="dxa"/>
            <w:noWrap/>
            <w:hideMark/>
          </w:tcPr>
          <w:p w14:paraId="752D84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E4368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AFC59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E0CD5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D6E12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2B6A1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3711B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3C163047" w14:textId="77777777" w:rsidTr="006750F2">
        <w:trPr>
          <w:trHeight w:val="280"/>
        </w:trPr>
        <w:tc>
          <w:tcPr>
            <w:tcW w:w="919" w:type="dxa"/>
            <w:noWrap/>
            <w:hideMark/>
          </w:tcPr>
          <w:p w14:paraId="6BA763D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UBA2868</w:t>
            </w:r>
          </w:p>
        </w:tc>
        <w:tc>
          <w:tcPr>
            <w:tcW w:w="852" w:type="dxa"/>
            <w:noWrap/>
            <w:hideMark/>
          </w:tcPr>
          <w:p w14:paraId="0FAD4A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61D65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768" w:type="dxa"/>
            <w:noWrap/>
            <w:hideMark/>
          </w:tcPr>
          <w:p w14:paraId="30D898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04C79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0E543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65C96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w:t>
            </w:r>
          </w:p>
        </w:tc>
        <w:tc>
          <w:tcPr>
            <w:tcW w:w="694" w:type="dxa"/>
            <w:noWrap/>
            <w:hideMark/>
          </w:tcPr>
          <w:p w14:paraId="68F8D4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CF194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AE921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w:t>
            </w:r>
          </w:p>
        </w:tc>
        <w:tc>
          <w:tcPr>
            <w:tcW w:w="751" w:type="dxa"/>
            <w:noWrap/>
            <w:hideMark/>
          </w:tcPr>
          <w:p w14:paraId="6CC579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ED999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CE35B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9401B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B79D3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BAD73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829F1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4B0D635" w14:textId="77777777" w:rsidTr="006750F2">
        <w:trPr>
          <w:trHeight w:val="280"/>
        </w:trPr>
        <w:tc>
          <w:tcPr>
            <w:tcW w:w="919" w:type="dxa"/>
            <w:noWrap/>
            <w:hideMark/>
          </w:tcPr>
          <w:p w14:paraId="3A46E0F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UBA2882</w:t>
            </w:r>
          </w:p>
        </w:tc>
        <w:tc>
          <w:tcPr>
            <w:tcW w:w="852" w:type="dxa"/>
            <w:noWrap/>
            <w:hideMark/>
          </w:tcPr>
          <w:p w14:paraId="4C3167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E57D3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2A5B7D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2EA50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222C0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A4B02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ABD81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32533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53490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C95C6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8E323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CC82E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6AC48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A626C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CF90A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90736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A67148C" w14:textId="77777777" w:rsidTr="006750F2">
        <w:trPr>
          <w:trHeight w:val="280"/>
        </w:trPr>
        <w:tc>
          <w:tcPr>
            <w:tcW w:w="919" w:type="dxa"/>
            <w:noWrap/>
            <w:hideMark/>
          </w:tcPr>
          <w:p w14:paraId="5F16680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UBA3282</w:t>
            </w:r>
          </w:p>
        </w:tc>
        <w:tc>
          <w:tcPr>
            <w:tcW w:w="852" w:type="dxa"/>
            <w:noWrap/>
            <w:hideMark/>
          </w:tcPr>
          <w:p w14:paraId="79A288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6B587E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w:t>
            </w:r>
          </w:p>
        </w:tc>
        <w:tc>
          <w:tcPr>
            <w:tcW w:w="768" w:type="dxa"/>
            <w:noWrap/>
            <w:hideMark/>
          </w:tcPr>
          <w:p w14:paraId="3D0A7F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6CFE1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0101E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56951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w:t>
            </w:r>
          </w:p>
        </w:tc>
        <w:tc>
          <w:tcPr>
            <w:tcW w:w="694" w:type="dxa"/>
            <w:noWrap/>
            <w:hideMark/>
          </w:tcPr>
          <w:p w14:paraId="346341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ED444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05C6B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w:t>
            </w:r>
          </w:p>
        </w:tc>
        <w:tc>
          <w:tcPr>
            <w:tcW w:w="751" w:type="dxa"/>
            <w:noWrap/>
            <w:hideMark/>
          </w:tcPr>
          <w:p w14:paraId="4483E4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2EAC2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32D2B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6EB20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53C35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1E8F2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0BC7F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ADDF309" w14:textId="77777777" w:rsidTr="006750F2">
        <w:trPr>
          <w:trHeight w:val="280"/>
        </w:trPr>
        <w:tc>
          <w:tcPr>
            <w:tcW w:w="919" w:type="dxa"/>
            <w:noWrap/>
            <w:hideMark/>
          </w:tcPr>
          <w:p w14:paraId="4F8C11B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UBA3402</w:t>
            </w:r>
          </w:p>
        </w:tc>
        <w:tc>
          <w:tcPr>
            <w:tcW w:w="852" w:type="dxa"/>
            <w:noWrap/>
            <w:hideMark/>
          </w:tcPr>
          <w:p w14:paraId="4B9108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608A0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768" w:type="dxa"/>
            <w:noWrap/>
            <w:hideMark/>
          </w:tcPr>
          <w:p w14:paraId="64056C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F1640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3B5F8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70813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BDB9F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378D9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34.5</w:t>
            </w:r>
          </w:p>
        </w:tc>
        <w:tc>
          <w:tcPr>
            <w:tcW w:w="909" w:type="dxa"/>
            <w:noWrap/>
            <w:hideMark/>
          </w:tcPr>
          <w:p w14:paraId="1E4863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34.5</w:t>
            </w:r>
          </w:p>
        </w:tc>
        <w:tc>
          <w:tcPr>
            <w:tcW w:w="751" w:type="dxa"/>
            <w:noWrap/>
            <w:hideMark/>
          </w:tcPr>
          <w:p w14:paraId="5A2BFF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4FCB3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D8756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C1B24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84254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43AB97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8F144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EBB37D2" w14:textId="77777777" w:rsidTr="006750F2">
        <w:trPr>
          <w:trHeight w:val="280"/>
        </w:trPr>
        <w:tc>
          <w:tcPr>
            <w:tcW w:w="919" w:type="dxa"/>
            <w:noWrap/>
            <w:hideMark/>
          </w:tcPr>
          <w:p w14:paraId="3FC188D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UBA3766</w:t>
            </w:r>
          </w:p>
        </w:tc>
        <w:tc>
          <w:tcPr>
            <w:tcW w:w="852" w:type="dxa"/>
            <w:noWrap/>
            <w:hideMark/>
          </w:tcPr>
          <w:p w14:paraId="7EAC9C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EF795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3B2836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0B5BE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76CE1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70B33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44.4</w:t>
            </w:r>
          </w:p>
        </w:tc>
        <w:tc>
          <w:tcPr>
            <w:tcW w:w="694" w:type="dxa"/>
            <w:noWrap/>
            <w:hideMark/>
          </w:tcPr>
          <w:p w14:paraId="23CF96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DC58C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E996E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44.4</w:t>
            </w:r>
          </w:p>
        </w:tc>
        <w:tc>
          <w:tcPr>
            <w:tcW w:w="751" w:type="dxa"/>
            <w:noWrap/>
            <w:hideMark/>
          </w:tcPr>
          <w:p w14:paraId="6F29CC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1954C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79F7D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CADD2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3807C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324B9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2EA39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D6DB95A" w14:textId="77777777" w:rsidTr="006750F2">
        <w:trPr>
          <w:trHeight w:val="280"/>
        </w:trPr>
        <w:tc>
          <w:tcPr>
            <w:tcW w:w="919" w:type="dxa"/>
            <w:noWrap/>
            <w:hideMark/>
          </w:tcPr>
          <w:p w14:paraId="3F5926E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UBA3792</w:t>
            </w:r>
          </w:p>
        </w:tc>
        <w:tc>
          <w:tcPr>
            <w:tcW w:w="852" w:type="dxa"/>
            <w:noWrap/>
            <w:hideMark/>
          </w:tcPr>
          <w:p w14:paraId="5A36BE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13B84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6358BD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E777F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96159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6BC5D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36B7A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D4B40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84.6</w:t>
            </w:r>
          </w:p>
        </w:tc>
        <w:tc>
          <w:tcPr>
            <w:tcW w:w="909" w:type="dxa"/>
            <w:noWrap/>
            <w:hideMark/>
          </w:tcPr>
          <w:p w14:paraId="2AEEF2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84.6</w:t>
            </w:r>
          </w:p>
        </w:tc>
        <w:tc>
          <w:tcPr>
            <w:tcW w:w="751" w:type="dxa"/>
            <w:noWrap/>
            <w:hideMark/>
          </w:tcPr>
          <w:p w14:paraId="2BE4EB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83BB3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57324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D4772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8FDD4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CBC0A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4E12C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281CA7AD" w14:textId="77777777" w:rsidTr="006750F2">
        <w:trPr>
          <w:trHeight w:val="280"/>
        </w:trPr>
        <w:tc>
          <w:tcPr>
            <w:tcW w:w="919" w:type="dxa"/>
            <w:noWrap/>
            <w:hideMark/>
          </w:tcPr>
          <w:p w14:paraId="356C85B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UBA3855</w:t>
            </w:r>
          </w:p>
        </w:tc>
        <w:tc>
          <w:tcPr>
            <w:tcW w:w="852" w:type="dxa"/>
            <w:noWrap/>
            <w:hideMark/>
          </w:tcPr>
          <w:p w14:paraId="1F51A2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9D4FC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68" w:type="dxa"/>
            <w:noWrap/>
            <w:hideMark/>
          </w:tcPr>
          <w:p w14:paraId="1AF98D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2B4B9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A475C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EA66C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65.4</w:t>
            </w:r>
          </w:p>
        </w:tc>
        <w:tc>
          <w:tcPr>
            <w:tcW w:w="694" w:type="dxa"/>
            <w:noWrap/>
            <w:hideMark/>
          </w:tcPr>
          <w:p w14:paraId="11A036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A5D19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0A281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65.4</w:t>
            </w:r>
          </w:p>
        </w:tc>
        <w:tc>
          <w:tcPr>
            <w:tcW w:w="751" w:type="dxa"/>
            <w:noWrap/>
            <w:hideMark/>
          </w:tcPr>
          <w:p w14:paraId="254E72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D8D52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1A208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02F21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B2702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29C9D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D4982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FCBFFCE" w14:textId="77777777" w:rsidTr="006750F2">
        <w:trPr>
          <w:trHeight w:val="280"/>
        </w:trPr>
        <w:tc>
          <w:tcPr>
            <w:tcW w:w="919" w:type="dxa"/>
            <w:noWrap/>
            <w:hideMark/>
          </w:tcPr>
          <w:p w14:paraId="6E594DC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UBA3857</w:t>
            </w:r>
          </w:p>
        </w:tc>
        <w:tc>
          <w:tcPr>
            <w:tcW w:w="852" w:type="dxa"/>
            <w:noWrap/>
            <w:hideMark/>
          </w:tcPr>
          <w:p w14:paraId="730A5C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6F8D9E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2706C2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96E3F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585DE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BBE29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95AAD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6B1A5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8226F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C2AC4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FD2CA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49F9B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A0D86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3F9C2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4F94CF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AD6DC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15A9D58" w14:textId="77777777" w:rsidTr="006750F2">
        <w:trPr>
          <w:trHeight w:val="280"/>
        </w:trPr>
        <w:tc>
          <w:tcPr>
            <w:tcW w:w="919" w:type="dxa"/>
            <w:noWrap/>
            <w:hideMark/>
          </w:tcPr>
          <w:p w14:paraId="10214E0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UBA6857</w:t>
            </w:r>
          </w:p>
        </w:tc>
        <w:tc>
          <w:tcPr>
            <w:tcW w:w="852" w:type="dxa"/>
            <w:noWrap/>
            <w:hideMark/>
          </w:tcPr>
          <w:p w14:paraId="68BBA5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01B7F8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w:t>
            </w:r>
          </w:p>
        </w:tc>
        <w:tc>
          <w:tcPr>
            <w:tcW w:w="768" w:type="dxa"/>
            <w:noWrap/>
            <w:hideMark/>
          </w:tcPr>
          <w:p w14:paraId="09C929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539A4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F7366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9240C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6FA54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C9405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5996A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98CD2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A78BC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4F4E5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223C6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17F12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302AF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913A2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771DB09" w14:textId="77777777" w:rsidTr="006750F2">
        <w:trPr>
          <w:trHeight w:val="280"/>
        </w:trPr>
        <w:tc>
          <w:tcPr>
            <w:tcW w:w="919" w:type="dxa"/>
            <w:noWrap/>
            <w:hideMark/>
          </w:tcPr>
          <w:p w14:paraId="6C531C3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UBA7109</w:t>
            </w:r>
          </w:p>
        </w:tc>
        <w:tc>
          <w:tcPr>
            <w:tcW w:w="852" w:type="dxa"/>
            <w:noWrap/>
            <w:hideMark/>
          </w:tcPr>
          <w:p w14:paraId="4B6F90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20A42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2EAACB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941F3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21B50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CF9A1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FC5B5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ED85B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D2D0F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4BE4D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3B07E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4E800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36F5C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24C7C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7B49D3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A50C3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BB05163" w14:textId="77777777" w:rsidTr="006750F2">
        <w:trPr>
          <w:trHeight w:val="280"/>
        </w:trPr>
        <w:tc>
          <w:tcPr>
            <w:tcW w:w="919" w:type="dxa"/>
            <w:noWrap/>
            <w:hideMark/>
          </w:tcPr>
          <w:p w14:paraId="15ECDD0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UBA737</w:t>
            </w:r>
          </w:p>
        </w:tc>
        <w:tc>
          <w:tcPr>
            <w:tcW w:w="852" w:type="dxa"/>
            <w:noWrap/>
            <w:hideMark/>
          </w:tcPr>
          <w:p w14:paraId="3AE76F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5BAA1F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w:t>
            </w:r>
          </w:p>
        </w:tc>
        <w:tc>
          <w:tcPr>
            <w:tcW w:w="768" w:type="dxa"/>
            <w:noWrap/>
            <w:hideMark/>
          </w:tcPr>
          <w:p w14:paraId="288B5E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5C611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A880C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04E34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33E3D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5BAB9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76C5A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2E7CE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1E66A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F9B76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A15C3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FF934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65765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1DECE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00F48F3" w14:textId="77777777" w:rsidTr="006750F2">
        <w:trPr>
          <w:trHeight w:val="280"/>
        </w:trPr>
        <w:tc>
          <w:tcPr>
            <w:tcW w:w="919" w:type="dxa"/>
            <w:noWrap/>
            <w:hideMark/>
          </w:tcPr>
          <w:p w14:paraId="562EFE4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UBA7862</w:t>
            </w:r>
          </w:p>
        </w:tc>
        <w:tc>
          <w:tcPr>
            <w:tcW w:w="852" w:type="dxa"/>
            <w:noWrap/>
            <w:hideMark/>
          </w:tcPr>
          <w:p w14:paraId="63DEF1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7AD5E7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7B1039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86B4D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79368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D2603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657EA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5D381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E28BA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B7BE6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B4B9F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F4067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4D27C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9FEE4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2A091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4ECEB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9EF48E4" w14:textId="77777777" w:rsidTr="006750F2">
        <w:trPr>
          <w:trHeight w:val="280"/>
        </w:trPr>
        <w:tc>
          <w:tcPr>
            <w:tcW w:w="919" w:type="dxa"/>
            <w:noWrap/>
            <w:hideMark/>
          </w:tcPr>
          <w:p w14:paraId="156E792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UBA866</w:t>
            </w:r>
          </w:p>
        </w:tc>
        <w:tc>
          <w:tcPr>
            <w:tcW w:w="852" w:type="dxa"/>
            <w:noWrap/>
            <w:hideMark/>
          </w:tcPr>
          <w:p w14:paraId="4A2AB6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639A6F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36ABB5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45957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28265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F8AD5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C1B76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49E5A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A1320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AC140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2C32E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4E766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C62C1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3B827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ABFF7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195C6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ACF9272" w14:textId="77777777" w:rsidTr="006750F2">
        <w:trPr>
          <w:trHeight w:val="280"/>
        </w:trPr>
        <w:tc>
          <w:tcPr>
            <w:tcW w:w="919" w:type="dxa"/>
            <w:noWrap/>
            <w:hideMark/>
          </w:tcPr>
          <w:p w14:paraId="6BCC571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UMGS1071</w:t>
            </w:r>
          </w:p>
        </w:tc>
        <w:tc>
          <w:tcPr>
            <w:tcW w:w="852" w:type="dxa"/>
            <w:noWrap/>
            <w:hideMark/>
          </w:tcPr>
          <w:p w14:paraId="193564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063DC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02034F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40C78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D6DF7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ECD5D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694" w:type="dxa"/>
            <w:noWrap/>
            <w:hideMark/>
          </w:tcPr>
          <w:p w14:paraId="278E6A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D8F9F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9D862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51" w:type="dxa"/>
            <w:noWrap/>
            <w:hideMark/>
          </w:tcPr>
          <w:p w14:paraId="6D3819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C4644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EC29C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B01F6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559D8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2C51E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F390D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D86B388" w14:textId="77777777" w:rsidTr="006750F2">
        <w:trPr>
          <w:trHeight w:val="280"/>
        </w:trPr>
        <w:tc>
          <w:tcPr>
            <w:tcW w:w="919" w:type="dxa"/>
            <w:noWrap/>
            <w:hideMark/>
          </w:tcPr>
          <w:p w14:paraId="08321A8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UMGS1601</w:t>
            </w:r>
          </w:p>
        </w:tc>
        <w:tc>
          <w:tcPr>
            <w:tcW w:w="852" w:type="dxa"/>
            <w:noWrap/>
            <w:hideMark/>
          </w:tcPr>
          <w:p w14:paraId="05304A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28B7C5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2D1665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F4BCB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9D654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E61B7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5B958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28E99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3A22A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F3D64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14CFE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1D0DA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44FB8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16449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F74F8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57A3D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BA3AA76" w14:textId="77777777" w:rsidTr="006750F2">
        <w:trPr>
          <w:trHeight w:val="280"/>
        </w:trPr>
        <w:tc>
          <w:tcPr>
            <w:tcW w:w="919" w:type="dxa"/>
            <w:noWrap/>
            <w:hideMark/>
          </w:tcPr>
          <w:p w14:paraId="63A2654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UMGS1668</w:t>
            </w:r>
          </w:p>
        </w:tc>
        <w:tc>
          <w:tcPr>
            <w:tcW w:w="852" w:type="dxa"/>
            <w:noWrap/>
            <w:hideMark/>
          </w:tcPr>
          <w:p w14:paraId="681580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BE088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0FCFC7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129C6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A9EB4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58F3B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2EDED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CC65C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0D1C9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B34DE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6369D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83B20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F4E31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5C307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5F5A2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B7391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B28E8B9" w14:textId="77777777" w:rsidTr="006750F2">
        <w:trPr>
          <w:trHeight w:val="280"/>
        </w:trPr>
        <w:tc>
          <w:tcPr>
            <w:tcW w:w="919" w:type="dxa"/>
            <w:noWrap/>
            <w:hideMark/>
          </w:tcPr>
          <w:p w14:paraId="70CF3B6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UMGS1696</w:t>
            </w:r>
          </w:p>
        </w:tc>
        <w:tc>
          <w:tcPr>
            <w:tcW w:w="852" w:type="dxa"/>
            <w:noWrap/>
            <w:hideMark/>
          </w:tcPr>
          <w:p w14:paraId="59276D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58AC74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6AFBEF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E2053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9425A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188D3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694" w:type="dxa"/>
            <w:noWrap/>
            <w:hideMark/>
          </w:tcPr>
          <w:p w14:paraId="19144C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ACD2A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BD187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751" w:type="dxa"/>
            <w:noWrap/>
            <w:hideMark/>
          </w:tcPr>
          <w:p w14:paraId="603FDF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D674A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EB101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795F1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E5966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6CCCD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9FD72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8C540A6" w14:textId="77777777" w:rsidTr="006750F2">
        <w:trPr>
          <w:trHeight w:val="280"/>
        </w:trPr>
        <w:tc>
          <w:tcPr>
            <w:tcW w:w="919" w:type="dxa"/>
            <w:noWrap/>
            <w:hideMark/>
          </w:tcPr>
          <w:p w14:paraId="4B74F66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UMGS1865</w:t>
            </w:r>
          </w:p>
        </w:tc>
        <w:tc>
          <w:tcPr>
            <w:tcW w:w="852" w:type="dxa"/>
            <w:noWrap/>
            <w:hideMark/>
          </w:tcPr>
          <w:p w14:paraId="611D5D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EA55F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69493C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9B009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15CF3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60824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17866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2FA4B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722F3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2D36E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42FD0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96D7A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81342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5DDA5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732B25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94435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AF60402" w14:textId="77777777" w:rsidTr="006750F2">
        <w:trPr>
          <w:trHeight w:val="280"/>
        </w:trPr>
        <w:tc>
          <w:tcPr>
            <w:tcW w:w="919" w:type="dxa"/>
            <w:noWrap/>
            <w:hideMark/>
          </w:tcPr>
          <w:p w14:paraId="324DEF4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V9D3004</w:t>
            </w:r>
          </w:p>
        </w:tc>
        <w:tc>
          <w:tcPr>
            <w:tcW w:w="852" w:type="dxa"/>
            <w:noWrap/>
            <w:hideMark/>
          </w:tcPr>
          <w:p w14:paraId="72E161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4B744A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476598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FA86D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B79CF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B26AF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6262B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16325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38F9F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7F299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0E926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B69BB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25C36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6B470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35EED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BD7A5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025D7F4" w14:textId="77777777" w:rsidTr="006750F2">
        <w:trPr>
          <w:trHeight w:val="280"/>
        </w:trPr>
        <w:tc>
          <w:tcPr>
            <w:tcW w:w="919" w:type="dxa"/>
            <w:noWrap/>
            <w:hideMark/>
          </w:tcPr>
          <w:p w14:paraId="7B04A40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VSOB01</w:t>
            </w:r>
          </w:p>
        </w:tc>
        <w:tc>
          <w:tcPr>
            <w:tcW w:w="852" w:type="dxa"/>
            <w:noWrap/>
            <w:hideMark/>
          </w:tcPr>
          <w:p w14:paraId="7C14AE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4068F3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15614B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0A670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C3808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CBAEE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A5691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6071C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9CEDC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FE481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C406E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EDE68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55036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15550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10193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48011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CB6CFD4" w14:textId="77777777" w:rsidTr="006750F2">
        <w:trPr>
          <w:trHeight w:val="280"/>
        </w:trPr>
        <w:tc>
          <w:tcPr>
            <w:tcW w:w="919" w:type="dxa"/>
            <w:noWrap/>
            <w:hideMark/>
          </w:tcPr>
          <w:p w14:paraId="16DA589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Ventricola</w:t>
            </w:r>
          </w:p>
        </w:tc>
        <w:tc>
          <w:tcPr>
            <w:tcW w:w="852" w:type="dxa"/>
            <w:noWrap/>
            <w:hideMark/>
          </w:tcPr>
          <w:p w14:paraId="5185BE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12F664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768" w:type="dxa"/>
            <w:noWrap/>
            <w:hideMark/>
          </w:tcPr>
          <w:p w14:paraId="118B45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6F7D7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D034E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2F764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694" w:type="dxa"/>
            <w:noWrap/>
            <w:hideMark/>
          </w:tcPr>
          <w:p w14:paraId="77E078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97DCD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21.4</w:t>
            </w:r>
          </w:p>
        </w:tc>
        <w:tc>
          <w:tcPr>
            <w:tcW w:w="909" w:type="dxa"/>
            <w:noWrap/>
            <w:hideMark/>
          </w:tcPr>
          <w:p w14:paraId="6A5018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51" w:type="dxa"/>
            <w:noWrap/>
            <w:hideMark/>
          </w:tcPr>
          <w:p w14:paraId="1DDA88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3BA69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17FA1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85C54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92575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1D16BC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C5465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8BC2860" w14:textId="77777777" w:rsidTr="006750F2">
        <w:trPr>
          <w:trHeight w:val="280"/>
        </w:trPr>
        <w:tc>
          <w:tcPr>
            <w:tcW w:w="919" w:type="dxa"/>
            <w:noWrap/>
            <w:hideMark/>
          </w:tcPr>
          <w:p w14:paraId="2C4FB72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Vermiculatibacterium</w:t>
            </w:r>
          </w:p>
        </w:tc>
        <w:tc>
          <w:tcPr>
            <w:tcW w:w="852" w:type="dxa"/>
            <w:noWrap/>
            <w:hideMark/>
          </w:tcPr>
          <w:p w14:paraId="0931CE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56C58A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736ABC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0D1D4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CCE74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7646A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25156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56178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75FF6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77A51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AA307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B736F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67D03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4E978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BD32E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FB6F4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7177482" w14:textId="77777777" w:rsidTr="006750F2">
        <w:trPr>
          <w:trHeight w:val="280"/>
        </w:trPr>
        <w:tc>
          <w:tcPr>
            <w:tcW w:w="919" w:type="dxa"/>
            <w:noWrap/>
            <w:hideMark/>
          </w:tcPr>
          <w:p w14:paraId="7565CC6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Vescimonas</w:t>
            </w:r>
          </w:p>
        </w:tc>
        <w:tc>
          <w:tcPr>
            <w:tcW w:w="852" w:type="dxa"/>
            <w:noWrap/>
            <w:hideMark/>
          </w:tcPr>
          <w:p w14:paraId="5D6084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5AD4B6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w:t>
            </w:r>
          </w:p>
        </w:tc>
        <w:tc>
          <w:tcPr>
            <w:tcW w:w="768" w:type="dxa"/>
            <w:noWrap/>
            <w:hideMark/>
          </w:tcPr>
          <w:p w14:paraId="2D652F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DEC9A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8DCB1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5A515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9329F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61A18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909" w:type="dxa"/>
            <w:noWrap/>
            <w:hideMark/>
          </w:tcPr>
          <w:p w14:paraId="6237FB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751" w:type="dxa"/>
            <w:noWrap/>
            <w:hideMark/>
          </w:tcPr>
          <w:p w14:paraId="18C864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AC36A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5E108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50A4E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w:t>
            </w:r>
            <w:r w:rsidRPr="00A057D9">
              <w:rPr>
                <w:rFonts w:ascii="Times New Roman" w:eastAsia="宋体" w:hAnsi="Times New Roman" w:cs="Times New Roman" w:hint="eastAsia"/>
                <w:sz w:val="13"/>
                <w:szCs w:val="13"/>
                <w:lang w:eastAsia="zh-CN"/>
              </w:rPr>
              <w:lastRenderedPageBreak/>
              <w:t>ed</w:t>
            </w:r>
          </w:p>
        </w:tc>
        <w:tc>
          <w:tcPr>
            <w:tcW w:w="657" w:type="dxa"/>
            <w:noWrap/>
            <w:hideMark/>
          </w:tcPr>
          <w:p w14:paraId="277DA3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lastRenderedPageBreak/>
              <w:t>2</w:t>
            </w:r>
          </w:p>
        </w:tc>
        <w:tc>
          <w:tcPr>
            <w:tcW w:w="854" w:type="dxa"/>
            <w:noWrap/>
            <w:hideMark/>
          </w:tcPr>
          <w:p w14:paraId="19F18D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2D958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89B53F6" w14:textId="77777777" w:rsidTr="006750F2">
        <w:trPr>
          <w:trHeight w:val="280"/>
        </w:trPr>
        <w:tc>
          <w:tcPr>
            <w:tcW w:w="919" w:type="dxa"/>
            <w:noWrap/>
            <w:hideMark/>
          </w:tcPr>
          <w:p w14:paraId="69DD7CB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W0P33-017</w:t>
            </w:r>
          </w:p>
        </w:tc>
        <w:tc>
          <w:tcPr>
            <w:tcW w:w="852" w:type="dxa"/>
            <w:noWrap/>
            <w:hideMark/>
          </w:tcPr>
          <w:p w14:paraId="71072C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B436C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24B43B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148F5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6FB27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C3812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E3922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0F7C2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BDE0D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0B6E2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32972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80FFB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827B5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66405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6378D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C32EC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39272B4" w14:textId="77777777" w:rsidTr="006750F2">
        <w:trPr>
          <w:trHeight w:val="280"/>
        </w:trPr>
        <w:tc>
          <w:tcPr>
            <w:tcW w:w="919" w:type="dxa"/>
            <w:noWrap/>
            <w:hideMark/>
          </w:tcPr>
          <w:p w14:paraId="29F0E78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WRMH01</w:t>
            </w:r>
          </w:p>
        </w:tc>
        <w:tc>
          <w:tcPr>
            <w:tcW w:w="852" w:type="dxa"/>
            <w:noWrap/>
            <w:hideMark/>
          </w:tcPr>
          <w:p w14:paraId="19EDD8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54A66F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1020D3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6695C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31700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479DE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27.3</w:t>
            </w:r>
          </w:p>
        </w:tc>
        <w:tc>
          <w:tcPr>
            <w:tcW w:w="694" w:type="dxa"/>
            <w:noWrap/>
            <w:hideMark/>
          </w:tcPr>
          <w:p w14:paraId="125C85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26F8A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909" w:type="dxa"/>
            <w:noWrap/>
            <w:hideMark/>
          </w:tcPr>
          <w:p w14:paraId="0C2857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51" w:type="dxa"/>
            <w:noWrap/>
            <w:hideMark/>
          </w:tcPr>
          <w:p w14:paraId="02B1DA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C120A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B23BF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56C9F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329A3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F61DA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817C9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D4087F7" w14:textId="77777777" w:rsidTr="006750F2">
        <w:trPr>
          <w:trHeight w:val="280"/>
        </w:trPr>
        <w:tc>
          <w:tcPr>
            <w:tcW w:w="919" w:type="dxa"/>
            <w:noWrap/>
            <w:hideMark/>
          </w:tcPr>
          <w:p w14:paraId="3447342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Weimeria</w:t>
            </w:r>
          </w:p>
        </w:tc>
        <w:tc>
          <w:tcPr>
            <w:tcW w:w="852" w:type="dxa"/>
            <w:noWrap/>
            <w:hideMark/>
          </w:tcPr>
          <w:p w14:paraId="2AA901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0B522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2FF69D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2FA3D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50B58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F6020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694" w:type="dxa"/>
            <w:noWrap/>
            <w:hideMark/>
          </w:tcPr>
          <w:p w14:paraId="35C4AC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51C70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F279C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751" w:type="dxa"/>
            <w:noWrap/>
            <w:hideMark/>
          </w:tcPr>
          <w:p w14:paraId="6DBD57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3CAAE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194CD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4ADA3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45D46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95A7B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F3347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05BCDB54" w14:textId="77777777" w:rsidTr="006750F2">
        <w:trPr>
          <w:trHeight w:val="280"/>
        </w:trPr>
        <w:tc>
          <w:tcPr>
            <w:tcW w:w="919" w:type="dxa"/>
            <w:noWrap/>
            <w:hideMark/>
          </w:tcPr>
          <w:p w14:paraId="7FACC6E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Wujia</w:t>
            </w:r>
          </w:p>
        </w:tc>
        <w:tc>
          <w:tcPr>
            <w:tcW w:w="852" w:type="dxa"/>
            <w:noWrap/>
            <w:hideMark/>
          </w:tcPr>
          <w:p w14:paraId="225854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31B938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768" w:type="dxa"/>
            <w:noWrap/>
            <w:hideMark/>
          </w:tcPr>
          <w:p w14:paraId="29C00B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77D99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86773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3C230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694" w:type="dxa"/>
            <w:noWrap/>
            <w:hideMark/>
          </w:tcPr>
          <w:p w14:paraId="7BCC47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6EBED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3F69F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51" w:type="dxa"/>
            <w:noWrap/>
            <w:hideMark/>
          </w:tcPr>
          <w:p w14:paraId="2751EE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D3C7D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4A241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FBEBB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33790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5B031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3671C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C6D9299" w14:textId="77777777" w:rsidTr="006750F2">
        <w:trPr>
          <w:trHeight w:val="280"/>
        </w:trPr>
        <w:tc>
          <w:tcPr>
            <w:tcW w:w="919" w:type="dxa"/>
            <w:noWrap/>
            <w:hideMark/>
          </w:tcPr>
          <w:p w14:paraId="3936D8E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YE71</w:t>
            </w:r>
          </w:p>
        </w:tc>
        <w:tc>
          <w:tcPr>
            <w:tcW w:w="852" w:type="dxa"/>
            <w:noWrap/>
            <w:hideMark/>
          </w:tcPr>
          <w:p w14:paraId="082C7A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Clostridia</w:t>
            </w:r>
          </w:p>
        </w:tc>
        <w:tc>
          <w:tcPr>
            <w:tcW w:w="513" w:type="dxa"/>
            <w:noWrap/>
            <w:hideMark/>
          </w:tcPr>
          <w:p w14:paraId="2D5408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0BD398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F88D0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EBB1D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B5DD8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58.3</w:t>
            </w:r>
          </w:p>
        </w:tc>
        <w:tc>
          <w:tcPr>
            <w:tcW w:w="694" w:type="dxa"/>
            <w:noWrap/>
            <w:hideMark/>
          </w:tcPr>
          <w:p w14:paraId="5A56AF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A90A6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A4E2C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58.3</w:t>
            </w:r>
          </w:p>
        </w:tc>
        <w:tc>
          <w:tcPr>
            <w:tcW w:w="751" w:type="dxa"/>
            <w:noWrap/>
            <w:hideMark/>
          </w:tcPr>
          <w:p w14:paraId="13FE75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3FDE8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EDE77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798D0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C7A8C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470F0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BBC93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B19F919" w14:textId="77777777" w:rsidTr="006750F2">
        <w:trPr>
          <w:trHeight w:val="280"/>
        </w:trPr>
        <w:tc>
          <w:tcPr>
            <w:tcW w:w="919" w:type="dxa"/>
            <w:noWrap/>
            <w:hideMark/>
          </w:tcPr>
          <w:p w14:paraId="429DEC8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Adlercreutzia</w:t>
            </w:r>
          </w:p>
        </w:tc>
        <w:tc>
          <w:tcPr>
            <w:tcW w:w="852" w:type="dxa"/>
            <w:noWrap/>
            <w:hideMark/>
          </w:tcPr>
          <w:p w14:paraId="3F887F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Coriobacteriia</w:t>
            </w:r>
          </w:p>
        </w:tc>
        <w:tc>
          <w:tcPr>
            <w:tcW w:w="513" w:type="dxa"/>
            <w:noWrap/>
            <w:hideMark/>
          </w:tcPr>
          <w:p w14:paraId="728352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331286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8AB97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86.4</w:t>
            </w:r>
          </w:p>
        </w:tc>
        <w:tc>
          <w:tcPr>
            <w:tcW w:w="721" w:type="dxa"/>
            <w:noWrap/>
            <w:hideMark/>
          </w:tcPr>
          <w:p w14:paraId="19E879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684A0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90E45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39810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90.9</w:t>
            </w:r>
          </w:p>
        </w:tc>
        <w:tc>
          <w:tcPr>
            <w:tcW w:w="909" w:type="dxa"/>
            <w:noWrap/>
            <w:hideMark/>
          </w:tcPr>
          <w:p w14:paraId="1BBC03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90.9</w:t>
            </w:r>
          </w:p>
        </w:tc>
        <w:tc>
          <w:tcPr>
            <w:tcW w:w="751" w:type="dxa"/>
            <w:noWrap/>
            <w:hideMark/>
          </w:tcPr>
          <w:p w14:paraId="16D41C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268DE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C35E7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B09A5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C1CCC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7DD11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6F549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3AF622D5" w14:textId="77777777" w:rsidTr="006750F2">
        <w:trPr>
          <w:trHeight w:val="280"/>
        </w:trPr>
        <w:tc>
          <w:tcPr>
            <w:tcW w:w="919" w:type="dxa"/>
            <w:noWrap/>
            <w:hideMark/>
          </w:tcPr>
          <w:p w14:paraId="5E762B7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Anaerotardibacter</w:t>
            </w:r>
          </w:p>
        </w:tc>
        <w:tc>
          <w:tcPr>
            <w:tcW w:w="852" w:type="dxa"/>
            <w:noWrap/>
            <w:hideMark/>
          </w:tcPr>
          <w:p w14:paraId="766D75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Coriobacteriia</w:t>
            </w:r>
          </w:p>
        </w:tc>
        <w:tc>
          <w:tcPr>
            <w:tcW w:w="513" w:type="dxa"/>
            <w:noWrap/>
            <w:hideMark/>
          </w:tcPr>
          <w:p w14:paraId="60428F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68" w:type="dxa"/>
            <w:noWrap/>
            <w:hideMark/>
          </w:tcPr>
          <w:p w14:paraId="7499BA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8A767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26.1</w:t>
            </w:r>
          </w:p>
        </w:tc>
        <w:tc>
          <w:tcPr>
            <w:tcW w:w="721" w:type="dxa"/>
            <w:noWrap/>
            <w:hideMark/>
          </w:tcPr>
          <w:p w14:paraId="594BF9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2A1E3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w:t>
            </w:r>
          </w:p>
        </w:tc>
        <w:tc>
          <w:tcPr>
            <w:tcW w:w="694" w:type="dxa"/>
            <w:noWrap/>
            <w:hideMark/>
          </w:tcPr>
          <w:p w14:paraId="27ACDD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DB69F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21288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w:t>
            </w:r>
          </w:p>
        </w:tc>
        <w:tc>
          <w:tcPr>
            <w:tcW w:w="751" w:type="dxa"/>
            <w:noWrap/>
            <w:hideMark/>
          </w:tcPr>
          <w:p w14:paraId="2C1553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92B1A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5AF2C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C5A16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71FCC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9E31A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87711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3B6DEA1" w14:textId="77777777" w:rsidTr="006750F2">
        <w:trPr>
          <w:trHeight w:val="280"/>
        </w:trPr>
        <w:tc>
          <w:tcPr>
            <w:tcW w:w="919" w:type="dxa"/>
            <w:noWrap/>
            <w:hideMark/>
          </w:tcPr>
          <w:p w14:paraId="0FA3186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Collinsella</w:t>
            </w:r>
          </w:p>
        </w:tc>
        <w:tc>
          <w:tcPr>
            <w:tcW w:w="852" w:type="dxa"/>
            <w:noWrap/>
            <w:hideMark/>
          </w:tcPr>
          <w:p w14:paraId="7EEBE4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Coriobacteriia</w:t>
            </w:r>
          </w:p>
        </w:tc>
        <w:tc>
          <w:tcPr>
            <w:tcW w:w="513" w:type="dxa"/>
            <w:noWrap/>
            <w:hideMark/>
          </w:tcPr>
          <w:p w14:paraId="3AB4C3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740</w:t>
            </w:r>
          </w:p>
        </w:tc>
        <w:tc>
          <w:tcPr>
            <w:tcW w:w="768" w:type="dxa"/>
            <w:noWrap/>
            <w:hideMark/>
          </w:tcPr>
          <w:p w14:paraId="43C815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DE984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29007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A6EE7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BA61B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E7DE6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F09F4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BEFAE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4FFCE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4B3BC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E588A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5B561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A61B6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19532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5A5A405" w14:textId="77777777" w:rsidTr="006750F2">
        <w:trPr>
          <w:trHeight w:val="280"/>
        </w:trPr>
        <w:tc>
          <w:tcPr>
            <w:tcW w:w="919" w:type="dxa"/>
            <w:noWrap/>
            <w:hideMark/>
          </w:tcPr>
          <w:p w14:paraId="2987A49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Lancefieldella</w:t>
            </w:r>
          </w:p>
        </w:tc>
        <w:tc>
          <w:tcPr>
            <w:tcW w:w="852" w:type="dxa"/>
            <w:noWrap/>
            <w:hideMark/>
          </w:tcPr>
          <w:p w14:paraId="53C26C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Coriobacteriia</w:t>
            </w:r>
          </w:p>
        </w:tc>
        <w:tc>
          <w:tcPr>
            <w:tcW w:w="513" w:type="dxa"/>
            <w:noWrap/>
            <w:hideMark/>
          </w:tcPr>
          <w:p w14:paraId="64C0D2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w:t>
            </w:r>
          </w:p>
        </w:tc>
        <w:tc>
          <w:tcPr>
            <w:tcW w:w="768" w:type="dxa"/>
            <w:noWrap/>
            <w:hideMark/>
          </w:tcPr>
          <w:p w14:paraId="546422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07BE2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BA6AF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4B6B5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06E98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DDEFC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E9B5B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91FDA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61CC4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8B2F4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45A94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1FD60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06D25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633A0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E3FD27F" w14:textId="77777777" w:rsidTr="006750F2">
        <w:trPr>
          <w:trHeight w:val="280"/>
        </w:trPr>
        <w:tc>
          <w:tcPr>
            <w:tcW w:w="919" w:type="dxa"/>
            <w:noWrap/>
            <w:hideMark/>
          </w:tcPr>
          <w:p w14:paraId="3E92066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MGBC163016</w:t>
            </w:r>
          </w:p>
        </w:tc>
        <w:tc>
          <w:tcPr>
            <w:tcW w:w="852" w:type="dxa"/>
            <w:noWrap/>
            <w:hideMark/>
          </w:tcPr>
          <w:p w14:paraId="030C1B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Coriobacteriia</w:t>
            </w:r>
          </w:p>
        </w:tc>
        <w:tc>
          <w:tcPr>
            <w:tcW w:w="513" w:type="dxa"/>
            <w:noWrap/>
            <w:hideMark/>
          </w:tcPr>
          <w:p w14:paraId="0286AF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03F735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DD16E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721" w:type="dxa"/>
            <w:noWrap/>
            <w:hideMark/>
          </w:tcPr>
          <w:p w14:paraId="2688F0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E8D42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C3CF7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9FA47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19C0B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A6BE6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8763A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4A9FD8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140A2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7B179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4E966D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BF62D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2808DAA" w14:textId="77777777" w:rsidTr="006750F2">
        <w:trPr>
          <w:trHeight w:val="280"/>
        </w:trPr>
        <w:tc>
          <w:tcPr>
            <w:tcW w:w="919" w:type="dxa"/>
            <w:noWrap/>
            <w:hideMark/>
          </w:tcPr>
          <w:p w14:paraId="617B277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Olsenella</w:t>
            </w:r>
          </w:p>
        </w:tc>
        <w:tc>
          <w:tcPr>
            <w:tcW w:w="852" w:type="dxa"/>
            <w:noWrap/>
            <w:hideMark/>
          </w:tcPr>
          <w:p w14:paraId="4CA66F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Coriobacteriia</w:t>
            </w:r>
          </w:p>
        </w:tc>
        <w:tc>
          <w:tcPr>
            <w:tcW w:w="513" w:type="dxa"/>
            <w:noWrap/>
            <w:hideMark/>
          </w:tcPr>
          <w:p w14:paraId="2806D4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291B9B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32251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C9A6A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AF067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694" w:type="dxa"/>
            <w:noWrap/>
            <w:hideMark/>
          </w:tcPr>
          <w:p w14:paraId="03C360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9629A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6E080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51" w:type="dxa"/>
            <w:noWrap/>
            <w:hideMark/>
          </w:tcPr>
          <w:p w14:paraId="7D9F35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FC4B6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8A4E1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860A4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7E87C1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9263C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AF420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F80762B" w14:textId="77777777" w:rsidTr="006750F2">
        <w:trPr>
          <w:trHeight w:val="280"/>
        </w:trPr>
        <w:tc>
          <w:tcPr>
            <w:tcW w:w="919" w:type="dxa"/>
            <w:noWrap/>
            <w:hideMark/>
          </w:tcPr>
          <w:p w14:paraId="28C7952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RUG440</w:t>
            </w:r>
          </w:p>
        </w:tc>
        <w:tc>
          <w:tcPr>
            <w:tcW w:w="852" w:type="dxa"/>
            <w:noWrap/>
            <w:hideMark/>
          </w:tcPr>
          <w:p w14:paraId="0BB14C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Coriobacteriia</w:t>
            </w:r>
          </w:p>
        </w:tc>
        <w:tc>
          <w:tcPr>
            <w:tcW w:w="513" w:type="dxa"/>
            <w:noWrap/>
            <w:hideMark/>
          </w:tcPr>
          <w:p w14:paraId="2BD10D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0E0139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00F8E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FE145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046A4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694" w:type="dxa"/>
            <w:noWrap/>
            <w:hideMark/>
          </w:tcPr>
          <w:p w14:paraId="012CEE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3BA9D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93CE1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751" w:type="dxa"/>
            <w:noWrap/>
            <w:hideMark/>
          </w:tcPr>
          <w:p w14:paraId="4FA6DE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FBDE2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2B1EA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E7739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EE800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571FC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0E515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D23CF04" w14:textId="77777777" w:rsidTr="006750F2">
        <w:trPr>
          <w:trHeight w:val="280"/>
        </w:trPr>
        <w:tc>
          <w:tcPr>
            <w:tcW w:w="919" w:type="dxa"/>
            <w:noWrap/>
            <w:hideMark/>
          </w:tcPr>
          <w:p w14:paraId="4E41F60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Senegalimassilia</w:t>
            </w:r>
          </w:p>
        </w:tc>
        <w:tc>
          <w:tcPr>
            <w:tcW w:w="852" w:type="dxa"/>
            <w:noWrap/>
            <w:hideMark/>
          </w:tcPr>
          <w:p w14:paraId="53897E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Coriobacteriia</w:t>
            </w:r>
          </w:p>
        </w:tc>
        <w:tc>
          <w:tcPr>
            <w:tcW w:w="513" w:type="dxa"/>
            <w:noWrap/>
            <w:hideMark/>
          </w:tcPr>
          <w:p w14:paraId="5CBD77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6B9F4F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9C582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21" w:type="dxa"/>
            <w:noWrap/>
            <w:hideMark/>
          </w:tcPr>
          <w:p w14:paraId="093BB5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2AEEA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694" w:type="dxa"/>
            <w:noWrap/>
            <w:hideMark/>
          </w:tcPr>
          <w:p w14:paraId="1B6E06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704EE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90.9</w:t>
            </w:r>
          </w:p>
        </w:tc>
        <w:tc>
          <w:tcPr>
            <w:tcW w:w="909" w:type="dxa"/>
            <w:noWrap/>
            <w:hideMark/>
          </w:tcPr>
          <w:p w14:paraId="433F8C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51" w:type="dxa"/>
            <w:noWrap/>
            <w:hideMark/>
          </w:tcPr>
          <w:p w14:paraId="77FF0E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EEC8B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3C066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72B01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7D9AA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345E0B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6FC03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4BCDA212" w14:textId="77777777" w:rsidTr="006750F2">
        <w:trPr>
          <w:trHeight w:val="280"/>
        </w:trPr>
        <w:tc>
          <w:tcPr>
            <w:tcW w:w="919" w:type="dxa"/>
            <w:noWrap/>
            <w:hideMark/>
          </w:tcPr>
          <w:p w14:paraId="41C9A7A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Slackia</w:t>
            </w:r>
          </w:p>
        </w:tc>
        <w:tc>
          <w:tcPr>
            <w:tcW w:w="852" w:type="dxa"/>
            <w:noWrap/>
            <w:hideMark/>
          </w:tcPr>
          <w:p w14:paraId="70311A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Coriobacteriia</w:t>
            </w:r>
          </w:p>
        </w:tc>
        <w:tc>
          <w:tcPr>
            <w:tcW w:w="513" w:type="dxa"/>
            <w:noWrap/>
            <w:hideMark/>
          </w:tcPr>
          <w:p w14:paraId="26D5EE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7836B6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60F43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57.1</w:t>
            </w:r>
          </w:p>
        </w:tc>
        <w:tc>
          <w:tcPr>
            <w:tcW w:w="721" w:type="dxa"/>
            <w:noWrap/>
            <w:hideMark/>
          </w:tcPr>
          <w:p w14:paraId="729B1A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35FC8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9.5</w:t>
            </w:r>
          </w:p>
        </w:tc>
        <w:tc>
          <w:tcPr>
            <w:tcW w:w="694" w:type="dxa"/>
            <w:noWrap/>
            <w:hideMark/>
          </w:tcPr>
          <w:p w14:paraId="4C93CA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CCB6D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42.9</w:t>
            </w:r>
          </w:p>
        </w:tc>
        <w:tc>
          <w:tcPr>
            <w:tcW w:w="909" w:type="dxa"/>
            <w:noWrap/>
            <w:hideMark/>
          </w:tcPr>
          <w:p w14:paraId="0321B2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52.4</w:t>
            </w:r>
          </w:p>
        </w:tc>
        <w:tc>
          <w:tcPr>
            <w:tcW w:w="751" w:type="dxa"/>
            <w:noWrap/>
            <w:hideMark/>
          </w:tcPr>
          <w:p w14:paraId="3ECAC5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41509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623D5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7B521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AC64C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48320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58D60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8FA175E" w14:textId="77777777" w:rsidTr="006750F2">
        <w:trPr>
          <w:trHeight w:val="280"/>
        </w:trPr>
        <w:tc>
          <w:tcPr>
            <w:tcW w:w="919" w:type="dxa"/>
            <w:noWrap/>
            <w:hideMark/>
          </w:tcPr>
          <w:p w14:paraId="2ACF6B2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Thermophilibacter</w:t>
            </w:r>
          </w:p>
        </w:tc>
        <w:tc>
          <w:tcPr>
            <w:tcW w:w="852" w:type="dxa"/>
            <w:noWrap/>
            <w:hideMark/>
          </w:tcPr>
          <w:p w14:paraId="724F60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Coriobacteriia</w:t>
            </w:r>
          </w:p>
        </w:tc>
        <w:tc>
          <w:tcPr>
            <w:tcW w:w="513" w:type="dxa"/>
            <w:noWrap/>
            <w:hideMark/>
          </w:tcPr>
          <w:p w14:paraId="6A3B05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768" w:type="dxa"/>
            <w:noWrap/>
            <w:hideMark/>
          </w:tcPr>
          <w:p w14:paraId="753D10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2B0A2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D521C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22431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19794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F34B5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41FC8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26048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2DAFC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61A4D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A0930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D8812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844CC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2685E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17E8BCA" w14:textId="77777777" w:rsidTr="006750F2">
        <w:trPr>
          <w:trHeight w:val="280"/>
        </w:trPr>
        <w:tc>
          <w:tcPr>
            <w:tcW w:w="919" w:type="dxa"/>
            <w:noWrap/>
            <w:hideMark/>
          </w:tcPr>
          <w:p w14:paraId="4D5F405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Tractidigestivibacter</w:t>
            </w:r>
          </w:p>
        </w:tc>
        <w:tc>
          <w:tcPr>
            <w:tcW w:w="852" w:type="dxa"/>
            <w:noWrap/>
            <w:hideMark/>
          </w:tcPr>
          <w:p w14:paraId="5A346F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Coriobacteriia</w:t>
            </w:r>
          </w:p>
        </w:tc>
        <w:tc>
          <w:tcPr>
            <w:tcW w:w="513" w:type="dxa"/>
            <w:noWrap/>
            <w:hideMark/>
          </w:tcPr>
          <w:p w14:paraId="28B77A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21D1DD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B34DB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5E310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2FD55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BB37C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FABEE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1E57E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C3388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00410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6F298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3CEF6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5D54E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32B7E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6B324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43E738E" w14:textId="77777777" w:rsidTr="006750F2">
        <w:trPr>
          <w:trHeight w:val="280"/>
        </w:trPr>
        <w:tc>
          <w:tcPr>
            <w:tcW w:w="919" w:type="dxa"/>
            <w:noWrap/>
            <w:hideMark/>
          </w:tcPr>
          <w:p w14:paraId="0EC590E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UBA1367</w:t>
            </w:r>
          </w:p>
        </w:tc>
        <w:tc>
          <w:tcPr>
            <w:tcW w:w="852" w:type="dxa"/>
            <w:noWrap/>
            <w:hideMark/>
          </w:tcPr>
          <w:p w14:paraId="4C5419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Coriobacteriia</w:t>
            </w:r>
          </w:p>
        </w:tc>
        <w:tc>
          <w:tcPr>
            <w:tcW w:w="513" w:type="dxa"/>
            <w:noWrap/>
            <w:hideMark/>
          </w:tcPr>
          <w:p w14:paraId="515F3C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4D9116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21DAA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724C6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8DD30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694" w:type="dxa"/>
            <w:noWrap/>
            <w:hideMark/>
          </w:tcPr>
          <w:p w14:paraId="189382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E0C96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3ED41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751" w:type="dxa"/>
            <w:noWrap/>
            <w:hideMark/>
          </w:tcPr>
          <w:p w14:paraId="700568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A7852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4F5EF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9E0A9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AE5B7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9AAA3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25865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176AAC89" w14:textId="77777777" w:rsidTr="006750F2">
        <w:trPr>
          <w:trHeight w:val="280"/>
        </w:trPr>
        <w:tc>
          <w:tcPr>
            <w:tcW w:w="919" w:type="dxa"/>
            <w:noWrap/>
            <w:hideMark/>
          </w:tcPr>
          <w:p w14:paraId="3AE3C15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UBA9715</w:t>
            </w:r>
          </w:p>
        </w:tc>
        <w:tc>
          <w:tcPr>
            <w:tcW w:w="852" w:type="dxa"/>
            <w:noWrap/>
            <w:hideMark/>
          </w:tcPr>
          <w:p w14:paraId="4E7C09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Coriobacteriia</w:t>
            </w:r>
          </w:p>
        </w:tc>
        <w:tc>
          <w:tcPr>
            <w:tcW w:w="513" w:type="dxa"/>
            <w:noWrap/>
            <w:hideMark/>
          </w:tcPr>
          <w:p w14:paraId="079010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3CE260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395F2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58.3</w:t>
            </w:r>
          </w:p>
        </w:tc>
        <w:tc>
          <w:tcPr>
            <w:tcW w:w="721" w:type="dxa"/>
            <w:noWrap/>
            <w:hideMark/>
          </w:tcPr>
          <w:p w14:paraId="3A7E07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FE0B6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AC7B6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AC0B5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58.3</w:t>
            </w:r>
          </w:p>
        </w:tc>
        <w:tc>
          <w:tcPr>
            <w:tcW w:w="909" w:type="dxa"/>
            <w:noWrap/>
            <w:hideMark/>
          </w:tcPr>
          <w:p w14:paraId="6E0F2D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58.3</w:t>
            </w:r>
          </w:p>
        </w:tc>
        <w:tc>
          <w:tcPr>
            <w:tcW w:w="751" w:type="dxa"/>
            <w:noWrap/>
            <w:hideMark/>
          </w:tcPr>
          <w:p w14:paraId="5757CF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EB81F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89E49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B6804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077EA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379CB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27040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1C0F556" w14:textId="77777777" w:rsidTr="006750F2">
        <w:trPr>
          <w:trHeight w:val="280"/>
        </w:trPr>
        <w:tc>
          <w:tcPr>
            <w:tcW w:w="919" w:type="dxa"/>
            <w:noWrap/>
            <w:hideMark/>
          </w:tcPr>
          <w:p w14:paraId="7269C8C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Aulosira</w:t>
            </w:r>
          </w:p>
        </w:tc>
        <w:tc>
          <w:tcPr>
            <w:tcW w:w="852" w:type="dxa"/>
            <w:noWrap/>
            <w:hideMark/>
          </w:tcPr>
          <w:p w14:paraId="5F485F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Cyanobacteriia</w:t>
            </w:r>
          </w:p>
        </w:tc>
        <w:tc>
          <w:tcPr>
            <w:tcW w:w="513" w:type="dxa"/>
            <w:noWrap/>
            <w:hideMark/>
          </w:tcPr>
          <w:p w14:paraId="767CBA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2A1557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FC21E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51DC6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24895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94" w:type="dxa"/>
            <w:noWrap/>
            <w:hideMark/>
          </w:tcPr>
          <w:p w14:paraId="359556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D36E6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E34BA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51" w:type="dxa"/>
            <w:noWrap/>
            <w:hideMark/>
          </w:tcPr>
          <w:p w14:paraId="47E394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0CD36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BC2F0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08CB8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117F43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A4DED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AA7C8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1F1B3233" w14:textId="77777777" w:rsidTr="006750F2">
        <w:trPr>
          <w:trHeight w:val="280"/>
        </w:trPr>
        <w:tc>
          <w:tcPr>
            <w:tcW w:w="919" w:type="dxa"/>
            <w:noWrap/>
            <w:hideMark/>
          </w:tcPr>
          <w:p w14:paraId="3290A1E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Cyanobium</w:t>
            </w:r>
          </w:p>
        </w:tc>
        <w:tc>
          <w:tcPr>
            <w:tcW w:w="852" w:type="dxa"/>
            <w:noWrap/>
            <w:hideMark/>
          </w:tcPr>
          <w:p w14:paraId="71A02D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Cyanobacteriia</w:t>
            </w:r>
          </w:p>
        </w:tc>
        <w:tc>
          <w:tcPr>
            <w:tcW w:w="513" w:type="dxa"/>
            <w:noWrap/>
            <w:hideMark/>
          </w:tcPr>
          <w:p w14:paraId="290EC5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68" w:type="dxa"/>
            <w:noWrap/>
            <w:hideMark/>
          </w:tcPr>
          <w:p w14:paraId="36BA8D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DE07D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84D7F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021BE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9931C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BB5C6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791EA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3D28C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F7652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9383A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D21CF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52243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E81BC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2220B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6FDBEC0" w14:textId="77777777" w:rsidTr="006750F2">
        <w:trPr>
          <w:trHeight w:val="280"/>
        </w:trPr>
        <w:tc>
          <w:tcPr>
            <w:tcW w:w="919" w:type="dxa"/>
            <w:noWrap/>
            <w:hideMark/>
          </w:tcPr>
          <w:p w14:paraId="71619D9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Dolichospermum</w:t>
            </w:r>
          </w:p>
        </w:tc>
        <w:tc>
          <w:tcPr>
            <w:tcW w:w="852" w:type="dxa"/>
            <w:noWrap/>
            <w:hideMark/>
          </w:tcPr>
          <w:p w14:paraId="48E702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Cyanobacteriia</w:t>
            </w:r>
          </w:p>
        </w:tc>
        <w:tc>
          <w:tcPr>
            <w:tcW w:w="513" w:type="dxa"/>
            <w:noWrap/>
            <w:hideMark/>
          </w:tcPr>
          <w:p w14:paraId="615594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2B3197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8A044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760D9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99471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694" w:type="dxa"/>
            <w:noWrap/>
            <w:hideMark/>
          </w:tcPr>
          <w:p w14:paraId="5EE340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F1B34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1CBAF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51" w:type="dxa"/>
            <w:noWrap/>
            <w:hideMark/>
          </w:tcPr>
          <w:p w14:paraId="5E2A4E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8031E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AAA73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82961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681F6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2CD2B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3FF5F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A84F1C7" w14:textId="77777777" w:rsidTr="006750F2">
        <w:trPr>
          <w:trHeight w:val="280"/>
        </w:trPr>
        <w:tc>
          <w:tcPr>
            <w:tcW w:w="919" w:type="dxa"/>
            <w:noWrap/>
            <w:hideMark/>
          </w:tcPr>
          <w:p w14:paraId="7F8BD53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Dulcicalothrix</w:t>
            </w:r>
          </w:p>
        </w:tc>
        <w:tc>
          <w:tcPr>
            <w:tcW w:w="852" w:type="dxa"/>
            <w:noWrap/>
            <w:hideMark/>
          </w:tcPr>
          <w:p w14:paraId="328091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Cyanobacteriia</w:t>
            </w:r>
          </w:p>
        </w:tc>
        <w:tc>
          <w:tcPr>
            <w:tcW w:w="513" w:type="dxa"/>
            <w:noWrap/>
            <w:hideMark/>
          </w:tcPr>
          <w:p w14:paraId="0954FD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1C9AFA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27.3</w:t>
            </w:r>
          </w:p>
        </w:tc>
        <w:tc>
          <w:tcPr>
            <w:tcW w:w="739" w:type="dxa"/>
            <w:noWrap/>
            <w:hideMark/>
          </w:tcPr>
          <w:p w14:paraId="008008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ADC85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90860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90.9</w:t>
            </w:r>
          </w:p>
        </w:tc>
        <w:tc>
          <w:tcPr>
            <w:tcW w:w="694" w:type="dxa"/>
            <w:noWrap/>
            <w:hideMark/>
          </w:tcPr>
          <w:p w14:paraId="216B05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1BB71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EEEB1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118.2</w:t>
            </w:r>
          </w:p>
        </w:tc>
        <w:tc>
          <w:tcPr>
            <w:tcW w:w="751" w:type="dxa"/>
            <w:noWrap/>
            <w:hideMark/>
          </w:tcPr>
          <w:p w14:paraId="16264B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63D69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D1459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0B0A4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3AA2B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25B94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E6457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37260677" w14:textId="77777777" w:rsidTr="006750F2">
        <w:trPr>
          <w:trHeight w:val="280"/>
        </w:trPr>
        <w:tc>
          <w:tcPr>
            <w:tcW w:w="919" w:type="dxa"/>
            <w:noWrap/>
            <w:hideMark/>
          </w:tcPr>
          <w:p w14:paraId="793C161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Leptolyngbya</w:t>
            </w:r>
          </w:p>
        </w:tc>
        <w:tc>
          <w:tcPr>
            <w:tcW w:w="852" w:type="dxa"/>
            <w:noWrap/>
            <w:hideMark/>
          </w:tcPr>
          <w:p w14:paraId="11275B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Cyanobacteriia</w:t>
            </w:r>
          </w:p>
        </w:tc>
        <w:tc>
          <w:tcPr>
            <w:tcW w:w="513" w:type="dxa"/>
            <w:noWrap/>
            <w:hideMark/>
          </w:tcPr>
          <w:p w14:paraId="2DEFED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68860A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39" w:type="dxa"/>
            <w:noWrap/>
            <w:hideMark/>
          </w:tcPr>
          <w:p w14:paraId="793EBC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6D421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31CA3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694" w:type="dxa"/>
            <w:noWrap/>
            <w:hideMark/>
          </w:tcPr>
          <w:p w14:paraId="3CA6C1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449A9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8FC5F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751" w:type="dxa"/>
            <w:noWrap/>
            <w:hideMark/>
          </w:tcPr>
          <w:p w14:paraId="04E964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8C943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C2023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811C8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0D46A3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9EF08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217D3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70EBC83" w14:textId="77777777" w:rsidTr="006750F2">
        <w:trPr>
          <w:trHeight w:val="280"/>
        </w:trPr>
        <w:tc>
          <w:tcPr>
            <w:tcW w:w="919" w:type="dxa"/>
            <w:noWrap/>
            <w:hideMark/>
          </w:tcPr>
          <w:p w14:paraId="48D2E1A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Microcoleus</w:t>
            </w:r>
          </w:p>
        </w:tc>
        <w:tc>
          <w:tcPr>
            <w:tcW w:w="852" w:type="dxa"/>
            <w:noWrap/>
            <w:hideMark/>
          </w:tcPr>
          <w:p w14:paraId="5D2725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Cyanobacteriia</w:t>
            </w:r>
          </w:p>
        </w:tc>
        <w:tc>
          <w:tcPr>
            <w:tcW w:w="513" w:type="dxa"/>
            <w:noWrap/>
            <w:hideMark/>
          </w:tcPr>
          <w:p w14:paraId="41CFA5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68" w:type="dxa"/>
            <w:noWrap/>
            <w:hideMark/>
          </w:tcPr>
          <w:p w14:paraId="5606B9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w:t>
            </w:r>
          </w:p>
        </w:tc>
        <w:tc>
          <w:tcPr>
            <w:tcW w:w="739" w:type="dxa"/>
            <w:noWrap/>
            <w:hideMark/>
          </w:tcPr>
          <w:p w14:paraId="5B0059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721" w:type="dxa"/>
            <w:noWrap/>
            <w:hideMark/>
          </w:tcPr>
          <w:p w14:paraId="3785C7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25508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694" w:type="dxa"/>
            <w:noWrap/>
            <w:hideMark/>
          </w:tcPr>
          <w:p w14:paraId="333112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C93BE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AFCAF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w:t>
            </w:r>
          </w:p>
        </w:tc>
        <w:tc>
          <w:tcPr>
            <w:tcW w:w="751" w:type="dxa"/>
            <w:noWrap/>
            <w:hideMark/>
          </w:tcPr>
          <w:p w14:paraId="5AE442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1DE7D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F7506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77917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B8A4F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412E7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43D19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64EE481" w14:textId="77777777" w:rsidTr="006750F2">
        <w:trPr>
          <w:trHeight w:val="280"/>
        </w:trPr>
        <w:tc>
          <w:tcPr>
            <w:tcW w:w="919" w:type="dxa"/>
            <w:noWrap/>
            <w:hideMark/>
          </w:tcPr>
          <w:p w14:paraId="0B62F66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Microcystis</w:t>
            </w:r>
          </w:p>
        </w:tc>
        <w:tc>
          <w:tcPr>
            <w:tcW w:w="852" w:type="dxa"/>
            <w:noWrap/>
            <w:hideMark/>
          </w:tcPr>
          <w:p w14:paraId="6E93E7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Cyanobacteriia</w:t>
            </w:r>
          </w:p>
        </w:tc>
        <w:tc>
          <w:tcPr>
            <w:tcW w:w="513" w:type="dxa"/>
            <w:noWrap/>
            <w:hideMark/>
          </w:tcPr>
          <w:p w14:paraId="3B2C71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330853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1843E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94BBE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9DFA9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46531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91FB3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0361F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76432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9EC2B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4503A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4E074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1E5EB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C8280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576B6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E16FAE0" w14:textId="77777777" w:rsidTr="006750F2">
        <w:trPr>
          <w:trHeight w:val="280"/>
        </w:trPr>
        <w:tc>
          <w:tcPr>
            <w:tcW w:w="919" w:type="dxa"/>
            <w:noWrap/>
            <w:hideMark/>
          </w:tcPr>
          <w:p w14:paraId="7BA11E9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NIES-981</w:t>
            </w:r>
          </w:p>
        </w:tc>
        <w:tc>
          <w:tcPr>
            <w:tcW w:w="852" w:type="dxa"/>
            <w:noWrap/>
            <w:hideMark/>
          </w:tcPr>
          <w:p w14:paraId="6F1ED4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Cyanobacteriia</w:t>
            </w:r>
          </w:p>
        </w:tc>
        <w:tc>
          <w:tcPr>
            <w:tcW w:w="513" w:type="dxa"/>
            <w:noWrap/>
            <w:hideMark/>
          </w:tcPr>
          <w:p w14:paraId="0CDC6F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7FB534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5A698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337E9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2FD83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2BC6A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14FA8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7EE70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15197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2285C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16A7C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D3AC6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2CB1F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57349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2E534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DB73928" w14:textId="77777777" w:rsidTr="006750F2">
        <w:trPr>
          <w:trHeight w:val="280"/>
        </w:trPr>
        <w:tc>
          <w:tcPr>
            <w:tcW w:w="919" w:type="dxa"/>
            <w:noWrap/>
            <w:hideMark/>
          </w:tcPr>
          <w:p w14:paraId="32A33F9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Nodosilinea</w:t>
            </w:r>
          </w:p>
        </w:tc>
        <w:tc>
          <w:tcPr>
            <w:tcW w:w="852" w:type="dxa"/>
            <w:noWrap/>
            <w:hideMark/>
          </w:tcPr>
          <w:p w14:paraId="3BCC34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Cyanobacteriia</w:t>
            </w:r>
          </w:p>
        </w:tc>
        <w:tc>
          <w:tcPr>
            <w:tcW w:w="513" w:type="dxa"/>
            <w:noWrap/>
            <w:hideMark/>
          </w:tcPr>
          <w:p w14:paraId="240774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4D0F6C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3B555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E9A61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3ABB7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37.5</w:t>
            </w:r>
          </w:p>
        </w:tc>
        <w:tc>
          <w:tcPr>
            <w:tcW w:w="694" w:type="dxa"/>
            <w:noWrap/>
            <w:hideMark/>
          </w:tcPr>
          <w:p w14:paraId="2DADC9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F1665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9426F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37.5</w:t>
            </w:r>
          </w:p>
        </w:tc>
        <w:tc>
          <w:tcPr>
            <w:tcW w:w="751" w:type="dxa"/>
            <w:noWrap/>
            <w:hideMark/>
          </w:tcPr>
          <w:p w14:paraId="24C5BB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0C03B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9ABB8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BD09C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D024A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BFF1F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55FF7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4C788F9" w14:textId="77777777" w:rsidTr="006750F2">
        <w:trPr>
          <w:trHeight w:val="280"/>
        </w:trPr>
        <w:tc>
          <w:tcPr>
            <w:tcW w:w="919" w:type="dxa"/>
            <w:noWrap/>
            <w:hideMark/>
          </w:tcPr>
          <w:p w14:paraId="0918894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Nostoc</w:t>
            </w:r>
          </w:p>
        </w:tc>
        <w:tc>
          <w:tcPr>
            <w:tcW w:w="852" w:type="dxa"/>
            <w:noWrap/>
            <w:hideMark/>
          </w:tcPr>
          <w:p w14:paraId="0D562E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Cyanobacteriia</w:t>
            </w:r>
          </w:p>
        </w:tc>
        <w:tc>
          <w:tcPr>
            <w:tcW w:w="513" w:type="dxa"/>
            <w:noWrap/>
            <w:hideMark/>
          </w:tcPr>
          <w:p w14:paraId="3E3AEF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w:t>
            </w:r>
          </w:p>
        </w:tc>
        <w:tc>
          <w:tcPr>
            <w:tcW w:w="768" w:type="dxa"/>
            <w:noWrap/>
            <w:hideMark/>
          </w:tcPr>
          <w:p w14:paraId="7601FB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512AC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8823A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674" w:type="dxa"/>
            <w:noWrap/>
            <w:hideMark/>
          </w:tcPr>
          <w:p w14:paraId="36FBBE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94" w:type="dxa"/>
            <w:noWrap/>
            <w:hideMark/>
          </w:tcPr>
          <w:p w14:paraId="72B5F0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8DB36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CB4A9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51" w:type="dxa"/>
            <w:noWrap/>
            <w:hideMark/>
          </w:tcPr>
          <w:p w14:paraId="59E4B4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1008" w:type="dxa"/>
            <w:noWrap/>
            <w:hideMark/>
          </w:tcPr>
          <w:p w14:paraId="35F1A9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2F306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05C75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460928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874E3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73704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589F1C7D" w14:textId="77777777" w:rsidTr="006750F2">
        <w:trPr>
          <w:trHeight w:val="280"/>
        </w:trPr>
        <w:tc>
          <w:tcPr>
            <w:tcW w:w="919" w:type="dxa"/>
            <w:noWrap/>
            <w:hideMark/>
          </w:tcPr>
          <w:p w14:paraId="35DE863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Parasynechococcus</w:t>
            </w:r>
          </w:p>
        </w:tc>
        <w:tc>
          <w:tcPr>
            <w:tcW w:w="852" w:type="dxa"/>
            <w:noWrap/>
            <w:hideMark/>
          </w:tcPr>
          <w:p w14:paraId="34D074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Cyanobacteriia</w:t>
            </w:r>
          </w:p>
        </w:tc>
        <w:tc>
          <w:tcPr>
            <w:tcW w:w="513" w:type="dxa"/>
            <w:noWrap/>
            <w:hideMark/>
          </w:tcPr>
          <w:p w14:paraId="3C02EE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577706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C3EE0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33121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EDC38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17BE1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87460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3B42B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1E6DF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128C8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49F10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53719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DE61F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0463A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14D96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080A0D7" w14:textId="77777777" w:rsidTr="006750F2">
        <w:trPr>
          <w:trHeight w:val="280"/>
        </w:trPr>
        <w:tc>
          <w:tcPr>
            <w:tcW w:w="919" w:type="dxa"/>
            <w:noWrap/>
            <w:hideMark/>
          </w:tcPr>
          <w:p w14:paraId="6B14B9A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Phormidesmis</w:t>
            </w:r>
          </w:p>
        </w:tc>
        <w:tc>
          <w:tcPr>
            <w:tcW w:w="852" w:type="dxa"/>
            <w:noWrap/>
            <w:hideMark/>
          </w:tcPr>
          <w:p w14:paraId="152432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Cyanobacteriia</w:t>
            </w:r>
          </w:p>
        </w:tc>
        <w:tc>
          <w:tcPr>
            <w:tcW w:w="513" w:type="dxa"/>
            <w:noWrap/>
            <w:hideMark/>
          </w:tcPr>
          <w:p w14:paraId="28C4C1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1F363D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ED845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9F1C7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B8EEF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694" w:type="dxa"/>
            <w:noWrap/>
            <w:hideMark/>
          </w:tcPr>
          <w:p w14:paraId="158391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36138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3AF52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27F2C5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77C7E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E1DE9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C8505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62C40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AA85F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87736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7E9015D" w14:textId="77777777" w:rsidTr="006750F2">
        <w:trPr>
          <w:trHeight w:val="280"/>
        </w:trPr>
        <w:tc>
          <w:tcPr>
            <w:tcW w:w="919" w:type="dxa"/>
            <w:noWrap/>
            <w:hideMark/>
          </w:tcPr>
          <w:p w14:paraId="71A728C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Planktothrix</w:t>
            </w:r>
          </w:p>
        </w:tc>
        <w:tc>
          <w:tcPr>
            <w:tcW w:w="852" w:type="dxa"/>
            <w:noWrap/>
            <w:hideMark/>
          </w:tcPr>
          <w:p w14:paraId="34D532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Cyanobacteriia</w:t>
            </w:r>
          </w:p>
        </w:tc>
        <w:tc>
          <w:tcPr>
            <w:tcW w:w="513" w:type="dxa"/>
            <w:noWrap/>
            <w:hideMark/>
          </w:tcPr>
          <w:p w14:paraId="71F9F7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1D8E0C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D85D0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198C7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D1EC9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694" w:type="dxa"/>
            <w:noWrap/>
            <w:hideMark/>
          </w:tcPr>
          <w:p w14:paraId="4136EB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3005C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FF51C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751" w:type="dxa"/>
            <w:noWrap/>
            <w:hideMark/>
          </w:tcPr>
          <w:p w14:paraId="294241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DD380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5EFF3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15E85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6235F6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B4C86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1D1C7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B55DAFA" w14:textId="77777777" w:rsidTr="006750F2">
        <w:trPr>
          <w:trHeight w:val="280"/>
        </w:trPr>
        <w:tc>
          <w:tcPr>
            <w:tcW w:w="919" w:type="dxa"/>
            <w:noWrap/>
            <w:hideMark/>
          </w:tcPr>
          <w:p w14:paraId="40E64D3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Prochlorococcus</w:t>
            </w:r>
          </w:p>
        </w:tc>
        <w:tc>
          <w:tcPr>
            <w:tcW w:w="852" w:type="dxa"/>
            <w:noWrap/>
            <w:hideMark/>
          </w:tcPr>
          <w:p w14:paraId="5E2CF7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Cyanobacteriia</w:t>
            </w:r>
          </w:p>
        </w:tc>
        <w:tc>
          <w:tcPr>
            <w:tcW w:w="513" w:type="dxa"/>
            <w:noWrap/>
            <w:hideMark/>
          </w:tcPr>
          <w:p w14:paraId="7E19C5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119</w:t>
            </w:r>
          </w:p>
        </w:tc>
        <w:tc>
          <w:tcPr>
            <w:tcW w:w="768" w:type="dxa"/>
            <w:noWrap/>
            <w:hideMark/>
          </w:tcPr>
          <w:p w14:paraId="3DCB28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5EE1A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A885E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CA04D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CBB68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CA28A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29A98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FCB69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9A3FD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34C9D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D4802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E94E0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079A1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52659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AAAC612" w14:textId="77777777" w:rsidTr="006750F2">
        <w:trPr>
          <w:trHeight w:val="280"/>
        </w:trPr>
        <w:tc>
          <w:tcPr>
            <w:tcW w:w="919" w:type="dxa"/>
            <w:noWrap/>
            <w:hideMark/>
          </w:tcPr>
          <w:p w14:paraId="57BE93E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Pseudanabaena</w:t>
            </w:r>
          </w:p>
        </w:tc>
        <w:tc>
          <w:tcPr>
            <w:tcW w:w="852" w:type="dxa"/>
            <w:noWrap/>
            <w:hideMark/>
          </w:tcPr>
          <w:p w14:paraId="453C81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Cyanobacteriia</w:t>
            </w:r>
          </w:p>
        </w:tc>
        <w:tc>
          <w:tcPr>
            <w:tcW w:w="513" w:type="dxa"/>
            <w:noWrap/>
            <w:hideMark/>
          </w:tcPr>
          <w:p w14:paraId="3D3CEB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68" w:type="dxa"/>
            <w:noWrap/>
            <w:hideMark/>
          </w:tcPr>
          <w:p w14:paraId="651B49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2DCC8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B0DFB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26F01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694" w:type="dxa"/>
            <w:noWrap/>
            <w:hideMark/>
          </w:tcPr>
          <w:p w14:paraId="278D28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D60AB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094F4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751" w:type="dxa"/>
            <w:noWrap/>
            <w:hideMark/>
          </w:tcPr>
          <w:p w14:paraId="5D697B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2A3A8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B8BAD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88147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2A144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FC73F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9D27A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7773F45" w14:textId="77777777" w:rsidTr="006750F2">
        <w:trPr>
          <w:trHeight w:val="280"/>
        </w:trPr>
        <w:tc>
          <w:tcPr>
            <w:tcW w:w="919" w:type="dxa"/>
            <w:noWrap/>
            <w:hideMark/>
          </w:tcPr>
          <w:p w14:paraId="647D822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Synechococcus</w:t>
            </w:r>
          </w:p>
        </w:tc>
        <w:tc>
          <w:tcPr>
            <w:tcW w:w="852" w:type="dxa"/>
            <w:noWrap/>
            <w:hideMark/>
          </w:tcPr>
          <w:p w14:paraId="3DF79F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Cyanobacteriia</w:t>
            </w:r>
          </w:p>
        </w:tc>
        <w:tc>
          <w:tcPr>
            <w:tcW w:w="513" w:type="dxa"/>
            <w:noWrap/>
            <w:hideMark/>
          </w:tcPr>
          <w:p w14:paraId="5FAD44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768" w:type="dxa"/>
            <w:noWrap/>
            <w:hideMark/>
          </w:tcPr>
          <w:p w14:paraId="152FFC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CF9BD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3DEAB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055DB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w:t>
            </w:r>
          </w:p>
        </w:tc>
        <w:tc>
          <w:tcPr>
            <w:tcW w:w="694" w:type="dxa"/>
            <w:noWrap/>
            <w:hideMark/>
          </w:tcPr>
          <w:p w14:paraId="08E326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D39C2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BDB5F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w:t>
            </w:r>
          </w:p>
        </w:tc>
        <w:tc>
          <w:tcPr>
            <w:tcW w:w="751" w:type="dxa"/>
            <w:noWrap/>
            <w:hideMark/>
          </w:tcPr>
          <w:p w14:paraId="29FA67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64E35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15DD8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84E4B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EB061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F9E11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E2473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5510B92" w14:textId="77777777" w:rsidTr="006750F2">
        <w:trPr>
          <w:trHeight w:val="280"/>
        </w:trPr>
        <w:tc>
          <w:tcPr>
            <w:tcW w:w="919" w:type="dxa"/>
            <w:noWrap/>
            <w:hideMark/>
          </w:tcPr>
          <w:p w14:paraId="54C2F81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Thermosynechococcus</w:t>
            </w:r>
          </w:p>
        </w:tc>
        <w:tc>
          <w:tcPr>
            <w:tcW w:w="852" w:type="dxa"/>
            <w:noWrap/>
            <w:hideMark/>
          </w:tcPr>
          <w:p w14:paraId="56B50C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Cyanobacteriia</w:t>
            </w:r>
          </w:p>
        </w:tc>
        <w:tc>
          <w:tcPr>
            <w:tcW w:w="513" w:type="dxa"/>
            <w:noWrap/>
            <w:hideMark/>
          </w:tcPr>
          <w:p w14:paraId="7ABE00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6629A3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681C9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C13AC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9C86A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8AA1D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12DD9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705BB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1F66F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62E80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0F520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6FA99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26E732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E8C4D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78DC8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D784ADD" w14:textId="77777777" w:rsidTr="006750F2">
        <w:trPr>
          <w:trHeight w:val="280"/>
        </w:trPr>
        <w:tc>
          <w:tcPr>
            <w:tcW w:w="919" w:type="dxa"/>
            <w:noWrap/>
            <w:hideMark/>
          </w:tcPr>
          <w:p w14:paraId="2135C7A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Trichormus</w:t>
            </w:r>
          </w:p>
        </w:tc>
        <w:tc>
          <w:tcPr>
            <w:tcW w:w="852" w:type="dxa"/>
            <w:noWrap/>
            <w:hideMark/>
          </w:tcPr>
          <w:p w14:paraId="2739A6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Cyanobacteriia</w:t>
            </w:r>
          </w:p>
        </w:tc>
        <w:tc>
          <w:tcPr>
            <w:tcW w:w="513" w:type="dxa"/>
            <w:noWrap/>
            <w:hideMark/>
          </w:tcPr>
          <w:p w14:paraId="69B9B7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14BE4A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33562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2085D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5E81B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88.2</w:t>
            </w:r>
          </w:p>
        </w:tc>
        <w:tc>
          <w:tcPr>
            <w:tcW w:w="694" w:type="dxa"/>
            <w:noWrap/>
            <w:hideMark/>
          </w:tcPr>
          <w:p w14:paraId="147925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6A8AD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01DA7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88.2</w:t>
            </w:r>
          </w:p>
        </w:tc>
        <w:tc>
          <w:tcPr>
            <w:tcW w:w="751" w:type="dxa"/>
            <w:noWrap/>
            <w:hideMark/>
          </w:tcPr>
          <w:p w14:paraId="5C9D14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11EC6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4A847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6C86F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72797B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9830E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3E258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5F1BF768" w14:textId="77777777" w:rsidTr="006750F2">
        <w:trPr>
          <w:trHeight w:val="280"/>
        </w:trPr>
        <w:tc>
          <w:tcPr>
            <w:tcW w:w="919" w:type="dxa"/>
            <w:noWrap/>
            <w:hideMark/>
          </w:tcPr>
          <w:p w14:paraId="1ADCD0D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Vulcanococcus</w:t>
            </w:r>
          </w:p>
        </w:tc>
        <w:tc>
          <w:tcPr>
            <w:tcW w:w="852" w:type="dxa"/>
            <w:noWrap/>
            <w:hideMark/>
          </w:tcPr>
          <w:p w14:paraId="24445F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Cyanobacteriia</w:t>
            </w:r>
          </w:p>
        </w:tc>
        <w:tc>
          <w:tcPr>
            <w:tcW w:w="513" w:type="dxa"/>
            <w:noWrap/>
            <w:hideMark/>
          </w:tcPr>
          <w:p w14:paraId="6E0A25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164FA5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87CF1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C38FC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13142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w:t>
            </w:r>
          </w:p>
        </w:tc>
        <w:tc>
          <w:tcPr>
            <w:tcW w:w="694" w:type="dxa"/>
            <w:noWrap/>
            <w:hideMark/>
          </w:tcPr>
          <w:p w14:paraId="09C62F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31BA3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660CB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w:t>
            </w:r>
          </w:p>
        </w:tc>
        <w:tc>
          <w:tcPr>
            <w:tcW w:w="751" w:type="dxa"/>
            <w:noWrap/>
            <w:hideMark/>
          </w:tcPr>
          <w:p w14:paraId="6A6605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6E256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4226E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7ED63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8FE9C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AB787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DCBD0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622B68BA" w14:textId="77777777" w:rsidTr="006750F2">
        <w:trPr>
          <w:trHeight w:val="280"/>
        </w:trPr>
        <w:tc>
          <w:tcPr>
            <w:tcW w:w="919" w:type="dxa"/>
            <w:noWrap/>
            <w:hideMark/>
          </w:tcPr>
          <w:p w14:paraId="4EEF37A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Waterburya</w:t>
            </w:r>
          </w:p>
        </w:tc>
        <w:tc>
          <w:tcPr>
            <w:tcW w:w="852" w:type="dxa"/>
            <w:noWrap/>
            <w:hideMark/>
          </w:tcPr>
          <w:p w14:paraId="4A3710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Cyanobacteriia</w:t>
            </w:r>
          </w:p>
        </w:tc>
        <w:tc>
          <w:tcPr>
            <w:tcW w:w="513" w:type="dxa"/>
            <w:noWrap/>
            <w:hideMark/>
          </w:tcPr>
          <w:p w14:paraId="3D915F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0D10CB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39" w:type="dxa"/>
            <w:noWrap/>
            <w:hideMark/>
          </w:tcPr>
          <w:p w14:paraId="586E75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0A6A7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484FC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694" w:type="dxa"/>
            <w:noWrap/>
            <w:hideMark/>
          </w:tcPr>
          <w:p w14:paraId="6CDD46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FD5EB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CAE87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51" w:type="dxa"/>
            <w:noWrap/>
            <w:hideMark/>
          </w:tcPr>
          <w:p w14:paraId="5E8212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EFBE8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10B88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27E59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433C6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15E36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66F2D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15A30CE" w14:textId="77777777" w:rsidTr="006750F2">
        <w:trPr>
          <w:trHeight w:val="280"/>
        </w:trPr>
        <w:tc>
          <w:tcPr>
            <w:tcW w:w="919" w:type="dxa"/>
            <w:noWrap/>
            <w:hideMark/>
          </w:tcPr>
          <w:p w14:paraId="365D86A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Mucispirillum</w:t>
            </w:r>
          </w:p>
        </w:tc>
        <w:tc>
          <w:tcPr>
            <w:tcW w:w="852" w:type="dxa"/>
            <w:noWrap/>
            <w:hideMark/>
          </w:tcPr>
          <w:p w14:paraId="3D03A1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Deferribacteres</w:t>
            </w:r>
          </w:p>
        </w:tc>
        <w:tc>
          <w:tcPr>
            <w:tcW w:w="513" w:type="dxa"/>
            <w:noWrap/>
            <w:hideMark/>
          </w:tcPr>
          <w:p w14:paraId="4F61A1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6F83B8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B5718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474A2A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35666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49AE4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53DE5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909" w:type="dxa"/>
            <w:noWrap/>
            <w:hideMark/>
          </w:tcPr>
          <w:p w14:paraId="129A9D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51" w:type="dxa"/>
            <w:noWrap/>
            <w:hideMark/>
          </w:tcPr>
          <w:p w14:paraId="509CA3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42F3E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38C81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0054C3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EDA9F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420A0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2B694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F0882B5" w14:textId="77777777" w:rsidTr="006750F2">
        <w:trPr>
          <w:trHeight w:val="280"/>
        </w:trPr>
        <w:tc>
          <w:tcPr>
            <w:tcW w:w="919" w:type="dxa"/>
            <w:noWrap/>
            <w:hideMark/>
          </w:tcPr>
          <w:p w14:paraId="4C0F1B4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Bin125</w:t>
            </w:r>
          </w:p>
        </w:tc>
        <w:tc>
          <w:tcPr>
            <w:tcW w:w="852" w:type="dxa"/>
            <w:noWrap/>
            <w:hideMark/>
          </w:tcPr>
          <w:p w14:paraId="7A95BD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Dehalococcoidia</w:t>
            </w:r>
          </w:p>
        </w:tc>
        <w:tc>
          <w:tcPr>
            <w:tcW w:w="513" w:type="dxa"/>
            <w:noWrap/>
            <w:hideMark/>
          </w:tcPr>
          <w:p w14:paraId="5D9A2B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7E7B1A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3C147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8E5B4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F5795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E147F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37AC9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8961F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233D4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9666B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935AE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B6959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3A44E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116075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C8680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93712E4" w14:textId="77777777" w:rsidTr="006750F2">
        <w:trPr>
          <w:trHeight w:val="280"/>
        </w:trPr>
        <w:tc>
          <w:tcPr>
            <w:tcW w:w="919" w:type="dxa"/>
            <w:noWrap/>
            <w:hideMark/>
          </w:tcPr>
          <w:p w14:paraId="548B16B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Bin87</w:t>
            </w:r>
          </w:p>
        </w:tc>
        <w:tc>
          <w:tcPr>
            <w:tcW w:w="852" w:type="dxa"/>
            <w:noWrap/>
            <w:hideMark/>
          </w:tcPr>
          <w:p w14:paraId="76F471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Dehalococcoidia</w:t>
            </w:r>
          </w:p>
        </w:tc>
        <w:tc>
          <w:tcPr>
            <w:tcW w:w="513" w:type="dxa"/>
            <w:noWrap/>
            <w:hideMark/>
          </w:tcPr>
          <w:p w14:paraId="1ABA07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6DB75F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54.5</w:t>
            </w:r>
          </w:p>
        </w:tc>
        <w:tc>
          <w:tcPr>
            <w:tcW w:w="739" w:type="dxa"/>
            <w:noWrap/>
            <w:hideMark/>
          </w:tcPr>
          <w:p w14:paraId="2ED7B0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3A3B9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63.6</w:t>
            </w:r>
          </w:p>
        </w:tc>
        <w:tc>
          <w:tcPr>
            <w:tcW w:w="674" w:type="dxa"/>
            <w:noWrap/>
            <w:hideMark/>
          </w:tcPr>
          <w:p w14:paraId="5B1F56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C4115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7D97F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DF3F1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54.5</w:t>
            </w:r>
          </w:p>
        </w:tc>
        <w:tc>
          <w:tcPr>
            <w:tcW w:w="751" w:type="dxa"/>
            <w:noWrap/>
            <w:hideMark/>
          </w:tcPr>
          <w:p w14:paraId="128866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63.6</w:t>
            </w:r>
          </w:p>
        </w:tc>
        <w:tc>
          <w:tcPr>
            <w:tcW w:w="1008" w:type="dxa"/>
            <w:noWrap/>
            <w:hideMark/>
          </w:tcPr>
          <w:p w14:paraId="15D605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EA2D4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7CC36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05DBD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74C9D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155F2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5CF16E3" w14:textId="77777777" w:rsidTr="006750F2">
        <w:trPr>
          <w:trHeight w:val="280"/>
        </w:trPr>
        <w:tc>
          <w:tcPr>
            <w:tcW w:w="919" w:type="dxa"/>
            <w:noWrap/>
            <w:hideMark/>
          </w:tcPr>
          <w:p w14:paraId="40DC771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UBA1328</w:t>
            </w:r>
          </w:p>
        </w:tc>
        <w:tc>
          <w:tcPr>
            <w:tcW w:w="852" w:type="dxa"/>
            <w:noWrap/>
            <w:hideMark/>
          </w:tcPr>
          <w:p w14:paraId="64D090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Dehalococcoidia</w:t>
            </w:r>
          </w:p>
        </w:tc>
        <w:tc>
          <w:tcPr>
            <w:tcW w:w="513" w:type="dxa"/>
            <w:noWrap/>
            <w:hideMark/>
          </w:tcPr>
          <w:p w14:paraId="304584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75FBED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739" w:type="dxa"/>
            <w:noWrap/>
            <w:hideMark/>
          </w:tcPr>
          <w:p w14:paraId="5CC294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21.4</w:t>
            </w:r>
          </w:p>
        </w:tc>
        <w:tc>
          <w:tcPr>
            <w:tcW w:w="721" w:type="dxa"/>
            <w:noWrap/>
            <w:hideMark/>
          </w:tcPr>
          <w:p w14:paraId="2FB749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21.4</w:t>
            </w:r>
          </w:p>
        </w:tc>
        <w:tc>
          <w:tcPr>
            <w:tcW w:w="674" w:type="dxa"/>
            <w:noWrap/>
            <w:hideMark/>
          </w:tcPr>
          <w:p w14:paraId="259676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844DF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54503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3A9EC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751" w:type="dxa"/>
            <w:noWrap/>
            <w:hideMark/>
          </w:tcPr>
          <w:p w14:paraId="08DF9B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21.4</w:t>
            </w:r>
          </w:p>
        </w:tc>
        <w:tc>
          <w:tcPr>
            <w:tcW w:w="1008" w:type="dxa"/>
            <w:noWrap/>
            <w:hideMark/>
          </w:tcPr>
          <w:p w14:paraId="054BA4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1E443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CF02B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4B6E2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710BD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83860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DE7EA58" w14:textId="77777777" w:rsidTr="006750F2">
        <w:trPr>
          <w:trHeight w:val="280"/>
        </w:trPr>
        <w:tc>
          <w:tcPr>
            <w:tcW w:w="919" w:type="dxa"/>
            <w:noWrap/>
            <w:hideMark/>
          </w:tcPr>
          <w:p w14:paraId="44ADC93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Deinococcus</w:t>
            </w:r>
          </w:p>
        </w:tc>
        <w:tc>
          <w:tcPr>
            <w:tcW w:w="852" w:type="dxa"/>
            <w:noWrap/>
            <w:hideMark/>
          </w:tcPr>
          <w:p w14:paraId="5A0C6E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Deinococci</w:t>
            </w:r>
          </w:p>
        </w:tc>
        <w:tc>
          <w:tcPr>
            <w:tcW w:w="513" w:type="dxa"/>
            <w:noWrap/>
            <w:hideMark/>
          </w:tcPr>
          <w:p w14:paraId="2A0AA2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124</w:t>
            </w:r>
          </w:p>
        </w:tc>
        <w:tc>
          <w:tcPr>
            <w:tcW w:w="768" w:type="dxa"/>
            <w:noWrap/>
            <w:hideMark/>
          </w:tcPr>
          <w:p w14:paraId="74F595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21.8</w:t>
            </w:r>
          </w:p>
        </w:tc>
        <w:tc>
          <w:tcPr>
            <w:tcW w:w="739" w:type="dxa"/>
            <w:noWrap/>
            <w:hideMark/>
          </w:tcPr>
          <w:p w14:paraId="0C7205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D418C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674" w:type="dxa"/>
            <w:noWrap/>
            <w:hideMark/>
          </w:tcPr>
          <w:p w14:paraId="26A784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39212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5D93B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w:t>
            </w:r>
          </w:p>
        </w:tc>
        <w:tc>
          <w:tcPr>
            <w:tcW w:w="909" w:type="dxa"/>
            <w:noWrap/>
            <w:hideMark/>
          </w:tcPr>
          <w:p w14:paraId="49BA89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26.6</w:t>
            </w:r>
          </w:p>
        </w:tc>
        <w:tc>
          <w:tcPr>
            <w:tcW w:w="751" w:type="dxa"/>
            <w:noWrap/>
            <w:hideMark/>
          </w:tcPr>
          <w:p w14:paraId="143B08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1008" w:type="dxa"/>
            <w:noWrap/>
            <w:hideMark/>
          </w:tcPr>
          <w:p w14:paraId="37B8D4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8C583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C57FA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3632DF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8B96A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C308E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9F24E30" w14:textId="77777777" w:rsidTr="006750F2">
        <w:trPr>
          <w:trHeight w:val="280"/>
        </w:trPr>
        <w:tc>
          <w:tcPr>
            <w:tcW w:w="919" w:type="dxa"/>
            <w:noWrap/>
            <w:hideMark/>
          </w:tcPr>
          <w:p w14:paraId="5516206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Meiothermus</w:t>
            </w:r>
          </w:p>
        </w:tc>
        <w:tc>
          <w:tcPr>
            <w:tcW w:w="852" w:type="dxa"/>
            <w:noWrap/>
            <w:hideMark/>
          </w:tcPr>
          <w:p w14:paraId="4CE652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Deinococci</w:t>
            </w:r>
          </w:p>
        </w:tc>
        <w:tc>
          <w:tcPr>
            <w:tcW w:w="513" w:type="dxa"/>
            <w:noWrap/>
            <w:hideMark/>
          </w:tcPr>
          <w:p w14:paraId="3AF065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336C56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39" w:type="dxa"/>
            <w:noWrap/>
            <w:hideMark/>
          </w:tcPr>
          <w:p w14:paraId="5E3B96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721" w:type="dxa"/>
            <w:noWrap/>
            <w:hideMark/>
          </w:tcPr>
          <w:p w14:paraId="2EFCC6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267C9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2BAC8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2A0B4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909" w:type="dxa"/>
            <w:noWrap/>
            <w:hideMark/>
          </w:tcPr>
          <w:p w14:paraId="4A26A7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51" w:type="dxa"/>
            <w:noWrap/>
            <w:hideMark/>
          </w:tcPr>
          <w:p w14:paraId="47F43C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FBF0F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FC326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CB082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7A915A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557EF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997A7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0FC60F2" w14:textId="77777777" w:rsidTr="006750F2">
        <w:trPr>
          <w:trHeight w:val="280"/>
        </w:trPr>
        <w:tc>
          <w:tcPr>
            <w:tcW w:w="919" w:type="dxa"/>
            <w:noWrap/>
            <w:hideMark/>
          </w:tcPr>
          <w:p w14:paraId="7FAE54A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Thermus</w:t>
            </w:r>
          </w:p>
        </w:tc>
        <w:tc>
          <w:tcPr>
            <w:tcW w:w="852" w:type="dxa"/>
            <w:noWrap/>
            <w:hideMark/>
          </w:tcPr>
          <w:p w14:paraId="5DF3C8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Deinococci</w:t>
            </w:r>
          </w:p>
        </w:tc>
        <w:tc>
          <w:tcPr>
            <w:tcW w:w="513" w:type="dxa"/>
            <w:noWrap/>
            <w:hideMark/>
          </w:tcPr>
          <w:p w14:paraId="6C53DB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w:t>
            </w:r>
          </w:p>
        </w:tc>
        <w:tc>
          <w:tcPr>
            <w:tcW w:w="768" w:type="dxa"/>
            <w:noWrap/>
            <w:hideMark/>
          </w:tcPr>
          <w:p w14:paraId="680AB7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E34C8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64.5</w:t>
            </w:r>
          </w:p>
        </w:tc>
        <w:tc>
          <w:tcPr>
            <w:tcW w:w="721" w:type="dxa"/>
            <w:noWrap/>
            <w:hideMark/>
          </w:tcPr>
          <w:p w14:paraId="4A009F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54.8</w:t>
            </w:r>
          </w:p>
        </w:tc>
        <w:tc>
          <w:tcPr>
            <w:tcW w:w="674" w:type="dxa"/>
            <w:noWrap/>
            <w:hideMark/>
          </w:tcPr>
          <w:p w14:paraId="14F7A0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AE47C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A7A0E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12.9</w:t>
            </w:r>
          </w:p>
        </w:tc>
        <w:tc>
          <w:tcPr>
            <w:tcW w:w="909" w:type="dxa"/>
            <w:noWrap/>
            <w:hideMark/>
          </w:tcPr>
          <w:p w14:paraId="27994C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12.9</w:t>
            </w:r>
          </w:p>
        </w:tc>
        <w:tc>
          <w:tcPr>
            <w:tcW w:w="751" w:type="dxa"/>
            <w:noWrap/>
            <w:hideMark/>
          </w:tcPr>
          <w:p w14:paraId="3F1D07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54.8</w:t>
            </w:r>
          </w:p>
        </w:tc>
        <w:tc>
          <w:tcPr>
            <w:tcW w:w="1008" w:type="dxa"/>
            <w:noWrap/>
            <w:hideMark/>
          </w:tcPr>
          <w:p w14:paraId="57B33C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230CB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4F558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035380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5796A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DEB8F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D8162D1" w14:textId="77777777" w:rsidTr="006750F2">
        <w:trPr>
          <w:trHeight w:val="280"/>
        </w:trPr>
        <w:tc>
          <w:tcPr>
            <w:tcW w:w="919" w:type="dxa"/>
            <w:noWrap/>
            <w:hideMark/>
          </w:tcPr>
          <w:p w14:paraId="0D1FD71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Desulfosporosinus</w:t>
            </w:r>
          </w:p>
        </w:tc>
        <w:tc>
          <w:tcPr>
            <w:tcW w:w="852" w:type="dxa"/>
            <w:noWrap/>
            <w:hideMark/>
          </w:tcPr>
          <w:p w14:paraId="198B69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Desulfitobacteriia</w:t>
            </w:r>
          </w:p>
        </w:tc>
        <w:tc>
          <w:tcPr>
            <w:tcW w:w="513" w:type="dxa"/>
            <w:noWrap/>
            <w:hideMark/>
          </w:tcPr>
          <w:p w14:paraId="145BD6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768" w:type="dxa"/>
            <w:noWrap/>
            <w:hideMark/>
          </w:tcPr>
          <w:p w14:paraId="224D4F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AF905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w:t>
            </w:r>
          </w:p>
        </w:tc>
        <w:tc>
          <w:tcPr>
            <w:tcW w:w="721" w:type="dxa"/>
            <w:noWrap/>
            <w:hideMark/>
          </w:tcPr>
          <w:p w14:paraId="0E62C0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D9150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89.7</w:t>
            </w:r>
          </w:p>
        </w:tc>
        <w:tc>
          <w:tcPr>
            <w:tcW w:w="694" w:type="dxa"/>
            <w:noWrap/>
            <w:hideMark/>
          </w:tcPr>
          <w:p w14:paraId="4AC600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91E03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41.4</w:t>
            </w:r>
          </w:p>
        </w:tc>
        <w:tc>
          <w:tcPr>
            <w:tcW w:w="909" w:type="dxa"/>
            <w:noWrap/>
            <w:hideMark/>
          </w:tcPr>
          <w:p w14:paraId="7F6AAE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131</w:t>
            </w:r>
          </w:p>
        </w:tc>
        <w:tc>
          <w:tcPr>
            <w:tcW w:w="751" w:type="dxa"/>
            <w:noWrap/>
            <w:hideMark/>
          </w:tcPr>
          <w:p w14:paraId="3AB92A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CACDB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E71CC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2EB6D3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6DBC9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28D51A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26CA8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E0D4B16" w14:textId="77777777" w:rsidTr="006750F2">
        <w:trPr>
          <w:trHeight w:val="280"/>
        </w:trPr>
        <w:tc>
          <w:tcPr>
            <w:tcW w:w="919" w:type="dxa"/>
            <w:noWrap/>
            <w:hideMark/>
          </w:tcPr>
          <w:p w14:paraId="17B8EBC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Desulfobacter</w:t>
            </w:r>
          </w:p>
        </w:tc>
        <w:tc>
          <w:tcPr>
            <w:tcW w:w="852" w:type="dxa"/>
            <w:noWrap/>
            <w:hideMark/>
          </w:tcPr>
          <w:p w14:paraId="2C3920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Desulfobacteria</w:t>
            </w:r>
          </w:p>
        </w:tc>
        <w:tc>
          <w:tcPr>
            <w:tcW w:w="513" w:type="dxa"/>
            <w:noWrap/>
            <w:hideMark/>
          </w:tcPr>
          <w:p w14:paraId="269EFE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3C85E3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762C8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721" w:type="dxa"/>
            <w:noWrap/>
            <w:hideMark/>
          </w:tcPr>
          <w:p w14:paraId="23A72B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F46AC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84.6</w:t>
            </w:r>
          </w:p>
        </w:tc>
        <w:tc>
          <w:tcPr>
            <w:tcW w:w="694" w:type="dxa"/>
            <w:noWrap/>
            <w:hideMark/>
          </w:tcPr>
          <w:p w14:paraId="3557BA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1A163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909" w:type="dxa"/>
            <w:noWrap/>
            <w:hideMark/>
          </w:tcPr>
          <w:p w14:paraId="278356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92.3</w:t>
            </w:r>
          </w:p>
        </w:tc>
        <w:tc>
          <w:tcPr>
            <w:tcW w:w="751" w:type="dxa"/>
            <w:noWrap/>
            <w:hideMark/>
          </w:tcPr>
          <w:p w14:paraId="748F2A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36480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1B3F3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FA172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FA194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4D161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F983A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7872453" w14:textId="77777777" w:rsidTr="006750F2">
        <w:trPr>
          <w:trHeight w:val="280"/>
        </w:trPr>
        <w:tc>
          <w:tcPr>
            <w:tcW w:w="919" w:type="dxa"/>
            <w:noWrap/>
            <w:hideMark/>
          </w:tcPr>
          <w:p w14:paraId="1F0671B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Desulfobacula</w:t>
            </w:r>
          </w:p>
        </w:tc>
        <w:tc>
          <w:tcPr>
            <w:tcW w:w="852" w:type="dxa"/>
            <w:noWrap/>
            <w:hideMark/>
          </w:tcPr>
          <w:p w14:paraId="55457A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Desulfobacteria</w:t>
            </w:r>
          </w:p>
        </w:tc>
        <w:tc>
          <w:tcPr>
            <w:tcW w:w="513" w:type="dxa"/>
            <w:noWrap/>
            <w:hideMark/>
          </w:tcPr>
          <w:p w14:paraId="65851E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68" w:type="dxa"/>
            <w:noWrap/>
            <w:hideMark/>
          </w:tcPr>
          <w:p w14:paraId="3EE87E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84F07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34.8</w:t>
            </w:r>
          </w:p>
        </w:tc>
        <w:tc>
          <w:tcPr>
            <w:tcW w:w="721" w:type="dxa"/>
            <w:noWrap/>
            <w:hideMark/>
          </w:tcPr>
          <w:p w14:paraId="0ACEAE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5FA0B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21.7</w:t>
            </w:r>
          </w:p>
        </w:tc>
        <w:tc>
          <w:tcPr>
            <w:tcW w:w="694" w:type="dxa"/>
            <w:noWrap/>
            <w:hideMark/>
          </w:tcPr>
          <w:p w14:paraId="54A21C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A281F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21.7</w:t>
            </w:r>
          </w:p>
        </w:tc>
        <w:tc>
          <w:tcPr>
            <w:tcW w:w="909" w:type="dxa"/>
            <w:noWrap/>
            <w:hideMark/>
          </w:tcPr>
          <w:p w14:paraId="20490A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43.5</w:t>
            </w:r>
          </w:p>
        </w:tc>
        <w:tc>
          <w:tcPr>
            <w:tcW w:w="751" w:type="dxa"/>
            <w:noWrap/>
            <w:hideMark/>
          </w:tcPr>
          <w:p w14:paraId="2D3250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E5A0D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FC57A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60178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174CA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88B79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9CDCE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33D1ABC" w14:textId="77777777" w:rsidTr="006750F2">
        <w:trPr>
          <w:trHeight w:val="280"/>
        </w:trPr>
        <w:tc>
          <w:tcPr>
            <w:tcW w:w="919" w:type="dxa"/>
            <w:noWrap/>
            <w:hideMark/>
          </w:tcPr>
          <w:p w14:paraId="568944A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Desulfobulbus</w:t>
            </w:r>
          </w:p>
        </w:tc>
        <w:tc>
          <w:tcPr>
            <w:tcW w:w="852" w:type="dxa"/>
            <w:noWrap/>
            <w:hideMark/>
          </w:tcPr>
          <w:p w14:paraId="6B1C16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Desulfobulbia</w:t>
            </w:r>
          </w:p>
        </w:tc>
        <w:tc>
          <w:tcPr>
            <w:tcW w:w="513" w:type="dxa"/>
            <w:noWrap/>
            <w:hideMark/>
          </w:tcPr>
          <w:p w14:paraId="2F9E10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5DE29D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9B1C2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35.3</w:t>
            </w:r>
          </w:p>
        </w:tc>
        <w:tc>
          <w:tcPr>
            <w:tcW w:w="721" w:type="dxa"/>
            <w:noWrap/>
            <w:hideMark/>
          </w:tcPr>
          <w:p w14:paraId="137494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A7832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47.1</w:t>
            </w:r>
          </w:p>
        </w:tc>
        <w:tc>
          <w:tcPr>
            <w:tcW w:w="694" w:type="dxa"/>
            <w:noWrap/>
            <w:hideMark/>
          </w:tcPr>
          <w:p w14:paraId="7024CC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ECA0C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82.4</w:t>
            </w:r>
          </w:p>
        </w:tc>
        <w:tc>
          <w:tcPr>
            <w:tcW w:w="909" w:type="dxa"/>
            <w:noWrap/>
            <w:hideMark/>
          </w:tcPr>
          <w:p w14:paraId="384DB1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129.4</w:t>
            </w:r>
          </w:p>
        </w:tc>
        <w:tc>
          <w:tcPr>
            <w:tcW w:w="751" w:type="dxa"/>
            <w:noWrap/>
            <w:hideMark/>
          </w:tcPr>
          <w:p w14:paraId="179064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97125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4C0C4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1236E0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E3F95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85113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95D81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3E2BE35" w14:textId="77777777" w:rsidTr="006750F2">
        <w:trPr>
          <w:trHeight w:val="280"/>
        </w:trPr>
        <w:tc>
          <w:tcPr>
            <w:tcW w:w="919" w:type="dxa"/>
            <w:noWrap/>
            <w:hideMark/>
          </w:tcPr>
          <w:p w14:paraId="1A3769F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Desulfocapsa</w:t>
            </w:r>
          </w:p>
        </w:tc>
        <w:tc>
          <w:tcPr>
            <w:tcW w:w="852" w:type="dxa"/>
            <w:noWrap/>
            <w:hideMark/>
          </w:tcPr>
          <w:p w14:paraId="5AE960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Desulfobulbia</w:t>
            </w:r>
          </w:p>
        </w:tc>
        <w:tc>
          <w:tcPr>
            <w:tcW w:w="513" w:type="dxa"/>
            <w:noWrap/>
            <w:hideMark/>
          </w:tcPr>
          <w:p w14:paraId="46348A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689FB5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21477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88.9</w:t>
            </w:r>
          </w:p>
        </w:tc>
        <w:tc>
          <w:tcPr>
            <w:tcW w:w="721" w:type="dxa"/>
            <w:noWrap/>
            <w:hideMark/>
          </w:tcPr>
          <w:p w14:paraId="763A7C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CB756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72.2</w:t>
            </w:r>
          </w:p>
        </w:tc>
        <w:tc>
          <w:tcPr>
            <w:tcW w:w="694" w:type="dxa"/>
            <w:noWrap/>
            <w:hideMark/>
          </w:tcPr>
          <w:p w14:paraId="607D2A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CE032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909" w:type="dxa"/>
            <w:noWrap/>
            <w:hideMark/>
          </w:tcPr>
          <w:p w14:paraId="0003CF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122.2</w:t>
            </w:r>
          </w:p>
        </w:tc>
        <w:tc>
          <w:tcPr>
            <w:tcW w:w="751" w:type="dxa"/>
            <w:noWrap/>
            <w:hideMark/>
          </w:tcPr>
          <w:p w14:paraId="2D4C14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AA950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C800F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47DBA6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508D87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08BB8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B324D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5024E32" w14:textId="77777777" w:rsidTr="006750F2">
        <w:trPr>
          <w:trHeight w:val="280"/>
        </w:trPr>
        <w:tc>
          <w:tcPr>
            <w:tcW w:w="919" w:type="dxa"/>
            <w:noWrap/>
            <w:hideMark/>
          </w:tcPr>
          <w:p w14:paraId="2CA7A85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Desulforhopalus</w:t>
            </w:r>
          </w:p>
        </w:tc>
        <w:tc>
          <w:tcPr>
            <w:tcW w:w="852" w:type="dxa"/>
            <w:noWrap/>
            <w:hideMark/>
          </w:tcPr>
          <w:p w14:paraId="36F19D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Desulfobulbia</w:t>
            </w:r>
          </w:p>
        </w:tc>
        <w:tc>
          <w:tcPr>
            <w:tcW w:w="513" w:type="dxa"/>
            <w:noWrap/>
            <w:hideMark/>
          </w:tcPr>
          <w:p w14:paraId="6E3D6C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456CA2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3AD02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78.9</w:t>
            </w:r>
          </w:p>
        </w:tc>
        <w:tc>
          <w:tcPr>
            <w:tcW w:w="721" w:type="dxa"/>
            <w:noWrap/>
            <w:hideMark/>
          </w:tcPr>
          <w:p w14:paraId="4F47FB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7799F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78.9</w:t>
            </w:r>
          </w:p>
        </w:tc>
        <w:tc>
          <w:tcPr>
            <w:tcW w:w="694" w:type="dxa"/>
            <w:noWrap/>
            <w:hideMark/>
          </w:tcPr>
          <w:p w14:paraId="2FF105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C7E06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57.9</w:t>
            </w:r>
          </w:p>
        </w:tc>
        <w:tc>
          <w:tcPr>
            <w:tcW w:w="909" w:type="dxa"/>
            <w:noWrap/>
            <w:hideMark/>
          </w:tcPr>
          <w:p w14:paraId="19C3CB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136.8</w:t>
            </w:r>
          </w:p>
        </w:tc>
        <w:tc>
          <w:tcPr>
            <w:tcW w:w="751" w:type="dxa"/>
            <w:noWrap/>
            <w:hideMark/>
          </w:tcPr>
          <w:p w14:paraId="075661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7D70D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01C0B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3EE3CA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3D4D9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7AC6C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CBBA0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4CCC575" w14:textId="77777777" w:rsidTr="006750F2">
        <w:trPr>
          <w:trHeight w:val="280"/>
        </w:trPr>
        <w:tc>
          <w:tcPr>
            <w:tcW w:w="919" w:type="dxa"/>
            <w:noWrap/>
            <w:hideMark/>
          </w:tcPr>
          <w:p w14:paraId="147E96E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Thiovibrio</w:t>
            </w:r>
          </w:p>
        </w:tc>
        <w:tc>
          <w:tcPr>
            <w:tcW w:w="852" w:type="dxa"/>
            <w:noWrap/>
            <w:hideMark/>
          </w:tcPr>
          <w:p w14:paraId="5770D5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Desulfobulbia</w:t>
            </w:r>
          </w:p>
        </w:tc>
        <w:tc>
          <w:tcPr>
            <w:tcW w:w="513" w:type="dxa"/>
            <w:noWrap/>
            <w:hideMark/>
          </w:tcPr>
          <w:p w14:paraId="1EC982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3399EB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2DFA6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721" w:type="dxa"/>
            <w:noWrap/>
            <w:hideMark/>
          </w:tcPr>
          <w:p w14:paraId="491148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720A6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694" w:type="dxa"/>
            <w:noWrap/>
            <w:hideMark/>
          </w:tcPr>
          <w:p w14:paraId="7AAAB6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21B91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909" w:type="dxa"/>
            <w:noWrap/>
            <w:hideMark/>
          </w:tcPr>
          <w:p w14:paraId="76A2E0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190</w:t>
            </w:r>
          </w:p>
        </w:tc>
        <w:tc>
          <w:tcPr>
            <w:tcW w:w="751" w:type="dxa"/>
            <w:noWrap/>
            <w:hideMark/>
          </w:tcPr>
          <w:p w14:paraId="619766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839A7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6E51A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3E3E87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FD448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DE676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D6F60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7E95E39" w14:textId="77777777" w:rsidTr="006750F2">
        <w:trPr>
          <w:trHeight w:val="280"/>
        </w:trPr>
        <w:tc>
          <w:tcPr>
            <w:tcW w:w="919" w:type="dxa"/>
            <w:noWrap/>
            <w:hideMark/>
          </w:tcPr>
          <w:p w14:paraId="0EBFC83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UBA2270</w:t>
            </w:r>
          </w:p>
        </w:tc>
        <w:tc>
          <w:tcPr>
            <w:tcW w:w="852" w:type="dxa"/>
            <w:noWrap/>
            <w:hideMark/>
          </w:tcPr>
          <w:p w14:paraId="6E6F93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Desulfobulbia</w:t>
            </w:r>
          </w:p>
        </w:tc>
        <w:tc>
          <w:tcPr>
            <w:tcW w:w="513" w:type="dxa"/>
            <w:noWrap/>
            <w:hideMark/>
          </w:tcPr>
          <w:p w14:paraId="496C53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5BDD47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310AC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72.7</w:t>
            </w:r>
          </w:p>
        </w:tc>
        <w:tc>
          <w:tcPr>
            <w:tcW w:w="721" w:type="dxa"/>
            <w:noWrap/>
            <w:hideMark/>
          </w:tcPr>
          <w:p w14:paraId="41C4BD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39D43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694" w:type="dxa"/>
            <w:noWrap/>
            <w:hideMark/>
          </w:tcPr>
          <w:p w14:paraId="33230F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30E46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90.9</w:t>
            </w:r>
          </w:p>
        </w:tc>
        <w:tc>
          <w:tcPr>
            <w:tcW w:w="909" w:type="dxa"/>
            <w:noWrap/>
            <w:hideMark/>
          </w:tcPr>
          <w:p w14:paraId="35A514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172.7</w:t>
            </w:r>
          </w:p>
        </w:tc>
        <w:tc>
          <w:tcPr>
            <w:tcW w:w="751" w:type="dxa"/>
            <w:noWrap/>
            <w:hideMark/>
          </w:tcPr>
          <w:p w14:paraId="19220B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A18F6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AA6D8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2DDEE7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B5998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734A1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93601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44A249E" w14:textId="77777777" w:rsidTr="006750F2">
        <w:trPr>
          <w:trHeight w:val="280"/>
        </w:trPr>
        <w:tc>
          <w:tcPr>
            <w:tcW w:w="919" w:type="dxa"/>
            <w:noWrap/>
            <w:hideMark/>
          </w:tcPr>
          <w:p w14:paraId="1ED0774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Desulfotomaculum</w:t>
            </w:r>
          </w:p>
        </w:tc>
        <w:tc>
          <w:tcPr>
            <w:tcW w:w="852" w:type="dxa"/>
            <w:noWrap/>
            <w:hideMark/>
          </w:tcPr>
          <w:p w14:paraId="3E7D2F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Desulfotomaculia</w:t>
            </w:r>
          </w:p>
        </w:tc>
        <w:tc>
          <w:tcPr>
            <w:tcW w:w="513" w:type="dxa"/>
            <w:noWrap/>
            <w:hideMark/>
          </w:tcPr>
          <w:p w14:paraId="639E62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4E44CC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05B89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21" w:type="dxa"/>
            <w:noWrap/>
            <w:hideMark/>
          </w:tcPr>
          <w:p w14:paraId="12A9DD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9A968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94" w:type="dxa"/>
            <w:noWrap/>
            <w:hideMark/>
          </w:tcPr>
          <w:p w14:paraId="131025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D8154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909" w:type="dxa"/>
            <w:noWrap/>
            <w:hideMark/>
          </w:tcPr>
          <w:p w14:paraId="1590D4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150</w:t>
            </w:r>
          </w:p>
        </w:tc>
        <w:tc>
          <w:tcPr>
            <w:tcW w:w="751" w:type="dxa"/>
            <w:noWrap/>
            <w:hideMark/>
          </w:tcPr>
          <w:p w14:paraId="7042A7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82A7A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0BA61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292C63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2701BB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87C95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E9279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C798184" w14:textId="77777777" w:rsidTr="006750F2">
        <w:trPr>
          <w:trHeight w:val="280"/>
        </w:trPr>
        <w:tc>
          <w:tcPr>
            <w:tcW w:w="919" w:type="dxa"/>
            <w:noWrap/>
            <w:hideMark/>
          </w:tcPr>
          <w:p w14:paraId="6B6B943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Desulfomicrobium</w:t>
            </w:r>
          </w:p>
        </w:tc>
        <w:tc>
          <w:tcPr>
            <w:tcW w:w="852" w:type="dxa"/>
            <w:noWrap/>
            <w:hideMark/>
          </w:tcPr>
          <w:p w14:paraId="192110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Desulfovibrionia</w:t>
            </w:r>
          </w:p>
        </w:tc>
        <w:tc>
          <w:tcPr>
            <w:tcW w:w="513" w:type="dxa"/>
            <w:noWrap/>
            <w:hideMark/>
          </w:tcPr>
          <w:p w14:paraId="249597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19D078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DB481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21" w:type="dxa"/>
            <w:noWrap/>
            <w:hideMark/>
          </w:tcPr>
          <w:p w14:paraId="40E4E7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88932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694" w:type="dxa"/>
            <w:noWrap/>
            <w:hideMark/>
          </w:tcPr>
          <w:p w14:paraId="326A3D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0CB7C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909" w:type="dxa"/>
            <w:noWrap/>
            <w:hideMark/>
          </w:tcPr>
          <w:p w14:paraId="097F44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166.7</w:t>
            </w:r>
          </w:p>
        </w:tc>
        <w:tc>
          <w:tcPr>
            <w:tcW w:w="751" w:type="dxa"/>
            <w:noWrap/>
            <w:hideMark/>
          </w:tcPr>
          <w:p w14:paraId="727E2F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DE89E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00F71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3B6F27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259A7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47C8F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9A4A5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0A7F57C" w14:textId="77777777" w:rsidTr="006750F2">
        <w:trPr>
          <w:trHeight w:val="280"/>
        </w:trPr>
        <w:tc>
          <w:tcPr>
            <w:tcW w:w="919" w:type="dxa"/>
            <w:noWrap/>
            <w:hideMark/>
          </w:tcPr>
          <w:p w14:paraId="4C6A68D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Desulfovibrio</w:t>
            </w:r>
          </w:p>
        </w:tc>
        <w:tc>
          <w:tcPr>
            <w:tcW w:w="852" w:type="dxa"/>
            <w:noWrap/>
            <w:hideMark/>
          </w:tcPr>
          <w:p w14:paraId="2944C9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Desulfovibrionia</w:t>
            </w:r>
          </w:p>
        </w:tc>
        <w:tc>
          <w:tcPr>
            <w:tcW w:w="513" w:type="dxa"/>
            <w:noWrap/>
            <w:hideMark/>
          </w:tcPr>
          <w:p w14:paraId="4EEBC7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768" w:type="dxa"/>
            <w:noWrap/>
            <w:hideMark/>
          </w:tcPr>
          <w:p w14:paraId="464982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D1300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37.1</w:t>
            </w:r>
          </w:p>
        </w:tc>
        <w:tc>
          <w:tcPr>
            <w:tcW w:w="721" w:type="dxa"/>
            <w:noWrap/>
            <w:hideMark/>
          </w:tcPr>
          <w:p w14:paraId="2CFFD7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DF56C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35.7</w:t>
            </w:r>
          </w:p>
        </w:tc>
        <w:tc>
          <w:tcPr>
            <w:tcW w:w="694" w:type="dxa"/>
            <w:noWrap/>
            <w:hideMark/>
          </w:tcPr>
          <w:p w14:paraId="7B5C4E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F3FC7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85.7</w:t>
            </w:r>
          </w:p>
        </w:tc>
        <w:tc>
          <w:tcPr>
            <w:tcW w:w="909" w:type="dxa"/>
            <w:noWrap/>
            <w:hideMark/>
          </w:tcPr>
          <w:p w14:paraId="6CD19E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121.4</w:t>
            </w:r>
          </w:p>
        </w:tc>
        <w:tc>
          <w:tcPr>
            <w:tcW w:w="751" w:type="dxa"/>
            <w:noWrap/>
            <w:hideMark/>
          </w:tcPr>
          <w:p w14:paraId="40B868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D7CEF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D0F0C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055424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81099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7FDEBA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E9AB8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2A17CBC" w14:textId="77777777" w:rsidTr="006750F2">
        <w:trPr>
          <w:trHeight w:val="280"/>
        </w:trPr>
        <w:tc>
          <w:tcPr>
            <w:tcW w:w="919" w:type="dxa"/>
            <w:noWrap/>
            <w:hideMark/>
          </w:tcPr>
          <w:p w14:paraId="3681693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Halodesulfovibrio</w:t>
            </w:r>
          </w:p>
        </w:tc>
        <w:tc>
          <w:tcPr>
            <w:tcW w:w="852" w:type="dxa"/>
            <w:noWrap/>
            <w:hideMark/>
          </w:tcPr>
          <w:p w14:paraId="1DAE54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Desulfovibrionia</w:t>
            </w:r>
          </w:p>
        </w:tc>
        <w:tc>
          <w:tcPr>
            <w:tcW w:w="513" w:type="dxa"/>
            <w:noWrap/>
            <w:hideMark/>
          </w:tcPr>
          <w:p w14:paraId="43F22C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3CAEE0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BFA1C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517FB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41797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69.2</w:t>
            </w:r>
          </w:p>
        </w:tc>
        <w:tc>
          <w:tcPr>
            <w:tcW w:w="694" w:type="dxa"/>
            <w:noWrap/>
            <w:hideMark/>
          </w:tcPr>
          <w:p w14:paraId="782249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678C6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30.8</w:t>
            </w:r>
          </w:p>
        </w:tc>
        <w:tc>
          <w:tcPr>
            <w:tcW w:w="909" w:type="dxa"/>
            <w:noWrap/>
            <w:hideMark/>
          </w:tcPr>
          <w:p w14:paraId="7257A8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51" w:type="dxa"/>
            <w:noWrap/>
            <w:hideMark/>
          </w:tcPr>
          <w:p w14:paraId="27E276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5DAF6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C3CF6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39D29F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04E3D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348E18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A3F8A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46D3EA8" w14:textId="77777777" w:rsidTr="006750F2">
        <w:trPr>
          <w:trHeight w:val="280"/>
        </w:trPr>
        <w:tc>
          <w:tcPr>
            <w:tcW w:w="919" w:type="dxa"/>
            <w:noWrap/>
            <w:hideMark/>
          </w:tcPr>
          <w:p w14:paraId="083AECC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Mailhella</w:t>
            </w:r>
          </w:p>
        </w:tc>
        <w:tc>
          <w:tcPr>
            <w:tcW w:w="852" w:type="dxa"/>
            <w:noWrap/>
            <w:hideMark/>
          </w:tcPr>
          <w:p w14:paraId="57993A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Desulfovibrionia</w:t>
            </w:r>
          </w:p>
        </w:tc>
        <w:tc>
          <w:tcPr>
            <w:tcW w:w="513" w:type="dxa"/>
            <w:noWrap/>
            <w:hideMark/>
          </w:tcPr>
          <w:p w14:paraId="2C7650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520AB5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FDD80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721" w:type="dxa"/>
            <w:noWrap/>
            <w:hideMark/>
          </w:tcPr>
          <w:p w14:paraId="6F9345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FE23E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57249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C7EF9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909" w:type="dxa"/>
            <w:noWrap/>
            <w:hideMark/>
          </w:tcPr>
          <w:p w14:paraId="1E30F2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751" w:type="dxa"/>
            <w:noWrap/>
            <w:hideMark/>
          </w:tcPr>
          <w:p w14:paraId="56D0F5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9602D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9C5D6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65C339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D70A3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534C8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507B9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2BFF1EB" w14:textId="77777777" w:rsidTr="006750F2">
        <w:trPr>
          <w:trHeight w:val="280"/>
        </w:trPr>
        <w:tc>
          <w:tcPr>
            <w:tcW w:w="919" w:type="dxa"/>
            <w:noWrap/>
            <w:hideMark/>
          </w:tcPr>
          <w:p w14:paraId="7E09994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Maridesulfovibrio</w:t>
            </w:r>
          </w:p>
        </w:tc>
        <w:tc>
          <w:tcPr>
            <w:tcW w:w="852" w:type="dxa"/>
            <w:noWrap/>
            <w:hideMark/>
          </w:tcPr>
          <w:p w14:paraId="514B43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Desulfovibrionia</w:t>
            </w:r>
          </w:p>
        </w:tc>
        <w:tc>
          <w:tcPr>
            <w:tcW w:w="513" w:type="dxa"/>
            <w:noWrap/>
            <w:hideMark/>
          </w:tcPr>
          <w:p w14:paraId="4F5E74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75B435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D79B1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08885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08973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64.3</w:t>
            </w:r>
          </w:p>
        </w:tc>
        <w:tc>
          <w:tcPr>
            <w:tcW w:w="694" w:type="dxa"/>
            <w:noWrap/>
            <w:hideMark/>
          </w:tcPr>
          <w:p w14:paraId="642217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AF8D7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909" w:type="dxa"/>
            <w:noWrap/>
            <w:hideMark/>
          </w:tcPr>
          <w:p w14:paraId="076BD3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92.9</w:t>
            </w:r>
          </w:p>
        </w:tc>
        <w:tc>
          <w:tcPr>
            <w:tcW w:w="751" w:type="dxa"/>
            <w:noWrap/>
            <w:hideMark/>
          </w:tcPr>
          <w:p w14:paraId="4EA623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69E17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9FC69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3371DF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2A317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5CC88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2A6C4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96A1AA0" w14:textId="77777777" w:rsidTr="006750F2">
        <w:trPr>
          <w:trHeight w:val="280"/>
        </w:trPr>
        <w:tc>
          <w:tcPr>
            <w:tcW w:w="919" w:type="dxa"/>
            <w:noWrap/>
            <w:hideMark/>
          </w:tcPr>
          <w:p w14:paraId="28B0B7D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Pseudodesulfovibrio</w:t>
            </w:r>
          </w:p>
        </w:tc>
        <w:tc>
          <w:tcPr>
            <w:tcW w:w="852" w:type="dxa"/>
            <w:noWrap/>
            <w:hideMark/>
          </w:tcPr>
          <w:p w14:paraId="1E897A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Desulfovibrionia</w:t>
            </w:r>
          </w:p>
        </w:tc>
        <w:tc>
          <w:tcPr>
            <w:tcW w:w="513" w:type="dxa"/>
            <w:noWrap/>
            <w:hideMark/>
          </w:tcPr>
          <w:p w14:paraId="1B1C92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768" w:type="dxa"/>
            <w:noWrap/>
            <w:hideMark/>
          </w:tcPr>
          <w:p w14:paraId="3220A4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95119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13.8</w:t>
            </w:r>
          </w:p>
        </w:tc>
        <w:tc>
          <w:tcPr>
            <w:tcW w:w="721" w:type="dxa"/>
            <w:noWrap/>
            <w:hideMark/>
          </w:tcPr>
          <w:p w14:paraId="2741BD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0074C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86.2</w:t>
            </w:r>
          </w:p>
        </w:tc>
        <w:tc>
          <w:tcPr>
            <w:tcW w:w="694" w:type="dxa"/>
            <w:noWrap/>
            <w:hideMark/>
          </w:tcPr>
          <w:p w14:paraId="531344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54932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20.7</w:t>
            </w:r>
          </w:p>
        </w:tc>
        <w:tc>
          <w:tcPr>
            <w:tcW w:w="909" w:type="dxa"/>
            <w:noWrap/>
            <w:hideMark/>
          </w:tcPr>
          <w:p w14:paraId="042863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106.9</w:t>
            </w:r>
          </w:p>
        </w:tc>
        <w:tc>
          <w:tcPr>
            <w:tcW w:w="751" w:type="dxa"/>
            <w:noWrap/>
            <w:hideMark/>
          </w:tcPr>
          <w:p w14:paraId="1C808F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AFC32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82BFC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1A7DCE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76FDB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95056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A1F2F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0D8F214" w14:textId="77777777" w:rsidTr="006750F2">
        <w:trPr>
          <w:trHeight w:val="280"/>
        </w:trPr>
        <w:tc>
          <w:tcPr>
            <w:tcW w:w="919" w:type="dxa"/>
            <w:noWrap/>
            <w:hideMark/>
          </w:tcPr>
          <w:p w14:paraId="468C12F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Solidesulfovibrio</w:t>
            </w:r>
          </w:p>
        </w:tc>
        <w:tc>
          <w:tcPr>
            <w:tcW w:w="852" w:type="dxa"/>
            <w:noWrap/>
            <w:hideMark/>
          </w:tcPr>
          <w:p w14:paraId="06BF5E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Desulfovibrionia</w:t>
            </w:r>
          </w:p>
        </w:tc>
        <w:tc>
          <w:tcPr>
            <w:tcW w:w="513" w:type="dxa"/>
            <w:noWrap/>
            <w:hideMark/>
          </w:tcPr>
          <w:p w14:paraId="769827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462737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982E4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18.8</w:t>
            </w:r>
          </w:p>
        </w:tc>
        <w:tc>
          <w:tcPr>
            <w:tcW w:w="721" w:type="dxa"/>
            <w:noWrap/>
            <w:hideMark/>
          </w:tcPr>
          <w:p w14:paraId="5D7703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9C4CE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93.8</w:t>
            </w:r>
          </w:p>
        </w:tc>
        <w:tc>
          <w:tcPr>
            <w:tcW w:w="694" w:type="dxa"/>
            <w:noWrap/>
            <w:hideMark/>
          </w:tcPr>
          <w:p w14:paraId="4E2273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AABB7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909" w:type="dxa"/>
            <w:noWrap/>
            <w:hideMark/>
          </w:tcPr>
          <w:p w14:paraId="48B779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168.8</w:t>
            </w:r>
          </w:p>
        </w:tc>
        <w:tc>
          <w:tcPr>
            <w:tcW w:w="751" w:type="dxa"/>
            <w:noWrap/>
            <w:hideMark/>
          </w:tcPr>
          <w:p w14:paraId="41BA6D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7F8F0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43F12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52BF56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11652A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10B73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F6BAD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90DA015" w14:textId="77777777" w:rsidTr="006750F2">
        <w:trPr>
          <w:trHeight w:val="280"/>
        </w:trPr>
        <w:tc>
          <w:tcPr>
            <w:tcW w:w="919" w:type="dxa"/>
            <w:noWrap/>
            <w:hideMark/>
          </w:tcPr>
          <w:p w14:paraId="5DCBC6A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Geobacter</w:t>
            </w:r>
          </w:p>
        </w:tc>
        <w:tc>
          <w:tcPr>
            <w:tcW w:w="852" w:type="dxa"/>
            <w:noWrap/>
            <w:hideMark/>
          </w:tcPr>
          <w:p w14:paraId="6D8FCE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Desulfuromonadia</w:t>
            </w:r>
          </w:p>
        </w:tc>
        <w:tc>
          <w:tcPr>
            <w:tcW w:w="513" w:type="dxa"/>
            <w:noWrap/>
            <w:hideMark/>
          </w:tcPr>
          <w:p w14:paraId="40EE1C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09D8DC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F95FF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21" w:type="dxa"/>
            <w:noWrap/>
            <w:hideMark/>
          </w:tcPr>
          <w:p w14:paraId="1867B1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D154D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694" w:type="dxa"/>
            <w:noWrap/>
            <w:hideMark/>
          </w:tcPr>
          <w:p w14:paraId="153D43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A4070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909" w:type="dxa"/>
            <w:noWrap/>
            <w:hideMark/>
          </w:tcPr>
          <w:p w14:paraId="45382B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183.3</w:t>
            </w:r>
          </w:p>
        </w:tc>
        <w:tc>
          <w:tcPr>
            <w:tcW w:w="751" w:type="dxa"/>
            <w:noWrap/>
            <w:hideMark/>
          </w:tcPr>
          <w:p w14:paraId="16DE49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8AB05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3F1FB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755285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9C741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C2111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BA160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ED3A88B" w14:textId="77777777" w:rsidTr="006750F2">
        <w:trPr>
          <w:trHeight w:val="280"/>
        </w:trPr>
        <w:tc>
          <w:tcPr>
            <w:tcW w:w="919" w:type="dxa"/>
            <w:noWrap/>
            <w:hideMark/>
          </w:tcPr>
          <w:p w14:paraId="6AC2F60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Geomonas</w:t>
            </w:r>
          </w:p>
        </w:tc>
        <w:tc>
          <w:tcPr>
            <w:tcW w:w="852" w:type="dxa"/>
            <w:noWrap/>
            <w:hideMark/>
          </w:tcPr>
          <w:p w14:paraId="546577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Desulfuromonadia</w:t>
            </w:r>
          </w:p>
        </w:tc>
        <w:tc>
          <w:tcPr>
            <w:tcW w:w="513" w:type="dxa"/>
            <w:noWrap/>
            <w:hideMark/>
          </w:tcPr>
          <w:p w14:paraId="53B11C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68" w:type="dxa"/>
            <w:noWrap/>
            <w:hideMark/>
          </w:tcPr>
          <w:p w14:paraId="4CA158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4D90C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82.6</w:t>
            </w:r>
          </w:p>
        </w:tc>
        <w:tc>
          <w:tcPr>
            <w:tcW w:w="721" w:type="dxa"/>
            <w:noWrap/>
            <w:hideMark/>
          </w:tcPr>
          <w:p w14:paraId="75C5AF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BF785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94" w:type="dxa"/>
            <w:noWrap/>
            <w:hideMark/>
          </w:tcPr>
          <w:p w14:paraId="21CB3F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D5A68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909" w:type="dxa"/>
            <w:noWrap/>
            <w:hideMark/>
          </w:tcPr>
          <w:p w14:paraId="606F3F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200</w:t>
            </w:r>
          </w:p>
        </w:tc>
        <w:tc>
          <w:tcPr>
            <w:tcW w:w="751" w:type="dxa"/>
            <w:noWrap/>
            <w:hideMark/>
          </w:tcPr>
          <w:p w14:paraId="26DED6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DDDDF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3CA43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117F5C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E0B93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D1FE3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B6CFA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F6EE53C" w14:textId="77777777" w:rsidTr="006750F2">
        <w:trPr>
          <w:trHeight w:val="280"/>
        </w:trPr>
        <w:tc>
          <w:tcPr>
            <w:tcW w:w="919" w:type="dxa"/>
            <w:noWrap/>
            <w:hideMark/>
          </w:tcPr>
          <w:p w14:paraId="08F5A96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JACRCG01</w:t>
            </w:r>
          </w:p>
        </w:tc>
        <w:tc>
          <w:tcPr>
            <w:tcW w:w="852" w:type="dxa"/>
            <w:noWrap/>
            <w:hideMark/>
          </w:tcPr>
          <w:p w14:paraId="536F89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Desulfuromonadia</w:t>
            </w:r>
          </w:p>
        </w:tc>
        <w:tc>
          <w:tcPr>
            <w:tcW w:w="513" w:type="dxa"/>
            <w:noWrap/>
            <w:hideMark/>
          </w:tcPr>
          <w:p w14:paraId="78F2A5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768" w:type="dxa"/>
            <w:noWrap/>
            <w:hideMark/>
          </w:tcPr>
          <w:p w14:paraId="0FBCC8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8593A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21" w:type="dxa"/>
            <w:noWrap/>
            <w:hideMark/>
          </w:tcPr>
          <w:p w14:paraId="721893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3E645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91.4</w:t>
            </w:r>
          </w:p>
        </w:tc>
        <w:tc>
          <w:tcPr>
            <w:tcW w:w="694" w:type="dxa"/>
            <w:noWrap/>
            <w:hideMark/>
          </w:tcPr>
          <w:p w14:paraId="241121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02D6C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94.3</w:t>
            </w:r>
          </w:p>
        </w:tc>
        <w:tc>
          <w:tcPr>
            <w:tcW w:w="909" w:type="dxa"/>
            <w:noWrap/>
            <w:hideMark/>
          </w:tcPr>
          <w:p w14:paraId="29B0EB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185.7</w:t>
            </w:r>
          </w:p>
        </w:tc>
        <w:tc>
          <w:tcPr>
            <w:tcW w:w="751" w:type="dxa"/>
            <w:noWrap/>
            <w:hideMark/>
          </w:tcPr>
          <w:p w14:paraId="033CA0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7E280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75C73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10B795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DE530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C7836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AE006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EEB6328" w14:textId="77777777" w:rsidTr="006750F2">
        <w:trPr>
          <w:trHeight w:val="280"/>
        </w:trPr>
        <w:tc>
          <w:tcPr>
            <w:tcW w:w="919" w:type="dxa"/>
            <w:noWrap/>
            <w:hideMark/>
          </w:tcPr>
          <w:p w14:paraId="5C5D1CB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Trichlorobacter</w:t>
            </w:r>
          </w:p>
        </w:tc>
        <w:tc>
          <w:tcPr>
            <w:tcW w:w="852" w:type="dxa"/>
            <w:noWrap/>
            <w:hideMark/>
          </w:tcPr>
          <w:p w14:paraId="7B2384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Desulfuromonadia</w:t>
            </w:r>
          </w:p>
        </w:tc>
        <w:tc>
          <w:tcPr>
            <w:tcW w:w="513" w:type="dxa"/>
            <w:noWrap/>
            <w:hideMark/>
          </w:tcPr>
          <w:p w14:paraId="1C9766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77411F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85577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721" w:type="dxa"/>
            <w:noWrap/>
            <w:hideMark/>
          </w:tcPr>
          <w:p w14:paraId="21DA5E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15A1C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63.6</w:t>
            </w:r>
          </w:p>
        </w:tc>
        <w:tc>
          <w:tcPr>
            <w:tcW w:w="694" w:type="dxa"/>
            <w:noWrap/>
            <w:hideMark/>
          </w:tcPr>
          <w:p w14:paraId="090879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5371F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63.6</w:t>
            </w:r>
          </w:p>
        </w:tc>
        <w:tc>
          <w:tcPr>
            <w:tcW w:w="909" w:type="dxa"/>
            <w:noWrap/>
            <w:hideMark/>
          </w:tcPr>
          <w:p w14:paraId="4ECF78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127.3</w:t>
            </w:r>
          </w:p>
        </w:tc>
        <w:tc>
          <w:tcPr>
            <w:tcW w:w="751" w:type="dxa"/>
            <w:noWrap/>
            <w:hideMark/>
          </w:tcPr>
          <w:p w14:paraId="084F68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967C1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C847E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11E822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118F49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0FC5C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C7B3D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9B27DD8" w14:textId="77777777" w:rsidTr="006750F2">
        <w:trPr>
          <w:trHeight w:val="280"/>
        </w:trPr>
        <w:tc>
          <w:tcPr>
            <w:tcW w:w="919" w:type="dxa"/>
            <w:noWrap/>
            <w:hideMark/>
          </w:tcPr>
          <w:p w14:paraId="7747A12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40CM-4-65-16</w:t>
            </w:r>
          </w:p>
        </w:tc>
        <w:tc>
          <w:tcPr>
            <w:tcW w:w="852" w:type="dxa"/>
            <w:noWrap/>
            <w:hideMark/>
          </w:tcPr>
          <w:p w14:paraId="11FDB0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Dormibacteria</w:t>
            </w:r>
          </w:p>
        </w:tc>
        <w:tc>
          <w:tcPr>
            <w:tcW w:w="513" w:type="dxa"/>
            <w:noWrap/>
            <w:hideMark/>
          </w:tcPr>
          <w:p w14:paraId="4C7B4B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30F913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E632B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D87C2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C4C30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1F0FE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5623E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4F3D9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9F1E6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03078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E9736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9FF7C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95D3C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8E6D8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B1397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FC4E3AE" w14:textId="77777777" w:rsidTr="006750F2">
        <w:trPr>
          <w:trHeight w:val="280"/>
        </w:trPr>
        <w:tc>
          <w:tcPr>
            <w:tcW w:w="919" w:type="dxa"/>
            <w:noWrap/>
            <w:hideMark/>
          </w:tcPr>
          <w:p w14:paraId="6F92850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Avelusimicrobium</w:t>
            </w:r>
          </w:p>
        </w:tc>
        <w:tc>
          <w:tcPr>
            <w:tcW w:w="852" w:type="dxa"/>
            <w:noWrap/>
            <w:hideMark/>
          </w:tcPr>
          <w:p w14:paraId="630776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Elusimicrobia</w:t>
            </w:r>
          </w:p>
        </w:tc>
        <w:tc>
          <w:tcPr>
            <w:tcW w:w="513" w:type="dxa"/>
            <w:noWrap/>
            <w:hideMark/>
          </w:tcPr>
          <w:p w14:paraId="304B96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w:t>
            </w:r>
          </w:p>
        </w:tc>
        <w:tc>
          <w:tcPr>
            <w:tcW w:w="768" w:type="dxa"/>
            <w:noWrap/>
            <w:hideMark/>
          </w:tcPr>
          <w:p w14:paraId="5ECDDD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ABA08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DF717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B51D6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D8F64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11D15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3C8F7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FD893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2AFB4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9995A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B24C1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C2F30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95ED5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62F4D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9809FE3" w14:textId="77777777" w:rsidTr="006750F2">
        <w:trPr>
          <w:trHeight w:val="280"/>
        </w:trPr>
        <w:tc>
          <w:tcPr>
            <w:tcW w:w="919" w:type="dxa"/>
            <w:noWrap/>
            <w:hideMark/>
          </w:tcPr>
          <w:p w14:paraId="4F5F7CA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UBA1174</w:t>
            </w:r>
          </w:p>
        </w:tc>
        <w:tc>
          <w:tcPr>
            <w:tcW w:w="852" w:type="dxa"/>
            <w:noWrap/>
            <w:hideMark/>
          </w:tcPr>
          <w:p w14:paraId="1D3CED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Elusimicrobia</w:t>
            </w:r>
          </w:p>
        </w:tc>
        <w:tc>
          <w:tcPr>
            <w:tcW w:w="513" w:type="dxa"/>
            <w:noWrap/>
            <w:hideMark/>
          </w:tcPr>
          <w:p w14:paraId="458260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35B21A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CAA29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700DA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6C590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438F4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801F6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E502C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4D06F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B49C7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88557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E8090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54237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84662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F4B5E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4849C98" w14:textId="77777777" w:rsidTr="006750F2">
        <w:trPr>
          <w:trHeight w:val="280"/>
        </w:trPr>
        <w:tc>
          <w:tcPr>
            <w:tcW w:w="919" w:type="dxa"/>
            <w:noWrap/>
            <w:hideMark/>
          </w:tcPr>
          <w:p w14:paraId="168290F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UBA9959</w:t>
            </w:r>
          </w:p>
        </w:tc>
        <w:tc>
          <w:tcPr>
            <w:tcW w:w="852" w:type="dxa"/>
            <w:noWrap/>
            <w:hideMark/>
          </w:tcPr>
          <w:p w14:paraId="2A005B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Elusimicrobia</w:t>
            </w:r>
          </w:p>
        </w:tc>
        <w:tc>
          <w:tcPr>
            <w:tcW w:w="513" w:type="dxa"/>
            <w:noWrap/>
            <w:hideMark/>
          </w:tcPr>
          <w:p w14:paraId="6AB79C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210D05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BA8FA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721" w:type="dxa"/>
            <w:noWrap/>
            <w:hideMark/>
          </w:tcPr>
          <w:p w14:paraId="6CAF98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77E87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C1539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55136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42.9</w:t>
            </w:r>
          </w:p>
        </w:tc>
        <w:tc>
          <w:tcPr>
            <w:tcW w:w="909" w:type="dxa"/>
            <w:noWrap/>
            <w:hideMark/>
          </w:tcPr>
          <w:p w14:paraId="67A1B2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42.9</w:t>
            </w:r>
          </w:p>
        </w:tc>
        <w:tc>
          <w:tcPr>
            <w:tcW w:w="751" w:type="dxa"/>
            <w:noWrap/>
            <w:hideMark/>
          </w:tcPr>
          <w:p w14:paraId="413702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66F25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10B14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1212E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0F77D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19D33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6CAFE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02850D7" w14:textId="77777777" w:rsidTr="006750F2">
        <w:trPr>
          <w:trHeight w:val="280"/>
        </w:trPr>
        <w:tc>
          <w:tcPr>
            <w:tcW w:w="919" w:type="dxa"/>
            <w:noWrap/>
            <w:hideMark/>
          </w:tcPr>
          <w:p w14:paraId="7E78542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Endomicrobium</w:t>
            </w:r>
          </w:p>
        </w:tc>
        <w:tc>
          <w:tcPr>
            <w:tcW w:w="852" w:type="dxa"/>
            <w:noWrap/>
            <w:hideMark/>
          </w:tcPr>
          <w:p w14:paraId="69421D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Endomicrobiia</w:t>
            </w:r>
          </w:p>
        </w:tc>
        <w:tc>
          <w:tcPr>
            <w:tcW w:w="513" w:type="dxa"/>
            <w:noWrap/>
            <w:hideMark/>
          </w:tcPr>
          <w:p w14:paraId="287F6C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768" w:type="dxa"/>
            <w:noWrap/>
            <w:hideMark/>
          </w:tcPr>
          <w:p w14:paraId="3B6C18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CE296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BC374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44DE4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w:t>
            </w:r>
          </w:p>
        </w:tc>
        <w:tc>
          <w:tcPr>
            <w:tcW w:w="694" w:type="dxa"/>
            <w:noWrap/>
            <w:hideMark/>
          </w:tcPr>
          <w:p w14:paraId="6B4D8F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97CE9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8226B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w:t>
            </w:r>
          </w:p>
        </w:tc>
        <w:tc>
          <w:tcPr>
            <w:tcW w:w="751" w:type="dxa"/>
            <w:noWrap/>
            <w:hideMark/>
          </w:tcPr>
          <w:p w14:paraId="0B75F0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68E47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B479C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54AD2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274C5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4C2D9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22FD5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4F2C5E9" w14:textId="77777777" w:rsidTr="006750F2">
        <w:trPr>
          <w:trHeight w:val="280"/>
        </w:trPr>
        <w:tc>
          <w:tcPr>
            <w:tcW w:w="919" w:type="dxa"/>
            <w:noWrap/>
            <w:hideMark/>
          </w:tcPr>
          <w:p w14:paraId="75B2080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Aegiribacteria</w:t>
            </w:r>
          </w:p>
        </w:tc>
        <w:tc>
          <w:tcPr>
            <w:tcW w:w="852" w:type="dxa"/>
            <w:noWrap/>
            <w:hideMark/>
          </w:tcPr>
          <w:p w14:paraId="49EA7F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Fermentibacteria</w:t>
            </w:r>
          </w:p>
        </w:tc>
        <w:tc>
          <w:tcPr>
            <w:tcW w:w="513" w:type="dxa"/>
            <w:noWrap/>
            <w:hideMark/>
          </w:tcPr>
          <w:p w14:paraId="4423BF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2A7E8F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4474D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E78AC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67B43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1D6EC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D49B7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0143B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335A0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B6D29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5DFEF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AFF3C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6CBA26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C62E6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93157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5D31C7C" w14:textId="77777777" w:rsidTr="006750F2">
        <w:trPr>
          <w:trHeight w:val="280"/>
        </w:trPr>
        <w:tc>
          <w:tcPr>
            <w:tcW w:w="919" w:type="dxa"/>
            <w:noWrap/>
            <w:hideMark/>
          </w:tcPr>
          <w:p w14:paraId="609F5E0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Fibrobacter</w:t>
            </w:r>
          </w:p>
        </w:tc>
        <w:tc>
          <w:tcPr>
            <w:tcW w:w="852" w:type="dxa"/>
            <w:noWrap/>
            <w:hideMark/>
          </w:tcPr>
          <w:p w14:paraId="5CE6F8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Fibrobacteria</w:t>
            </w:r>
          </w:p>
        </w:tc>
        <w:tc>
          <w:tcPr>
            <w:tcW w:w="513" w:type="dxa"/>
            <w:noWrap/>
            <w:hideMark/>
          </w:tcPr>
          <w:p w14:paraId="23EA5E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w:t>
            </w:r>
          </w:p>
        </w:tc>
        <w:tc>
          <w:tcPr>
            <w:tcW w:w="768" w:type="dxa"/>
            <w:noWrap/>
            <w:hideMark/>
          </w:tcPr>
          <w:p w14:paraId="71427E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EEDE5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776F4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98392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52.2</w:t>
            </w:r>
          </w:p>
        </w:tc>
        <w:tc>
          <w:tcPr>
            <w:tcW w:w="694" w:type="dxa"/>
            <w:noWrap/>
            <w:hideMark/>
          </w:tcPr>
          <w:p w14:paraId="67A4DF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B26CC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A8297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52.2</w:t>
            </w:r>
          </w:p>
        </w:tc>
        <w:tc>
          <w:tcPr>
            <w:tcW w:w="751" w:type="dxa"/>
            <w:noWrap/>
            <w:hideMark/>
          </w:tcPr>
          <w:p w14:paraId="5F05F4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27A18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10E6B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135E6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BE027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1484A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D5D78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E864C35" w14:textId="77777777" w:rsidTr="006750F2">
        <w:trPr>
          <w:trHeight w:val="280"/>
        </w:trPr>
        <w:tc>
          <w:tcPr>
            <w:tcW w:w="919" w:type="dxa"/>
            <w:noWrap/>
            <w:hideMark/>
          </w:tcPr>
          <w:p w14:paraId="0EF8767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Fimbriimonas</w:t>
            </w:r>
          </w:p>
        </w:tc>
        <w:tc>
          <w:tcPr>
            <w:tcW w:w="852" w:type="dxa"/>
            <w:noWrap/>
            <w:hideMark/>
          </w:tcPr>
          <w:p w14:paraId="6CE5C6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Fimbriimonadia</w:t>
            </w:r>
          </w:p>
        </w:tc>
        <w:tc>
          <w:tcPr>
            <w:tcW w:w="513" w:type="dxa"/>
            <w:noWrap/>
            <w:hideMark/>
          </w:tcPr>
          <w:p w14:paraId="460FB9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644257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739" w:type="dxa"/>
            <w:noWrap/>
            <w:hideMark/>
          </w:tcPr>
          <w:p w14:paraId="602619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0AF72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5C91D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F7F7D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908B6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E484E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751" w:type="dxa"/>
            <w:noWrap/>
            <w:hideMark/>
          </w:tcPr>
          <w:p w14:paraId="16FCFE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2CDC4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AFD6D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76131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6A323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B97A6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3E1F5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9774412" w14:textId="77777777" w:rsidTr="006750F2">
        <w:trPr>
          <w:trHeight w:val="280"/>
        </w:trPr>
        <w:tc>
          <w:tcPr>
            <w:tcW w:w="919" w:type="dxa"/>
            <w:noWrap/>
            <w:hideMark/>
          </w:tcPr>
          <w:p w14:paraId="512656D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Cetobacterium</w:t>
            </w:r>
          </w:p>
        </w:tc>
        <w:tc>
          <w:tcPr>
            <w:tcW w:w="852" w:type="dxa"/>
            <w:noWrap/>
            <w:hideMark/>
          </w:tcPr>
          <w:p w14:paraId="46DE11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Fusobacteriia</w:t>
            </w:r>
          </w:p>
        </w:tc>
        <w:tc>
          <w:tcPr>
            <w:tcW w:w="513" w:type="dxa"/>
            <w:noWrap/>
            <w:hideMark/>
          </w:tcPr>
          <w:p w14:paraId="505074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399003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4D292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D404F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737B8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F9D76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6C710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DCC98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CF8E9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41FB3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F4336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0931A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66799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F7BD8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D3230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83C5228" w14:textId="77777777" w:rsidTr="006750F2">
        <w:trPr>
          <w:trHeight w:val="280"/>
        </w:trPr>
        <w:tc>
          <w:tcPr>
            <w:tcW w:w="919" w:type="dxa"/>
            <w:noWrap/>
            <w:hideMark/>
          </w:tcPr>
          <w:p w14:paraId="0F7B34E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Fusobacterium</w:t>
            </w:r>
          </w:p>
        </w:tc>
        <w:tc>
          <w:tcPr>
            <w:tcW w:w="852" w:type="dxa"/>
            <w:noWrap/>
            <w:hideMark/>
          </w:tcPr>
          <w:p w14:paraId="04A9CE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Fusobacteriia</w:t>
            </w:r>
          </w:p>
        </w:tc>
        <w:tc>
          <w:tcPr>
            <w:tcW w:w="513" w:type="dxa"/>
            <w:noWrap/>
            <w:hideMark/>
          </w:tcPr>
          <w:p w14:paraId="016B6C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w:t>
            </w:r>
          </w:p>
        </w:tc>
        <w:tc>
          <w:tcPr>
            <w:tcW w:w="768" w:type="dxa"/>
            <w:noWrap/>
            <w:hideMark/>
          </w:tcPr>
          <w:p w14:paraId="113856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95A2D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38DD9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3E286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21.3</w:t>
            </w:r>
          </w:p>
        </w:tc>
        <w:tc>
          <w:tcPr>
            <w:tcW w:w="694" w:type="dxa"/>
            <w:noWrap/>
            <w:hideMark/>
          </w:tcPr>
          <w:p w14:paraId="2445F9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B790E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E2B72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21.3</w:t>
            </w:r>
          </w:p>
        </w:tc>
        <w:tc>
          <w:tcPr>
            <w:tcW w:w="751" w:type="dxa"/>
            <w:noWrap/>
            <w:hideMark/>
          </w:tcPr>
          <w:p w14:paraId="43D61D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836C3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809B0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6D283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502D3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873AD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8C713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F566E60" w14:textId="77777777" w:rsidTr="006750F2">
        <w:trPr>
          <w:trHeight w:val="280"/>
        </w:trPr>
        <w:tc>
          <w:tcPr>
            <w:tcW w:w="919" w:type="dxa"/>
            <w:noWrap/>
            <w:hideMark/>
          </w:tcPr>
          <w:p w14:paraId="2D28929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Leptotrichia</w:t>
            </w:r>
          </w:p>
        </w:tc>
        <w:tc>
          <w:tcPr>
            <w:tcW w:w="852" w:type="dxa"/>
            <w:noWrap/>
            <w:hideMark/>
          </w:tcPr>
          <w:p w14:paraId="088B63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Fusobacteriia</w:t>
            </w:r>
          </w:p>
        </w:tc>
        <w:tc>
          <w:tcPr>
            <w:tcW w:w="513" w:type="dxa"/>
            <w:noWrap/>
            <w:hideMark/>
          </w:tcPr>
          <w:p w14:paraId="6673E5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073984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4A394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280E5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5F8B2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0F549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D0EA2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5897C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683B4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5B382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28F64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20DE5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A2EEE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56EB0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2883B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D41CA33" w14:textId="77777777" w:rsidTr="006750F2">
        <w:trPr>
          <w:trHeight w:val="280"/>
        </w:trPr>
        <w:tc>
          <w:tcPr>
            <w:tcW w:w="919" w:type="dxa"/>
            <w:noWrap/>
            <w:hideMark/>
          </w:tcPr>
          <w:p w14:paraId="61D54E9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13-2-20CM-66-</w:t>
            </w:r>
            <w:r w:rsidRPr="00204189">
              <w:rPr>
                <w:rFonts w:ascii="Times New Roman" w:eastAsia="宋体" w:hAnsi="Times New Roman" w:cs="Times New Roman" w:hint="eastAsia"/>
                <w:i/>
                <w:iCs/>
                <w:sz w:val="13"/>
                <w:szCs w:val="13"/>
                <w:lang w:eastAsia="zh-CN"/>
              </w:rPr>
              <w:lastRenderedPageBreak/>
              <w:t>19</w:t>
            </w:r>
          </w:p>
        </w:tc>
        <w:tc>
          <w:tcPr>
            <w:tcW w:w="852" w:type="dxa"/>
            <w:noWrap/>
            <w:hideMark/>
          </w:tcPr>
          <w:p w14:paraId="4F34B8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lastRenderedPageBreak/>
              <w:t>Gammaproteobacteria</w:t>
            </w:r>
          </w:p>
        </w:tc>
        <w:tc>
          <w:tcPr>
            <w:tcW w:w="513" w:type="dxa"/>
            <w:noWrap/>
            <w:hideMark/>
          </w:tcPr>
          <w:p w14:paraId="348838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68" w:type="dxa"/>
            <w:noWrap/>
            <w:hideMark/>
          </w:tcPr>
          <w:p w14:paraId="68F626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739" w:type="dxa"/>
            <w:noWrap/>
            <w:hideMark/>
          </w:tcPr>
          <w:p w14:paraId="462F9C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721" w:type="dxa"/>
            <w:noWrap/>
            <w:hideMark/>
          </w:tcPr>
          <w:p w14:paraId="2B965C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674" w:type="dxa"/>
            <w:noWrap/>
            <w:hideMark/>
          </w:tcPr>
          <w:p w14:paraId="427A28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36FD6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496AB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333C6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751" w:type="dxa"/>
            <w:noWrap/>
            <w:hideMark/>
          </w:tcPr>
          <w:p w14:paraId="6459EF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1008" w:type="dxa"/>
            <w:noWrap/>
            <w:hideMark/>
          </w:tcPr>
          <w:p w14:paraId="694BCF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C70E3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1C1D2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73B9B9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7192B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B9F67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7F491EC" w14:textId="77777777" w:rsidTr="006750F2">
        <w:trPr>
          <w:trHeight w:val="280"/>
        </w:trPr>
        <w:tc>
          <w:tcPr>
            <w:tcW w:w="919" w:type="dxa"/>
            <w:noWrap/>
            <w:hideMark/>
          </w:tcPr>
          <w:p w14:paraId="2FF6C3E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66-474</w:t>
            </w:r>
          </w:p>
        </w:tc>
        <w:tc>
          <w:tcPr>
            <w:tcW w:w="852" w:type="dxa"/>
            <w:noWrap/>
            <w:hideMark/>
          </w:tcPr>
          <w:p w14:paraId="28C5F8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DECEE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157C00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1279D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21" w:type="dxa"/>
            <w:noWrap/>
            <w:hideMark/>
          </w:tcPr>
          <w:p w14:paraId="77C763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674" w:type="dxa"/>
            <w:noWrap/>
            <w:hideMark/>
          </w:tcPr>
          <w:p w14:paraId="374416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A28E8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E68F4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B6E97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CC2BD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1008" w:type="dxa"/>
            <w:noWrap/>
            <w:hideMark/>
          </w:tcPr>
          <w:p w14:paraId="75E37D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335BCA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36226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476C63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43AC5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DAD99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DE778AA" w14:textId="77777777" w:rsidTr="006750F2">
        <w:trPr>
          <w:trHeight w:val="280"/>
        </w:trPr>
        <w:tc>
          <w:tcPr>
            <w:tcW w:w="919" w:type="dxa"/>
            <w:noWrap/>
            <w:hideMark/>
          </w:tcPr>
          <w:p w14:paraId="4C8ECE1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7-Feb</w:t>
            </w:r>
          </w:p>
        </w:tc>
        <w:tc>
          <w:tcPr>
            <w:tcW w:w="852" w:type="dxa"/>
            <w:noWrap/>
            <w:hideMark/>
          </w:tcPr>
          <w:p w14:paraId="1D8553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EEF74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63458D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39" w:type="dxa"/>
            <w:noWrap/>
            <w:hideMark/>
          </w:tcPr>
          <w:p w14:paraId="7E57AD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21" w:type="dxa"/>
            <w:noWrap/>
            <w:hideMark/>
          </w:tcPr>
          <w:p w14:paraId="04951D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674" w:type="dxa"/>
            <w:noWrap/>
            <w:hideMark/>
          </w:tcPr>
          <w:p w14:paraId="678C9C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85965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88F15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909" w:type="dxa"/>
            <w:noWrap/>
            <w:hideMark/>
          </w:tcPr>
          <w:p w14:paraId="64313A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751" w:type="dxa"/>
            <w:noWrap/>
            <w:hideMark/>
          </w:tcPr>
          <w:p w14:paraId="4F93F5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1008" w:type="dxa"/>
            <w:noWrap/>
            <w:hideMark/>
          </w:tcPr>
          <w:p w14:paraId="7A2BD0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DE034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D40C2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587961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3A9F8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AAD1A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2333A0F" w14:textId="77777777" w:rsidTr="006750F2">
        <w:trPr>
          <w:trHeight w:val="280"/>
        </w:trPr>
        <w:tc>
          <w:tcPr>
            <w:tcW w:w="919" w:type="dxa"/>
            <w:noWrap/>
            <w:hideMark/>
          </w:tcPr>
          <w:p w14:paraId="040CC77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Accumulibacter</w:t>
            </w:r>
          </w:p>
        </w:tc>
        <w:tc>
          <w:tcPr>
            <w:tcW w:w="852" w:type="dxa"/>
            <w:noWrap/>
            <w:hideMark/>
          </w:tcPr>
          <w:p w14:paraId="794D9C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17D1D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w:t>
            </w:r>
          </w:p>
        </w:tc>
        <w:tc>
          <w:tcPr>
            <w:tcW w:w="768" w:type="dxa"/>
            <w:noWrap/>
            <w:hideMark/>
          </w:tcPr>
          <w:p w14:paraId="27E95B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38.7</w:t>
            </w:r>
          </w:p>
        </w:tc>
        <w:tc>
          <w:tcPr>
            <w:tcW w:w="739" w:type="dxa"/>
            <w:noWrap/>
            <w:hideMark/>
          </w:tcPr>
          <w:p w14:paraId="3E7895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90.3</w:t>
            </w:r>
          </w:p>
        </w:tc>
        <w:tc>
          <w:tcPr>
            <w:tcW w:w="721" w:type="dxa"/>
            <w:noWrap/>
            <w:hideMark/>
          </w:tcPr>
          <w:p w14:paraId="3310DE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74.2</w:t>
            </w:r>
          </w:p>
        </w:tc>
        <w:tc>
          <w:tcPr>
            <w:tcW w:w="674" w:type="dxa"/>
            <w:noWrap/>
            <w:hideMark/>
          </w:tcPr>
          <w:p w14:paraId="2939DF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41.9</w:t>
            </w:r>
          </w:p>
        </w:tc>
        <w:tc>
          <w:tcPr>
            <w:tcW w:w="694" w:type="dxa"/>
            <w:noWrap/>
            <w:hideMark/>
          </w:tcPr>
          <w:p w14:paraId="2C50FA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9A2A0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EE0F9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80.6</w:t>
            </w:r>
          </w:p>
        </w:tc>
        <w:tc>
          <w:tcPr>
            <w:tcW w:w="751" w:type="dxa"/>
            <w:noWrap/>
            <w:hideMark/>
          </w:tcPr>
          <w:p w14:paraId="07CC3F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74.2</w:t>
            </w:r>
          </w:p>
        </w:tc>
        <w:tc>
          <w:tcPr>
            <w:tcW w:w="1008" w:type="dxa"/>
            <w:noWrap/>
            <w:hideMark/>
          </w:tcPr>
          <w:p w14:paraId="41AEF6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02D33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120BC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2FD993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9037D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5E661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6AB458B" w14:textId="77777777" w:rsidTr="006750F2">
        <w:trPr>
          <w:trHeight w:val="280"/>
        </w:trPr>
        <w:tc>
          <w:tcPr>
            <w:tcW w:w="919" w:type="dxa"/>
            <w:noWrap/>
            <w:hideMark/>
          </w:tcPr>
          <w:p w14:paraId="5247072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Achromobacter</w:t>
            </w:r>
          </w:p>
        </w:tc>
        <w:tc>
          <w:tcPr>
            <w:tcW w:w="852" w:type="dxa"/>
            <w:noWrap/>
            <w:hideMark/>
          </w:tcPr>
          <w:p w14:paraId="09EB05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84DCC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w:t>
            </w:r>
          </w:p>
        </w:tc>
        <w:tc>
          <w:tcPr>
            <w:tcW w:w="768" w:type="dxa"/>
            <w:noWrap/>
            <w:hideMark/>
          </w:tcPr>
          <w:p w14:paraId="7BB1E2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44.8</w:t>
            </w:r>
          </w:p>
        </w:tc>
        <w:tc>
          <w:tcPr>
            <w:tcW w:w="739" w:type="dxa"/>
            <w:noWrap/>
            <w:hideMark/>
          </w:tcPr>
          <w:p w14:paraId="7243EC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89.7</w:t>
            </w:r>
          </w:p>
        </w:tc>
        <w:tc>
          <w:tcPr>
            <w:tcW w:w="721" w:type="dxa"/>
            <w:noWrap/>
            <w:hideMark/>
          </w:tcPr>
          <w:p w14:paraId="32CB67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55.2</w:t>
            </w:r>
          </w:p>
        </w:tc>
        <w:tc>
          <w:tcPr>
            <w:tcW w:w="674" w:type="dxa"/>
            <w:noWrap/>
            <w:hideMark/>
          </w:tcPr>
          <w:p w14:paraId="405577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9E845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EB77D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05692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44.8</w:t>
            </w:r>
          </w:p>
        </w:tc>
        <w:tc>
          <w:tcPr>
            <w:tcW w:w="751" w:type="dxa"/>
            <w:noWrap/>
            <w:hideMark/>
          </w:tcPr>
          <w:p w14:paraId="4434CF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55.2</w:t>
            </w:r>
          </w:p>
        </w:tc>
        <w:tc>
          <w:tcPr>
            <w:tcW w:w="1008" w:type="dxa"/>
            <w:noWrap/>
            <w:hideMark/>
          </w:tcPr>
          <w:p w14:paraId="39095B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6FED3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8F894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2369D2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DC424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8C91E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733D30F" w14:textId="77777777" w:rsidTr="006750F2">
        <w:trPr>
          <w:trHeight w:val="280"/>
        </w:trPr>
        <w:tc>
          <w:tcPr>
            <w:tcW w:w="919" w:type="dxa"/>
            <w:noWrap/>
            <w:hideMark/>
          </w:tcPr>
          <w:p w14:paraId="6397A5C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Acidiferrobacter</w:t>
            </w:r>
          </w:p>
        </w:tc>
        <w:tc>
          <w:tcPr>
            <w:tcW w:w="852" w:type="dxa"/>
            <w:noWrap/>
            <w:hideMark/>
          </w:tcPr>
          <w:p w14:paraId="4BBFE4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B9B38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2CDA53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39" w:type="dxa"/>
            <w:noWrap/>
            <w:hideMark/>
          </w:tcPr>
          <w:p w14:paraId="4EB43D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21.4</w:t>
            </w:r>
          </w:p>
        </w:tc>
        <w:tc>
          <w:tcPr>
            <w:tcW w:w="721" w:type="dxa"/>
            <w:noWrap/>
            <w:hideMark/>
          </w:tcPr>
          <w:p w14:paraId="739820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674" w:type="dxa"/>
            <w:noWrap/>
            <w:hideMark/>
          </w:tcPr>
          <w:p w14:paraId="2E24A2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64.3</w:t>
            </w:r>
          </w:p>
        </w:tc>
        <w:tc>
          <w:tcPr>
            <w:tcW w:w="694" w:type="dxa"/>
            <w:noWrap/>
            <w:hideMark/>
          </w:tcPr>
          <w:p w14:paraId="4E8D12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51290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43C73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114.3</w:t>
            </w:r>
          </w:p>
        </w:tc>
        <w:tc>
          <w:tcPr>
            <w:tcW w:w="751" w:type="dxa"/>
            <w:noWrap/>
            <w:hideMark/>
          </w:tcPr>
          <w:p w14:paraId="1E29D8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1008" w:type="dxa"/>
            <w:noWrap/>
            <w:hideMark/>
          </w:tcPr>
          <w:p w14:paraId="4650EB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96AED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62251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6D96AC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4872F1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CA3E9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A11A5D9" w14:textId="77777777" w:rsidTr="006750F2">
        <w:trPr>
          <w:trHeight w:val="280"/>
        </w:trPr>
        <w:tc>
          <w:tcPr>
            <w:tcW w:w="919" w:type="dxa"/>
            <w:noWrap/>
            <w:hideMark/>
          </w:tcPr>
          <w:p w14:paraId="5A34BD4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Acidithiobacillus</w:t>
            </w:r>
          </w:p>
        </w:tc>
        <w:tc>
          <w:tcPr>
            <w:tcW w:w="852" w:type="dxa"/>
            <w:noWrap/>
            <w:hideMark/>
          </w:tcPr>
          <w:p w14:paraId="344EAD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96B9D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768" w:type="dxa"/>
            <w:noWrap/>
            <w:hideMark/>
          </w:tcPr>
          <w:p w14:paraId="408044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42.9</w:t>
            </w:r>
          </w:p>
        </w:tc>
        <w:tc>
          <w:tcPr>
            <w:tcW w:w="739" w:type="dxa"/>
            <w:noWrap/>
            <w:hideMark/>
          </w:tcPr>
          <w:p w14:paraId="13E16A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35.7</w:t>
            </w:r>
          </w:p>
        </w:tc>
        <w:tc>
          <w:tcPr>
            <w:tcW w:w="721" w:type="dxa"/>
            <w:noWrap/>
            <w:hideMark/>
          </w:tcPr>
          <w:p w14:paraId="49B9DD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A69E9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694" w:type="dxa"/>
            <w:noWrap/>
            <w:hideMark/>
          </w:tcPr>
          <w:p w14:paraId="4C27C4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CAC3B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66235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92.9</w:t>
            </w:r>
          </w:p>
        </w:tc>
        <w:tc>
          <w:tcPr>
            <w:tcW w:w="751" w:type="dxa"/>
            <w:noWrap/>
            <w:hideMark/>
          </w:tcPr>
          <w:p w14:paraId="60B67E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430C7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E5CC5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81D17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0F28B9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867CD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13930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942F37A" w14:textId="77777777" w:rsidTr="006750F2">
        <w:trPr>
          <w:trHeight w:val="280"/>
        </w:trPr>
        <w:tc>
          <w:tcPr>
            <w:tcW w:w="919" w:type="dxa"/>
            <w:noWrap/>
            <w:hideMark/>
          </w:tcPr>
          <w:p w14:paraId="1214685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Acidovorax</w:t>
            </w:r>
          </w:p>
        </w:tc>
        <w:tc>
          <w:tcPr>
            <w:tcW w:w="852" w:type="dxa"/>
            <w:noWrap/>
            <w:hideMark/>
          </w:tcPr>
          <w:p w14:paraId="33F300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C6B2C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w:t>
            </w:r>
          </w:p>
        </w:tc>
        <w:tc>
          <w:tcPr>
            <w:tcW w:w="768" w:type="dxa"/>
            <w:noWrap/>
            <w:hideMark/>
          </w:tcPr>
          <w:p w14:paraId="06A83C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30.2</w:t>
            </w:r>
          </w:p>
        </w:tc>
        <w:tc>
          <w:tcPr>
            <w:tcW w:w="739" w:type="dxa"/>
            <w:noWrap/>
            <w:hideMark/>
          </w:tcPr>
          <w:p w14:paraId="7F2C56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76.7</w:t>
            </w:r>
          </w:p>
        </w:tc>
        <w:tc>
          <w:tcPr>
            <w:tcW w:w="721" w:type="dxa"/>
            <w:noWrap/>
            <w:hideMark/>
          </w:tcPr>
          <w:p w14:paraId="630003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37.2</w:t>
            </w:r>
          </w:p>
        </w:tc>
        <w:tc>
          <w:tcPr>
            <w:tcW w:w="674" w:type="dxa"/>
            <w:noWrap/>
            <w:hideMark/>
          </w:tcPr>
          <w:p w14:paraId="129182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694" w:type="dxa"/>
            <w:noWrap/>
            <w:hideMark/>
          </w:tcPr>
          <w:p w14:paraId="7358E6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47FBC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38174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32.6</w:t>
            </w:r>
          </w:p>
        </w:tc>
        <w:tc>
          <w:tcPr>
            <w:tcW w:w="751" w:type="dxa"/>
            <w:noWrap/>
            <w:hideMark/>
          </w:tcPr>
          <w:p w14:paraId="385956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37.2</w:t>
            </w:r>
          </w:p>
        </w:tc>
        <w:tc>
          <w:tcPr>
            <w:tcW w:w="1008" w:type="dxa"/>
            <w:noWrap/>
            <w:hideMark/>
          </w:tcPr>
          <w:p w14:paraId="565DC9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703C5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6C897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285B7D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8F5D1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978C5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20FA42E" w14:textId="77777777" w:rsidTr="006750F2">
        <w:trPr>
          <w:trHeight w:val="280"/>
        </w:trPr>
        <w:tc>
          <w:tcPr>
            <w:tcW w:w="919" w:type="dxa"/>
            <w:noWrap/>
            <w:hideMark/>
          </w:tcPr>
          <w:p w14:paraId="7883736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Acinetobacter</w:t>
            </w:r>
          </w:p>
        </w:tc>
        <w:tc>
          <w:tcPr>
            <w:tcW w:w="852" w:type="dxa"/>
            <w:noWrap/>
            <w:hideMark/>
          </w:tcPr>
          <w:p w14:paraId="65EFE9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FEB0E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268</w:t>
            </w:r>
          </w:p>
        </w:tc>
        <w:tc>
          <w:tcPr>
            <w:tcW w:w="768" w:type="dxa"/>
            <w:noWrap/>
            <w:hideMark/>
          </w:tcPr>
          <w:p w14:paraId="378B1D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42.2</w:t>
            </w:r>
          </w:p>
        </w:tc>
        <w:tc>
          <w:tcPr>
            <w:tcW w:w="739" w:type="dxa"/>
            <w:noWrap/>
            <w:hideMark/>
          </w:tcPr>
          <w:p w14:paraId="6EE653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21" w:type="dxa"/>
            <w:noWrap/>
            <w:hideMark/>
          </w:tcPr>
          <w:p w14:paraId="15228A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92249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37542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47739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CEC1F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42.2</w:t>
            </w:r>
          </w:p>
        </w:tc>
        <w:tc>
          <w:tcPr>
            <w:tcW w:w="751" w:type="dxa"/>
            <w:noWrap/>
            <w:hideMark/>
          </w:tcPr>
          <w:p w14:paraId="598ADF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FA512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AB8BD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C40D7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E9D08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9651E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75FD2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9ECBDD8" w14:textId="77777777" w:rsidTr="006750F2">
        <w:trPr>
          <w:trHeight w:val="280"/>
        </w:trPr>
        <w:tc>
          <w:tcPr>
            <w:tcW w:w="919" w:type="dxa"/>
            <w:noWrap/>
            <w:hideMark/>
          </w:tcPr>
          <w:p w14:paraId="4D1A2E4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Actinobacillus</w:t>
            </w:r>
          </w:p>
        </w:tc>
        <w:tc>
          <w:tcPr>
            <w:tcW w:w="852" w:type="dxa"/>
            <w:noWrap/>
            <w:hideMark/>
          </w:tcPr>
          <w:p w14:paraId="006E7B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98443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521E5E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2114B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95.8</w:t>
            </w:r>
          </w:p>
        </w:tc>
        <w:tc>
          <w:tcPr>
            <w:tcW w:w="721" w:type="dxa"/>
            <w:noWrap/>
            <w:hideMark/>
          </w:tcPr>
          <w:p w14:paraId="1C92AB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58.3</w:t>
            </w:r>
          </w:p>
        </w:tc>
        <w:tc>
          <w:tcPr>
            <w:tcW w:w="674" w:type="dxa"/>
            <w:noWrap/>
            <w:hideMark/>
          </w:tcPr>
          <w:p w14:paraId="41B74B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FDA93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F464F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95.8</w:t>
            </w:r>
          </w:p>
        </w:tc>
        <w:tc>
          <w:tcPr>
            <w:tcW w:w="909" w:type="dxa"/>
            <w:noWrap/>
            <w:hideMark/>
          </w:tcPr>
          <w:p w14:paraId="7776EF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95.8</w:t>
            </w:r>
          </w:p>
        </w:tc>
        <w:tc>
          <w:tcPr>
            <w:tcW w:w="751" w:type="dxa"/>
            <w:noWrap/>
            <w:hideMark/>
          </w:tcPr>
          <w:p w14:paraId="28D4BE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58.3</w:t>
            </w:r>
          </w:p>
        </w:tc>
        <w:tc>
          <w:tcPr>
            <w:tcW w:w="1008" w:type="dxa"/>
            <w:noWrap/>
            <w:hideMark/>
          </w:tcPr>
          <w:p w14:paraId="04A0C0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6128F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11D15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3BCFC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43521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56189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3FC0991" w14:textId="77777777" w:rsidTr="006750F2">
        <w:trPr>
          <w:trHeight w:val="280"/>
        </w:trPr>
        <w:tc>
          <w:tcPr>
            <w:tcW w:w="919" w:type="dxa"/>
            <w:noWrap/>
            <w:hideMark/>
          </w:tcPr>
          <w:p w14:paraId="1A3BE03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Advenella</w:t>
            </w:r>
          </w:p>
        </w:tc>
        <w:tc>
          <w:tcPr>
            <w:tcW w:w="852" w:type="dxa"/>
            <w:noWrap/>
            <w:hideMark/>
          </w:tcPr>
          <w:p w14:paraId="061447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30092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5802A7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739" w:type="dxa"/>
            <w:noWrap/>
            <w:hideMark/>
          </w:tcPr>
          <w:p w14:paraId="78D16A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21" w:type="dxa"/>
            <w:noWrap/>
            <w:hideMark/>
          </w:tcPr>
          <w:p w14:paraId="14F5A3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674" w:type="dxa"/>
            <w:noWrap/>
            <w:hideMark/>
          </w:tcPr>
          <w:p w14:paraId="2E8FF6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3F8C7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A1A12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53295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751" w:type="dxa"/>
            <w:noWrap/>
            <w:hideMark/>
          </w:tcPr>
          <w:p w14:paraId="709751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1008" w:type="dxa"/>
            <w:noWrap/>
            <w:hideMark/>
          </w:tcPr>
          <w:p w14:paraId="781F0F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AB271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ABDFD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5B084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FCEB8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87FA5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DB70FDB" w14:textId="77777777" w:rsidTr="006750F2">
        <w:trPr>
          <w:trHeight w:val="280"/>
        </w:trPr>
        <w:tc>
          <w:tcPr>
            <w:tcW w:w="919" w:type="dxa"/>
            <w:noWrap/>
            <w:hideMark/>
          </w:tcPr>
          <w:p w14:paraId="5707EE1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Aeromonas</w:t>
            </w:r>
          </w:p>
        </w:tc>
        <w:tc>
          <w:tcPr>
            <w:tcW w:w="852" w:type="dxa"/>
            <w:noWrap/>
            <w:hideMark/>
          </w:tcPr>
          <w:p w14:paraId="6646EB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9B489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68" w:type="dxa"/>
            <w:noWrap/>
            <w:hideMark/>
          </w:tcPr>
          <w:p w14:paraId="2E09C2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739" w:type="dxa"/>
            <w:noWrap/>
            <w:hideMark/>
          </w:tcPr>
          <w:p w14:paraId="478859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54EF23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530F0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18B83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030CA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909" w:type="dxa"/>
            <w:noWrap/>
            <w:hideMark/>
          </w:tcPr>
          <w:p w14:paraId="3AE570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131.7</w:t>
            </w:r>
          </w:p>
        </w:tc>
        <w:tc>
          <w:tcPr>
            <w:tcW w:w="751" w:type="dxa"/>
            <w:noWrap/>
            <w:hideMark/>
          </w:tcPr>
          <w:p w14:paraId="0F25B4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487A3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2A2A5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4A72B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5C4EE8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A4D23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C5AAD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9DAB6CF" w14:textId="77777777" w:rsidTr="006750F2">
        <w:trPr>
          <w:trHeight w:val="280"/>
        </w:trPr>
        <w:tc>
          <w:tcPr>
            <w:tcW w:w="919" w:type="dxa"/>
            <w:noWrap/>
            <w:hideMark/>
          </w:tcPr>
          <w:p w14:paraId="12E816D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Aggregatibacter</w:t>
            </w:r>
          </w:p>
        </w:tc>
        <w:tc>
          <w:tcPr>
            <w:tcW w:w="852" w:type="dxa"/>
            <w:noWrap/>
            <w:hideMark/>
          </w:tcPr>
          <w:p w14:paraId="6CC0AD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6D7F2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156BDF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65B31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538E9B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674" w:type="dxa"/>
            <w:noWrap/>
            <w:hideMark/>
          </w:tcPr>
          <w:p w14:paraId="20FF10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42CEC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A7B48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909" w:type="dxa"/>
            <w:noWrap/>
            <w:hideMark/>
          </w:tcPr>
          <w:p w14:paraId="66AC10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51" w:type="dxa"/>
            <w:noWrap/>
            <w:hideMark/>
          </w:tcPr>
          <w:p w14:paraId="720636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1008" w:type="dxa"/>
            <w:noWrap/>
            <w:hideMark/>
          </w:tcPr>
          <w:p w14:paraId="7373C8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BE764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6FA00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FDF56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60FA7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18DD9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A4D2895" w14:textId="77777777" w:rsidTr="006750F2">
        <w:trPr>
          <w:trHeight w:val="280"/>
        </w:trPr>
        <w:tc>
          <w:tcPr>
            <w:tcW w:w="919" w:type="dxa"/>
            <w:noWrap/>
            <w:hideMark/>
          </w:tcPr>
          <w:p w14:paraId="56A4145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Alcaligenes</w:t>
            </w:r>
          </w:p>
        </w:tc>
        <w:tc>
          <w:tcPr>
            <w:tcW w:w="852" w:type="dxa"/>
            <w:noWrap/>
            <w:hideMark/>
          </w:tcPr>
          <w:p w14:paraId="6FAD32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26CFF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0A913F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148ED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721" w:type="dxa"/>
            <w:noWrap/>
            <w:hideMark/>
          </w:tcPr>
          <w:p w14:paraId="65D659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88.2</w:t>
            </w:r>
          </w:p>
        </w:tc>
        <w:tc>
          <w:tcPr>
            <w:tcW w:w="674" w:type="dxa"/>
            <w:noWrap/>
            <w:hideMark/>
          </w:tcPr>
          <w:p w14:paraId="6B3B74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2F052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8A62E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A5ACF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8DA94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88.2</w:t>
            </w:r>
          </w:p>
        </w:tc>
        <w:tc>
          <w:tcPr>
            <w:tcW w:w="1008" w:type="dxa"/>
            <w:noWrap/>
            <w:hideMark/>
          </w:tcPr>
          <w:p w14:paraId="248642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4DB330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E4B0C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025BD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52EE30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6B8CA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1F0F8FCE" w14:textId="77777777" w:rsidTr="006750F2">
        <w:trPr>
          <w:trHeight w:val="280"/>
        </w:trPr>
        <w:tc>
          <w:tcPr>
            <w:tcW w:w="919" w:type="dxa"/>
            <w:noWrap/>
            <w:hideMark/>
          </w:tcPr>
          <w:p w14:paraId="0D1AB11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Alcanivorax</w:t>
            </w:r>
          </w:p>
        </w:tc>
        <w:tc>
          <w:tcPr>
            <w:tcW w:w="852" w:type="dxa"/>
            <w:noWrap/>
            <w:hideMark/>
          </w:tcPr>
          <w:p w14:paraId="5408E5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44CA1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3AE42C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44.4</w:t>
            </w:r>
          </w:p>
        </w:tc>
        <w:tc>
          <w:tcPr>
            <w:tcW w:w="739" w:type="dxa"/>
            <w:noWrap/>
            <w:hideMark/>
          </w:tcPr>
          <w:p w14:paraId="5E82F7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w:t>
            </w:r>
          </w:p>
        </w:tc>
        <w:tc>
          <w:tcPr>
            <w:tcW w:w="721" w:type="dxa"/>
            <w:noWrap/>
            <w:hideMark/>
          </w:tcPr>
          <w:p w14:paraId="61546E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F21ED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39A0A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7A2F3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173C6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44.4</w:t>
            </w:r>
          </w:p>
        </w:tc>
        <w:tc>
          <w:tcPr>
            <w:tcW w:w="751" w:type="dxa"/>
            <w:noWrap/>
            <w:hideMark/>
          </w:tcPr>
          <w:p w14:paraId="719D7C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1B6CF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D430B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00D1D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233FD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F9499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2D9F8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F9F16A1" w14:textId="77777777" w:rsidTr="006750F2">
        <w:trPr>
          <w:trHeight w:val="280"/>
        </w:trPr>
        <w:tc>
          <w:tcPr>
            <w:tcW w:w="919" w:type="dxa"/>
            <w:noWrap/>
            <w:hideMark/>
          </w:tcPr>
          <w:p w14:paraId="330C989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Aliidiomarina</w:t>
            </w:r>
          </w:p>
        </w:tc>
        <w:tc>
          <w:tcPr>
            <w:tcW w:w="852" w:type="dxa"/>
            <w:noWrap/>
            <w:hideMark/>
          </w:tcPr>
          <w:p w14:paraId="0545DE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47596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0E1EDA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0A88A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721" w:type="dxa"/>
            <w:noWrap/>
            <w:hideMark/>
          </w:tcPr>
          <w:p w14:paraId="6CE34B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674" w:type="dxa"/>
            <w:noWrap/>
            <w:hideMark/>
          </w:tcPr>
          <w:p w14:paraId="66C1F4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9D766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77E8D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D0806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7F5E3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1008" w:type="dxa"/>
            <w:noWrap/>
            <w:hideMark/>
          </w:tcPr>
          <w:p w14:paraId="5F2A99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0043B0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FD299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D5DBE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0533E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4A381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8B770C2" w14:textId="77777777" w:rsidTr="006750F2">
        <w:trPr>
          <w:trHeight w:val="280"/>
        </w:trPr>
        <w:tc>
          <w:tcPr>
            <w:tcW w:w="919" w:type="dxa"/>
            <w:noWrap/>
            <w:hideMark/>
          </w:tcPr>
          <w:p w14:paraId="5533E76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Aliivibrio</w:t>
            </w:r>
          </w:p>
        </w:tc>
        <w:tc>
          <w:tcPr>
            <w:tcW w:w="852" w:type="dxa"/>
            <w:noWrap/>
            <w:hideMark/>
          </w:tcPr>
          <w:p w14:paraId="4340DD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A7B0F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4E0FE7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10.5</w:t>
            </w:r>
          </w:p>
        </w:tc>
        <w:tc>
          <w:tcPr>
            <w:tcW w:w="739" w:type="dxa"/>
            <w:noWrap/>
            <w:hideMark/>
          </w:tcPr>
          <w:p w14:paraId="532DB5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94.7</w:t>
            </w:r>
          </w:p>
        </w:tc>
        <w:tc>
          <w:tcPr>
            <w:tcW w:w="721" w:type="dxa"/>
            <w:noWrap/>
            <w:hideMark/>
          </w:tcPr>
          <w:p w14:paraId="1BA779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2FCE5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AFECF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C71F2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909" w:type="dxa"/>
            <w:noWrap/>
            <w:hideMark/>
          </w:tcPr>
          <w:p w14:paraId="1A8209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110.5</w:t>
            </w:r>
          </w:p>
        </w:tc>
        <w:tc>
          <w:tcPr>
            <w:tcW w:w="751" w:type="dxa"/>
            <w:noWrap/>
            <w:hideMark/>
          </w:tcPr>
          <w:p w14:paraId="09A9C6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12566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2CF6E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ACC1D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39A18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9B69D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DB8E1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EB4608B" w14:textId="77777777" w:rsidTr="006750F2">
        <w:trPr>
          <w:trHeight w:val="280"/>
        </w:trPr>
        <w:tc>
          <w:tcPr>
            <w:tcW w:w="919" w:type="dxa"/>
            <w:noWrap/>
            <w:hideMark/>
          </w:tcPr>
          <w:p w14:paraId="406DAF6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Alloalcanivorax</w:t>
            </w:r>
          </w:p>
        </w:tc>
        <w:tc>
          <w:tcPr>
            <w:tcW w:w="852" w:type="dxa"/>
            <w:noWrap/>
            <w:hideMark/>
          </w:tcPr>
          <w:p w14:paraId="4AEFA0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5DE8F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263774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53.8</w:t>
            </w:r>
          </w:p>
        </w:tc>
        <w:tc>
          <w:tcPr>
            <w:tcW w:w="739" w:type="dxa"/>
            <w:noWrap/>
            <w:hideMark/>
          </w:tcPr>
          <w:p w14:paraId="388C0A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30.8</w:t>
            </w:r>
          </w:p>
        </w:tc>
        <w:tc>
          <w:tcPr>
            <w:tcW w:w="721" w:type="dxa"/>
            <w:noWrap/>
            <w:hideMark/>
          </w:tcPr>
          <w:p w14:paraId="6F8BCD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61.5</w:t>
            </w:r>
          </w:p>
        </w:tc>
        <w:tc>
          <w:tcPr>
            <w:tcW w:w="674" w:type="dxa"/>
            <w:noWrap/>
            <w:hideMark/>
          </w:tcPr>
          <w:p w14:paraId="614983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C483E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A9051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D9F6D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53.8</w:t>
            </w:r>
          </w:p>
        </w:tc>
        <w:tc>
          <w:tcPr>
            <w:tcW w:w="751" w:type="dxa"/>
            <w:noWrap/>
            <w:hideMark/>
          </w:tcPr>
          <w:p w14:paraId="1836F3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61.5</w:t>
            </w:r>
          </w:p>
        </w:tc>
        <w:tc>
          <w:tcPr>
            <w:tcW w:w="1008" w:type="dxa"/>
            <w:noWrap/>
            <w:hideMark/>
          </w:tcPr>
          <w:p w14:paraId="0F2D1D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0E342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9709F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0A142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5825A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4C7C3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1A0B64A" w14:textId="77777777" w:rsidTr="006750F2">
        <w:trPr>
          <w:trHeight w:val="280"/>
        </w:trPr>
        <w:tc>
          <w:tcPr>
            <w:tcW w:w="919" w:type="dxa"/>
            <w:noWrap/>
            <w:hideMark/>
          </w:tcPr>
          <w:p w14:paraId="48E8A19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Alteromonas</w:t>
            </w:r>
          </w:p>
        </w:tc>
        <w:tc>
          <w:tcPr>
            <w:tcW w:w="852" w:type="dxa"/>
            <w:noWrap/>
            <w:hideMark/>
          </w:tcPr>
          <w:p w14:paraId="1F8C09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A5C1A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w:t>
            </w:r>
          </w:p>
        </w:tc>
        <w:tc>
          <w:tcPr>
            <w:tcW w:w="768" w:type="dxa"/>
            <w:noWrap/>
            <w:hideMark/>
          </w:tcPr>
          <w:p w14:paraId="1A69B7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41.2</w:t>
            </w:r>
          </w:p>
        </w:tc>
        <w:tc>
          <w:tcPr>
            <w:tcW w:w="739" w:type="dxa"/>
            <w:noWrap/>
            <w:hideMark/>
          </w:tcPr>
          <w:p w14:paraId="64AD52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7.4</w:t>
            </w:r>
          </w:p>
        </w:tc>
        <w:tc>
          <w:tcPr>
            <w:tcW w:w="721" w:type="dxa"/>
            <w:noWrap/>
            <w:hideMark/>
          </w:tcPr>
          <w:p w14:paraId="684C0D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8B1B6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4ACFD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B8D8A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0092A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41.2</w:t>
            </w:r>
          </w:p>
        </w:tc>
        <w:tc>
          <w:tcPr>
            <w:tcW w:w="751" w:type="dxa"/>
            <w:noWrap/>
            <w:hideMark/>
          </w:tcPr>
          <w:p w14:paraId="5ABDA8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8FD4A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818F2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01144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183B3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48DFB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5EBC9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F3A474C" w14:textId="77777777" w:rsidTr="006750F2">
        <w:trPr>
          <w:trHeight w:val="280"/>
        </w:trPr>
        <w:tc>
          <w:tcPr>
            <w:tcW w:w="919" w:type="dxa"/>
            <w:noWrap/>
            <w:hideMark/>
          </w:tcPr>
          <w:p w14:paraId="5D7DFCF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Amphritea</w:t>
            </w:r>
          </w:p>
        </w:tc>
        <w:tc>
          <w:tcPr>
            <w:tcW w:w="852" w:type="dxa"/>
            <w:noWrap/>
            <w:hideMark/>
          </w:tcPr>
          <w:p w14:paraId="455E5F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083A9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65F8CD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52.4</w:t>
            </w:r>
          </w:p>
        </w:tc>
        <w:tc>
          <w:tcPr>
            <w:tcW w:w="739" w:type="dxa"/>
            <w:noWrap/>
            <w:hideMark/>
          </w:tcPr>
          <w:p w14:paraId="14E360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721" w:type="dxa"/>
            <w:noWrap/>
            <w:hideMark/>
          </w:tcPr>
          <w:p w14:paraId="71F181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674" w:type="dxa"/>
            <w:noWrap/>
            <w:hideMark/>
          </w:tcPr>
          <w:p w14:paraId="58FFE3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694" w:type="dxa"/>
            <w:noWrap/>
            <w:hideMark/>
          </w:tcPr>
          <w:p w14:paraId="6BCF62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E0E60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8A010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71.4</w:t>
            </w:r>
          </w:p>
        </w:tc>
        <w:tc>
          <w:tcPr>
            <w:tcW w:w="751" w:type="dxa"/>
            <w:noWrap/>
            <w:hideMark/>
          </w:tcPr>
          <w:p w14:paraId="0FA549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1008" w:type="dxa"/>
            <w:noWrap/>
            <w:hideMark/>
          </w:tcPr>
          <w:p w14:paraId="52EE6A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F7F5B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3E019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73B8D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2BD29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DF4B1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F7D0832" w14:textId="77777777" w:rsidTr="006750F2">
        <w:trPr>
          <w:trHeight w:val="280"/>
        </w:trPr>
        <w:tc>
          <w:tcPr>
            <w:tcW w:w="919" w:type="dxa"/>
            <w:noWrap/>
            <w:hideMark/>
          </w:tcPr>
          <w:p w14:paraId="59CE125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Anaerobiospirillum</w:t>
            </w:r>
          </w:p>
        </w:tc>
        <w:tc>
          <w:tcPr>
            <w:tcW w:w="852" w:type="dxa"/>
            <w:noWrap/>
            <w:hideMark/>
          </w:tcPr>
          <w:p w14:paraId="51A264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DF1AF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1BEF98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1BE86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532BB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6415F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50785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CA09A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8432B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3EBCF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89052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3C74B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FA5E4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A3145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F332E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99C62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CC04341" w14:textId="77777777" w:rsidTr="006750F2">
        <w:trPr>
          <w:trHeight w:val="280"/>
        </w:trPr>
        <w:tc>
          <w:tcPr>
            <w:tcW w:w="919" w:type="dxa"/>
            <w:noWrap/>
            <w:hideMark/>
          </w:tcPr>
          <w:p w14:paraId="3AB04B9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Aphodousia</w:t>
            </w:r>
          </w:p>
        </w:tc>
        <w:tc>
          <w:tcPr>
            <w:tcW w:w="852" w:type="dxa"/>
            <w:noWrap/>
            <w:hideMark/>
          </w:tcPr>
          <w:p w14:paraId="1851C3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3D8A7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79A6D3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FFB5C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92074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D2530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6B043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314A0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94FA9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029E8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2B692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13183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38E70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A81EE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25B9C7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32991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7A8422E" w14:textId="77777777" w:rsidTr="006750F2">
        <w:trPr>
          <w:trHeight w:val="280"/>
        </w:trPr>
        <w:tc>
          <w:tcPr>
            <w:tcW w:w="919" w:type="dxa"/>
            <w:noWrap/>
            <w:hideMark/>
          </w:tcPr>
          <w:p w14:paraId="06E0E75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Aquabacterium</w:t>
            </w:r>
          </w:p>
        </w:tc>
        <w:tc>
          <w:tcPr>
            <w:tcW w:w="852" w:type="dxa"/>
            <w:noWrap/>
            <w:hideMark/>
          </w:tcPr>
          <w:p w14:paraId="7D1796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CE61E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w:t>
            </w:r>
          </w:p>
        </w:tc>
        <w:tc>
          <w:tcPr>
            <w:tcW w:w="768" w:type="dxa"/>
            <w:noWrap/>
            <w:hideMark/>
          </w:tcPr>
          <w:p w14:paraId="7326C0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w:t>
            </w:r>
          </w:p>
        </w:tc>
        <w:tc>
          <w:tcPr>
            <w:tcW w:w="739" w:type="dxa"/>
            <w:noWrap/>
            <w:hideMark/>
          </w:tcPr>
          <w:p w14:paraId="30BD7B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w:t>
            </w:r>
          </w:p>
        </w:tc>
        <w:tc>
          <w:tcPr>
            <w:tcW w:w="721" w:type="dxa"/>
            <w:noWrap/>
            <w:hideMark/>
          </w:tcPr>
          <w:p w14:paraId="7027E6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674" w:type="dxa"/>
            <w:noWrap/>
            <w:hideMark/>
          </w:tcPr>
          <w:p w14:paraId="45B7A3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694" w:type="dxa"/>
            <w:noWrap/>
            <w:hideMark/>
          </w:tcPr>
          <w:p w14:paraId="30F6DF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9F83A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2EAC4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96.3</w:t>
            </w:r>
          </w:p>
        </w:tc>
        <w:tc>
          <w:tcPr>
            <w:tcW w:w="751" w:type="dxa"/>
            <w:noWrap/>
            <w:hideMark/>
          </w:tcPr>
          <w:p w14:paraId="5393AC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1008" w:type="dxa"/>
            <w:noWrap/>
            <w:hideMark/>
          </w:tcPr>
          <w:p w14:paraId="635CB3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66399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61217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F2760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4BD1A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59EC9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A9D0945" w14:textId="77777777" w:rsidTr="006750F2">
        <w:trPr>
          <w:trHeight w:val="280"/>
        </w:trPr>
        <w:tc>
          <w:tcPr>
            <w:tcW w:w="919" w:type="dxa"/>
            <w:noWrap/>
            <w:hideMark/>
          </w:tcPr>
          <w:p w14:paraId="2CFFAB8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Aquella</w:t>
            </w:r>
          </w:p>
        </w:tc>
        <w:tc>
          <w:tcPr>
            <w:tcW w:w="852" w:type="dxa"/>
            <w:noWrap/>
            <w:hideMark/>
          </w:tcPr>
          <w:p w14:paraId="6763A1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43393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79B27B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F2852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8FBA1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874B6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09555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C039B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1668B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61517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23F7B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87872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FBAD9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E275F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77A81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1D59A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82FCF8C" w14:textId="77777777" w:rsidTr="006750F2">
        <w:trPr>
          <w:trHeight w:val="280"/>
        </w:trPr>
        <w:tc>
          <w:tcPr>
            <w:tcW w:w="919" w:type="dxa"/>
            <w:noWrap/>
            <w:hideMark/>
          </w:tcPr>
          <w:p w14:paraId="457944A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Aquitalea</w:t>
            </w:r>
          </w:p>
        </w:tc>
        <w:tc>
          <w:tcPr>
            <w:tcW w:w="852" w:type="dxa"/>
            <w:noWrap/>
            <w:hideMark/>
          </w:tcPr>
          <w:p w14:paraId="584C8B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BA0A5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2D07F3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39" w:type="dxa"/>
            <w:noWrap/>
            <w:hideMark/>
          </w:tcPr>
          <w:p w14:paraId="25252F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721" w:type="dxa"/>
            <w:noWrap/>
            <w:hideMark/>
          </w:tcPr>
          <w:p w14:paraId="1EA2C7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74" w:type="dxa"/>
            <w:noWrap/>
            <w:hideMark/>
          </w:tcPr>
          <w:p w14:paraId="65C2E6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10EA6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A27EA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84EE2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51" w:type="dxa"/>
            <w:noWrap/>
            <w:hideMark/>
          </w:tcPr>
          <w:p w14:paraId="65587D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1008" w:type="dxa"/>
            <w:noWrap/>
            <w:hideMark/>
          </w:tcPr>
          <w:p w14:paraId="0ED1E0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4A03C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22C3C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6079D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D39CE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DC5CB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50D08218" w14:textId="77777777" w:rsidTr="006750F2">
        <w:trPr>
          <w:trHeight w:val="280"/>
        </w:trPr>
        <w:tc>
          <w:tcPr>
            <w:tcW w:w="919" w:type="dxa"/>
            <w:noWrap/>
            <w:hideMark/>
          </w:tcPr>
          <w:p w14:paraId="0D3A2CD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Arenicella</w:t>
            </w:r>
          </w:p>
        </w:tc>
        <w:tc>
          <w:tcPr>
            <w:tcW w:w="852" w:type="dxa"/>
            <w:noWrap/>
            <w:hideMark/>
          </w:tcPr>
          <w:p w14:paraId="0BD7EF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60DE9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0EB79E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69.2</w:t>
            </w:r>
          </w:p>
        </w:tc>
        <w:tc>
          <w:tcPr>
            <w:tcW w:w="739" w:type="dxa"/>
            <w:noWrap/>
            <w:hideMark/>
          </w:tcPr>
          <w:p w14:paraId="354EE3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721" w:type="dxa"/>
            <w:noWrap/>
            <w:hideMark/>
          </w:tcPr>
          <w:p w14:paraId="2E882B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674" w:type="dxa"/>
            <w:noWrap/>
            <w:hideMark/>
          </w:tcPr>
          <w:p w14:paraId="38F285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AF215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440DF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7D38A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69.2</w:t>
            </w:r>
          </w:p>
        </w:tc>
        <w:tc>
          <w:tcPr>
            <w:tcW w:w="751" w:type="dxa"/>
            <w:noWrap/>
            <w:hideMark/>
          </w:tcPr>
          <w:p w14:paraId="5983CF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1008" w:type="dxa"/>
            <w:noWrap/>
            <w:hideMark/>
          </w:tcPr>
          <w:p w14:paraId="30B496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B01DB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15348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311BD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A8E98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B798A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6D5E6C5" w14:textId="77777777" w:rsidTr="006750F2">
        <w:trPr>
          <w:trHeight w:val="280"/>
        </w:trPr>
        <w:tc>
          <w:tcPr>
            <w:tcW w:w="919" w:type="dxa"/>
            <w:noWrap/>
            <w:hideMark/>
          </w:tcPr>
          <w:p w14:paraId="6A1BB5B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Arenimonas</w:t>
            </w:r>
          </w:p>
        </w:tc>
        <w:tc>
          <w:tcPr>
            <w:tcW w:w="852" w:type="dxa"/>
            <w:noWrap/>
            <w:hideMark/>
          </w:tcPr>
          <w:p w14:paraId="44166B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B3412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68" w:type="dxa"/>
            <w:noWrap/>
            <w:hideMark/>
          </w:tcPr>
          <w:p w14:paraId="07C28B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D605B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721" w:type="dxa"/>
            <w:noWrap/>
            <w:hideMark/>
          </w:tcPr>
          <w:p w14:paraId="04A19B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74" w:type="dxa"/>
            <w:noWrap/>
            <w:hideMark/>
          </w:tcPr>
          <w:p w14:paraId="46E9A5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C6DDE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E0775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F3AF0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32939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1008" w:type="dxa"/>
            <w:noWrap/>
            <w:hideMark/>
          </w:tcPr>
          <w:p w14:paraId="5F85B1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26FFFA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54826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C02DF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54320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B5068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68BA8139" w14:textId="77777777" w:rsidTr="006750F2">
        <w:trPr>
          <w:trHeight w:val="280"/>
        </w:trPr>
        <w:tc>
          <w:tcPr>
            <w:tcW w:w="919" w:type="dxa"/>
            <w:noWrap/>
            <w:hideMark/>
          </w:tcPr>
          <w:p w14:paraId="370306E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Aromatoleum</w:t>
            </w:r>
          </w:p>
        </w:tc>
        <w:tc>
          <w:tcPr>
            <w:tcW w:w="852" w:type="dxa"/>
            <w:noWrap/>
            <w:hideMark/>
          </w:tcPr>
          <w:p w14:paraId="0A2BD4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E835E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20C7A3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739" w:type="dxa"/>
            <w:noWrap/>
            <w:hideMark/>
          </w:tcPr>
          <w:p w14:paraId="25DB02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5DEAFA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74" w:type="dxa"/>
            <w:noWrap/>
            <w:hideMark/>
          </w:tcPr>
          <w:p w14:paraId="1A97EB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55.6</w:t>
            </w:r>
          </w:p>
        </w:tc>
        <w:tc>
          <w:tcPr>
            <w:tcW w:w="694" w:type="dxa"/>
            <w:noWrap/>
            <w:hideMark/>
          </w:tcPr>
          <w:p w14:paraId="514268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BBB06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0E592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122.2</w:t>
            </w:r>
          </w:p>
        </w:tc>
        <w:tc>
          <w:tcPr>
            <w:tcW w:w="751" w:type="dxa"/>
            <w:noWrap/>
            <w:hideMark/>
          </w:tcPr>
          <w:p w14:paraId="122298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1008" w:type="dxa"/>
            <w:noWrap/>
            <w:hideMark/>
          </w:tcPr>
          <w:p w14:paraId="544A1A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9FA73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81C2E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C35DB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9268E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72A9C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299DF70A" w14:textId="77777777" w:rsidTr="006750F2">
        <w:trPr>
          <w:trHeight w:val="280"/>
        </w:trPr>
        <w:tc>
          <w:tcPr>
            <w:tcW w:w="919" w:type="dxa"/>
            <w:noWrap/>
            <w:hideMark/>
          </w:tcPr>
          <w:p w14:paraId="55FC465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Avibacterium</w:t>
            </w:r>
          </w:p>
        </w:tc>
        <w:tc>
          <w:tcPr>
            <w:tcW w:w="852" w:type="dxa"/>
            <w:noWrap/>
            <w:hideMark/>
          </w:tcPr>
          <w:p w14:paraId="4A2361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A56D8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00C7F0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15AFD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6AC02D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74" w:type="dxa"/>
            <w:noWrap/>
            <w:hideMark/>
          </w:tcPr>
          <w:p w14:paraId="69A344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78039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D1D7E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909" w:type="dxa"/>
            <w:noWrap/>
            <w:hideMark/>
          </w:tcPr>
          <w:p w14:paraId="7F91E0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751" w:type="dxa"/>
            <w:noWrap/>
            <w:hideMark/>
          </w:tcPr>
          <w:p w14:paraId="1A5F9C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1008" w:type="dxa"/>
            <w:noWrap/>
            <w:hideMark/>
          </w:tcPr>
          <w:p w14:paraId="6112CE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993ED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B16CA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45738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11D89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53627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46E21AD5" w14:textId="77777777" w:rsidTr="006750F2">
        <w:trPr>
          <w:trHeight w:val="280"/>
        </w:trPr>
        <w:tc>
          <w:tcPr>
            <w:tcW w:w="919" w:type="dxa"/>
            <w:noWrap/>
            <w:hideMark/>
          </w:tcPr>
          <w:p w14:paraId="2C1AFB8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Azonexus</w:t>
            </w:r>
          </w:p>
        </w:tc>
        <w:tc>
          <w:tcPr>
            <w:tcW w:w="852" w:type="dxa"/>
            <w:noWrap/>
            <w:hideMark/>
          </w:tcPr>
          <w:p w14:paraId="223002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6E437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768" w:type="dxa"/>
            <w:noWrap/>
            <w:hideMark/>
          </w:tcPr>
          <w:p w14:paraId="1C29D6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59.2</w:t>
            </w:r>
          </w:p>
        </w:tc>
        <w:tc>
          <w:tcPr>
            <w:tcW w:w="739" w:type="dxa"/>
            <w:noWrap/>
            <w:hideMark/>
          </w:tcPr>
          <w:p w14:paraId="0C148E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0BAFBD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70.4</w:t>
            </w:r>
          </w:p>
        </w:tc>
        <w:tc>
          <w:tcPr>
            <w:tcW w:w="674" w:type="dxa"/>
            <w:noWrap/>
            <w:hideMark/>
          </w:tcPr>
          <w:p w14:paraId="6FF964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w:t>
            </w:r>
          </w:p>
        </w:tc>
        <w:tc>
          <w:tcPr>
            <w:tcW w:w="694" w:type="dxa"/>
            <w:noWrap/>
            <w:hideMark/>
          </w:tcPr>
          <w:p w14:paraId="4D9642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892D1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38C11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121.1</w:t>
            </w:r>
          </w:p>
        </w:tc>
        <w:tc>
          <w:tcPr>
            <w:tcW w:w="751" w:type="dxa"/>
            <w:noWrap/>
            <w:hideMark/>
          </w:tcPr>
          <w:p w14:paraId="3F812E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70.4</w:t>
            </w:r>
          </w:p>
        </w:tc>
        <w:tc>
          <w:tcPr>
            <w:tcW w:w="1008" w:type="dxa"/>
            <w:noWrap/>
            <w:hideMark/>
          </w:tcPr>
          <w:p w14:paraId="59DA7D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E0946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4DD19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1369A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46C422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D7BF1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4B3577B4" w14:textId="77777777" w:rsidTr="006750F2">
        <w:trPr>
          <w:trHeight w:val="280"/>
        </w:trPr>
        <w:tc>
          <w:tcPr>
            <w:tcW w:w="919" w:type="dxa"/>
            <w:noWrap/>
            <w:hideMark/>
          </w:tcPr>
          <w:p w14:paraId="6B2C326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Azovibrio</w:t>
            </w:r>
          </w:p>
        </w:tc>
        <w:tc>
          <w:tcPr>
            <w:tcW w:w="852" w:type="dxa"/>
            <w:noWrap/>
            <w:hideMark/>
          </w:tcPr>
          <w:p w14:paraId="199739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97DC6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4947C2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39" w:type="dxa"/>
            <w:noWrap/>
            <w:hideMark/>
          </w:tcPr>
          <w:p w14:paraId="60FBE7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21" w:type="dxa"/>
            <w:noWrap/>
            <w:hideMark/>
          </w:tcPr>
          <w:p w14:paraId="3AF01A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674" w:type="dxa"/>
            <w:noWrap/>
            <w:hideMark/>
          </w:tcPr>
          <w:p w14:paraId="282B91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694" w:type="dxa"/>
            <w:noWrap/>
            <w:hideMark/>
          </w:tcPr>
          <w:p w14:paraId="2A7C47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CD8CB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412C6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51" w:type="dxa"/>
            <w:noWrap/>
            <w:hideMark/>
          </w:tcPr>
          <w:p w14:paraId="7F53A4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1008" w:type="dxa"/>
            <w:noWrap/>
            <w:hideMark/>
          </w:tcPr>
          <w:p w14:paraId="46C7BB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7613D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884BA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6FB2D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D1839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56E80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CDCA118" w14:textId="77777777" w:rsidTr="006750F2">
        <w:trPr>
          <w:trHeight w:val="280"/>
        </w:trPr>
        <w:tc>
          <w:tcPr>
            <w:tcW w:w="919" w:type="dxa"/>
            <w:noWrap/>
            <w:hideMark/>
          </w:tcPr>
          <w:p w14:paraId="5D3E23C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BACL14</w:t>
            </w:r>
          </w:p>
        </w:tc>
        <w:tc>
          <w:tcPr>
            <w:tcW w:w="852" w:type="dxa"/>
            <w:noWrap/>
            <w:hideMark/>
          </w:tcPr>
          <w:p w14:paraId="33F099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04B68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57FCD5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989F4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C67BA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27188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88E17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E1905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0ED58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C6543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3ECCD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EA767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74459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41E6C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E433F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4F3ED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BC877B0" w14:textId="77777777" w:rsidTr="006750F2">
        <w:trPr>
          <w:trHeight w:val="280"/>
        </w:trPr>
        <w:tc>
          <w:tcPr>
            <w:tcW w:w="919" w:type="dxa"/>
            <w:noWrap/>
            <w:hideMark/>
          </w:tcPr>
          <w:p w14:paraId="771CDF9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Basfia</w:t>
            </w:r>
          </w:p>
        </w:tc>
        <w:tc>
          <w:tcPr>
            <w:tcW w:w="852" w:type="dxa"/>
            <w:noWrap/>
            <w:hideMark/>
          </w:tcPr>
          <w:p w14:paraId="29BACE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E841C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2D46C6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F29A3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92.3</w:t>
            </w:r>
          </w:p>
        </w:tc>
        <w:tc>
          <w:tcPr>
            <w:tcW w:w="721" w:type="dxa"/>
            <w:noWrap/>
            <w:hideMark/>
          </w:tcPr>
          <w:p w14:paraId="4B7B65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74" w:type="dxa"/>
            <w:noWrap/>
            <w:hideMark/>
          </w:tcPr>
          <w:p w14:paraId="57F293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01857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0DEA2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909" w:type="dxa"/>
            <w:noWrap/>
            <w:hideMark/>
          </w:tcPr>
          <w:p w14:paraId="480FC1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51" w:type="dxa"/>
            <w:noWrap/>
            <w:hideMark/>
          </w:tcPr>
          <w:p w14:paraId="1F7220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1008" w:type="dxa"/>
            <w:noWrap/>
            <w:hideMark/>
          </w:tcPr>
          <w:p w14:paraId="786803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96B13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BE494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B235A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66267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82558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7729615B" w14:textId="77777777" w:rsidTr="006750F2">
        <w:trPr>
          <w:trHeight w:val="280"/>
        </w:trPr>
        <w:tc>
          <w:tcPr>
            <w:tcW w:w="919" w:type="dxa"/>
            <w:noWrap/>
            <w:hideMark/>
          </w:tcPr>
          <w:p w14:paraId="44A4584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Billgrantia</w:t>
            </w:r>
          </w:p>
        </w:tc>
        <w:tc>
          <w:tcPr>
            <w:tcW w:w="852" w:type="dxa"/>
            <w:noWrap/>
            <w:hideMark/>
          </w:tcPr>
          <w:p w14:paraId="6FDC79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81EF9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768" w:type="dxa"/>
            <w:noWrap/>
            <w:hideMark/>
          </w:tcPr>
          <w:p w14:paraId="575CEE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42.9</w:t>
            </w:r>
          </w:p>
        </w:tc>
        <w:tc>
          <w:tcPr>
            <w:tcW w:w="739" w:type="dxa"/>
            <w:noWrap/>
            <w:hideMark/>
          </w:tcPr>
          <w:p w14:paraId="2336E5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96.4</w:t>
            </w:r>
          </w:p>
        </w:tc>
        <w:tc>
          <w:tcPr>
            <w:tcW w:w="721" w:type="dxa"/>
            <w:noWrap/>
            <w:hideMark/>
          </w:tcPr>
          <w:p w14:paraId="0C1E2E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96.4</w:t>
            </w:r>
          </w:p>
        </w:tc>
        <w:tc>
          <w:tcPr>
            <w:tcW w:w="674" w:type="dxa"/>
            <w:noWrap/>
            <w:hideMark/>
          </w:tcPr>
          <w:p w14:paraId="7CEC9F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694" w:type="dxa"/>
            <w:noWrap/>
            <w:hideMark/>
          </w:tcPr>
          <w:p w14:paraId="1C9FA3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3511C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9CBBF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46.4</w:t>
            </w:r>
          </w:p>
        </w:tc>
        <w:tc>
          <w:tcPr>
            <w:tcW w:w="751" w:type="dxa"/>
            <w:noWrap/>
            <w:hideMark/>
          </w:tcPr>
          <w:p w14:paraId="289137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96.4</w:t>
            </w:r>
          </w:p>
        </w:tc>
        <w:tc>
          <w:tcPr>
            <w:tcW w:w="1008" w:type="dxa"/>
            <w:noWrap/>
            <w:hideMark/>
          </w:tcPr>
          <w:p w14:paraId="661D87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5EADC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E190B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1EDB0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691F1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7E354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55E64712" w14:textId="77777777" w:rsidTr="006750F2">
        <w:trPr>
          <w:trHeight w:val="280"/>
        </w:trPr>
        <w:tc>
          <w:tcPr>
            <w:tcW w:w="919" w:type="dxa"/>
            <w:noWrap/>
            <w:hideMark/>
          </w:tcPr>
          <w:p w14:paraId="0988E8E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Blochmannia</w:t>
            </w:r>
          </w:p>
        </w:tc>
        <w:tc>
          <w:tcPr>
            <w:tcW w:w="852" w:type="dxa"/>
            <w:noWrap/>
            <w:hideMark/>
          </w:tcPr>
          <w:p w14:paraId="645ACD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A8269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481BD0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E07BA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98084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25536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A164E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4C455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AFF93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9D84B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9CF42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F34A9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26561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661BE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ED286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D7829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FD7403A" w14:textId="77777777" w:rsidTr="006750F2">
        <w:trPr>
          <w:trHeight w:val="280"/>
        </w:trPr>
        <w:tc>
          <w:tcPr>
            <w:tcW w:w="919" w:type="dxa"/>
            <w:noWrap/>
            <w:hideMark/>
          </w:tcPr>
          <w:p w14:paraId="7E4170B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Bog-1198</w:t>
            </w:r>
          </w:p>
        </w:tc>
        <w:tc>
          <w:tcPr>
            <w:tcW w:w="852" w:type="dxa"/>
            <w:noWrap/>
            <w:hideMark/>
          </w:tcPr>
          <w:p w14:paraId="2F8D8A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3FB94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456C9D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15.8</w:t>
            </w:r>
          </w:p>
        </w:tc>
        <w:tc>
          <w:tcPr>
            <w:tcW w:w="739" w:type="dxa"/>
            <w:noWrap/>
            <w:hideMark/>
          </w:tcPr>
          <w:p w14:paraId="72D106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10.5</w:t>
            </w:r>
          </w:p>
        </w:tc>
        <w:tc>
          <w:tcPr>
            <w:tcW w:w="721" w:type="dxa"/>
            <w:noWrap/>
            <w:hideMark/>
          </w:tcPr>
          <w:p w14:paraId="57F76C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10.5</w:t>
            </w:r>
          </w:p>
        </w:tc>
        <w:tc>
          <w:tcPr>
            <w:tcW w:w="674" w:type="dxa"/>
            <w:noWrap/>
            <w:hideMark/>
          </w:tcPr>
          <w:p w14:paraId="49FE14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37597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13CF8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B068F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15.8</w:t>
            </w:r>
          </w:p>
        </w:tc>
        <w:tc>
          <w:tcPr>
            <w:tcW w:w="751" w:type="dxa"/>
            <w:noWrap/>
            <w:hideMark/>
          </w:tcPr>
          <w:p w14:paraId="25C4B8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10.5</w:t>
            </w:r>
          </w:p>
        </w:tc>
        <w:tc>
          <w:tcPr>
            <w:tcW w:w="1008" w:type="dxa"/>
            <w:noWrap/>
            <w:hideMark/>
          </w:tcPr>
          <w:p w14:paraId="06EE74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4FC46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D2502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FED47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CED8A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FF547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DF7ECE2" w14:textId="77777777" w:rsidTr="006750F2">
        <w:trPr>
          <w:trHeight w:val="280"/>
        </w:trPr>
        <w:tc>
          <w:tcPr>
            <w:tcW w:w="919" w:type="dxa"/>
            <w:noWrap/>
            <w:hideMark/>
          </w:tcPr>
          <w:p w14:paraId="3FC7B4F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Bordetella</w:t>
            </w:r>
          </w:p>
        </w:tc>
        <w:tc>
          <w:tcPr>
            <w:tcW w:w="852" w:type="dxa"/>
            <w:noWrap/>
            <w:hideMark/>
          </w:tcPr>
          <w:p w14:paraId="6B75E4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4C0B0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768" w:type="dxa"/>
            <w:noWrap/>
            <w:hideMark/>
          </w:tcPr>
          <w:p w14:paraId="0F4D6E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13.3</w:t>
            </w:r>
          </w:p>
        </w:tc>
        <w:tc>
          <w:tcPr>
            <w:tcW w:w="739" w:type="dxa"/>
            <w:noWrap/>
            <w:hideMark/>
          </w:tcPr>
          <w:p w14:paraId="289E36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44.4</w:t>
            </w:r>
          </w:p>
        </w:tc>
        <w:tc>
          <w:tcPr>
            <w:tcW w:w="721" w:type="dxa"/>
            <w:noWrap/>
            <w:hideMark/>
          </w:tcPr>
          <w:p w14:paraId="58A957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15.6</w:t>
            </w:r>
          </w:p>
        </w:tc>
        <w:tc>
          <w:tcPr>
            <w:tcW w:w="674" w:type="dxa"/>
            <w:noWrap/>
            <w:hideMark/>
          </w:tcPr>
          <w:p w14:paraId="73803B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980CF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D93F6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05B99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13.3</w:t>
            </w:r>
          </w:p>
        </w:tc>
        <w:tc>
          <w:tcPr>
            <w:tcW w:w="751" w:type="dxa"/>
            <w:noWrap/>
            <w:hideMark/>
          </w:tcPr>
          <w:p w14:paraId="450A3A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15.6</w:t>
            </w:r>
          </w:p>
        </w:tc>
        <w:tc>
          <w:tcPr>
            <w:tcW w:w="1008" w:type="dxa"/>
            <w:noWrap/>
            <w:hideMark/>
          </w:tcPr>
          <w:p w14:paraId="3478A0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29F65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7FD85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3F098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02657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9FA2F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3DD6616" w14:textId="77777777" w:rsidTr="006750F2">
        <w:trPr>
          <w:trHeight w:val="280"/>
        </w:trPr>
        <w:tc>
          <w:tcPr>
            <w:tcW w:w="919" w:type="dxa"/>
            <w:noWrap/>
            <w:hideMark/>
          </w:tcPr>
          <w:p w14:paraId="3B477BB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Brenneria</w:t>
            </w:r>
          </w:p>
        </w:tc>
        <w:tc>
          <w:tcPr>
            <w:tcW w:w="852" w:type="dxa"/>
            <w:noWrap/>
            <w:hideMark/>
          </w:tcPr>
          <w:p w14:paraId="4062A8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3F186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03CA5C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31.2</w:t>
            </w:r>
          </w:p>
        </w:tc>
        <w:tc>
          <w:tcPr>
            <w:tcW w:w="739" w:type="dxa"/>
            <w:noWrap/>
            <w:hideMark/>
          </w:tcPr>
          <w:p w14:paraId="05476B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00075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CA43A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94" w:type="dxa"/>
            <w:noWrap/>
            <w:hideMark/>
          </w:tcPr>
          <w:p w14:paraId="53724F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35461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73F1A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131.2</w:t>
            </w:r>
          </w:p>
        </w:tc>
        <w:tc>
          <w:tcPr>
            <w:tcW w:w="751" w:type="dxa"/>
            <w:noWrap/>
            <w:hideMark/>
          </w:tcPr>
          <w:p w14:paraId="0AF3C4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4BF71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F65C1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DAC43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4B98F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DB140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40F23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0CA7394" w14:textId="77777777" w:rsidTr="006750F2">
        <w:trPr>
          <w:trHeight w:val="280"/>
        </w:trPr>
        <w:tc>
          <w:tcPr>
            <w:tcW w:w="919" w:type="dxa"/>
            <w:noWrap/>
            <w:hideMark/>
          </w:tcPr>
          <w:p w14:paraId="2FA2221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Buchnera</w:t>
            </w:r>
          </w:p>
        </w:tc>
        <w:tc>
          <w:tcPr>
            <w:tcW w:w="852" w:type="dxa"/>
            <w:noWrap/>
            <w:hideMark/>
          </w:tcPr>
          <w:p w14:paraId="7A0202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A2E78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w:t>
            </w:r>
          </w:p>
        </w:tc>
        <w:tc>
          <w:tcPr>
            <w:tcW w:w="768" w:type="dxa"/>
            <w:noWrap/>
            <w:hideMark/>
          </w:tcPr>
          <w:p w14:paraId="23BF66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0D3F0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DB06C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43A43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A3A1D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28D23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B9818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4E844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DA316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49F49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DCB1D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42A64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967A5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83FC0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80D0884" w14:textId="77777777" w:rsidTr="006750F2">
        <w:trPr>
          <w:trHeight w:val="280"/>
        </w:trPr>
        <w:tc>
          <w:tcPr>
            <w:tcW w:w="919" w:type="dxa"/>
            <w:noWrap/>
            <w:hideMark/>
          </w:tcPr>
          <w:p w14:paraId="01C0E1D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Burkholderia</w:t>
            </w:r>
          </w:p>
        </w:tc>
        <w:tc>
          <w:tcPr>
            <w:tcW w:w="852" w:type="dxa"/>
            <w:noWrap/>
            <w:hideMark/>
          </w:tcPr>
          <w:p w14:paraId="5FA5A0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01481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121</w:t>
            </w:r>
          </w:p>
        </w:tc>
        <w:tc>
          <w:tcPr>
            <w:tcW w:w="768" w:type="dxa"/>
            <w:noWrap/>
            <w:hideMark/>
          </w:tcPr>
          <w:p w14:paraId="5DB7F7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58.7</w:t>
            </w:r>
          </w:p>
        </w:tc>
        <w:tc>
          <w:tcPr>
            <w:tcW w:w="739" w:type="dxa"/>
            <w:noWrap/>
            <w:hideMark/>
          </w:tcPr>
          <w:p w14:paraId="75A806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48.8</w:t>
            </w:r>
          </w:p>
        </w:tc>
        <w:tc>
          <w:tcPr>
            <w:tcW w:w="721" w:type="dxa"/>
            <w:noWrap/>
            <w:hideMark/>
          </w:tcPr>
          <w:p w14:paraId="4A0935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12.4</w:t>
            </w:r>
          </w:p>
        </w:tc>
        <w:tc>
          <w:tcPr>
            <w:tcW w:w="674" w:type="dxa"/>
            <w:noWrap/>
            <w:hideMark/>
          </w:tcPr>
          <w:p w14:paraId="5E653B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694" w:type="dxa"/>
            <w:noWrap/>
            <w:hideMark/>
          </w:tcPr>
          <w:p w14:paraId="6CA794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3F43E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BFB94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w:t>
            </w:r>
          </w:p>
        </w:tc>
        <w:tc>
          <w:tcPr>
            <w:tcW w:w="751" w:type="dxa"/>
            <w:noWrap/>
            <w:hideMark/>
          </w:tcPr>
          <w:p w14:paraId="7D7A72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12.4</w:t>
            </w:r>
          </w:p>
        </w:tc>
        <w:tc>
          <w:tcPr>
            <w:tcW w:w="1008" w:type="dxa"/>
            <w:noWrap/>
            <w:hideMark/>
          </w:tcPr>
          <w:p w14:paraId="5D76C6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0B84A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9213D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7B369C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92B6B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1BA6D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9917C4F" w14:textId="77777777" w:rsidTr="006750F2">
        <w:trPr>
          <w:trHeight w:val="280"/>
        </w:trPr>
        <w:tc>
          <w:tcPr>
            <w:tcW w:w="919" w:type="dxa"/>
            <w:noWrap/>
            <w:hideMark/>
          </w:tcPr>
          <w:p w14:paraId="670C84E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Buttiauxella</w:t>
            </w:r>
          </w:p>
        </w:tc>
        <w:tc>
          <w:tcPr>
            <w:tcW w:w="852" w:type="dxa"/>
            <w:noWrap/>
            <w:hideMark/>
          </w:tcPr>
          <w:p w14:paraId="66542A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5FBB9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650327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58.3</w:t>
            </w:r>
          </w:p>
        </w:tc>
        <w:tc>
          <w:tcPr>
            <w:tcW w:w="739" w:type="dxa"/>
            <w:noWrap/>
            <w:hideMark/>
          </w:tcPr>
          <w:p w14:paraId="450ACB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4A2B9D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633A3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60238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E2D5C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909" w:type="dxa"/>
            <w:noWrap/>
            <w:hideMark/>
          </w:tcPr>
          <w:p w14:paraId="4D3839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751" w:type="dxa"/>
            <w:noWrap/>
            <w:hideMark/>
          </w:tcPr>
          <w:p w14:paraId="0111E6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6CC39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3B62B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EACC9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5B389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3A3FD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53ABD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B6C14F4" w14:textId="77777777" w:rsidTr="006750F2">
        <w:trPr>
          <w:trHeight w:val="280"/>
        </w:trPr>
        <w:tc>
          <w:tcPr>
            <w:tcW w:w="919" w:type="dxa"/>
            <w:noWrap/>
            <w:hideMark/>
          </w:tcPr>
          <w:p w14:paraId="2D5A93B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Caballeronia</w:t>
            </w:r>
          </w:p>
        </w:tc>
        <w:tc>
          <w:tcPr>
            <w:tcW w:w="852" w:type="dxa"/>
            <w:noWrap/>
            <w:hideMark/>
          </w:tcPr>
          <w:p w14:paraId="06E132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85308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51</w:t>
            </w:r>
          </w:p>
        </w:tc>
        <w:tc>
          <w:tcPr>
            <w:tcW w:w="768" w:type="dxa"/>
            <w:noWrap/>
            <w:hideMark/>
          </w:tcPr>
          <w:p w14:paraId="7485FB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58.8</w:t>
            </w:r>
          </w:p>
        </w:tc>
        <w:tc>
          <w:tcPr>
            <w:tcW w:w="739" w:type="dxa"/>
            <w:noWrap/>
            <w:hideMark/>
          </w:tcPr>
          <w:p w14:paraId="531941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721" w:type="dxa"/>
            <w:noWrap/>
            <w:hideMark/>
          </w:tcPr>
          <w:p w14:paraId="0AE968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76A3D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1BDEB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DFD2F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51FB3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58.8</w:t>
            </w:r>
          </w:p>
        </w:tc>
        <w:tc>
          <w:tcPr>
            <w:tcW w:w="751" w:type="dxa"/>
            <w:noWrap/>
            <w:hideMark/>
          </w:tcPr>
          <w:p w14:paraId="4C3DBD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7AB4B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18F19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9D32A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50614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3543FC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C34AA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1949893" w14:textId="77777777" w:rsidTr="006750F2">
        <w:trPr>
          <w:trHeight w:val="280"/>
        </w:trPr>
        <w:tc>
          <w:tcPr>
            <w:tcW w:w="919" w:type="dxa"/>
            <w:noWrap/>
            <w:hideMark/>
          </w:tcPr>
          <w:p w14:paraId="5C6CADE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Caldimonas</w:t>
            </w:r>
          </w:p>
        </w:tc>
        <w:tc>
          <w:tcPr>
            <w:tcW w:w="852" w:type="dxa"/>
            <w:noWrap/>
            <w:hideMark/>
          </w:tcPr>
          <w:p w14:paraId="505777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68C0B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059B3A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53.3</w:t>
            </w:r>
          </w:p>
        </w:tc>
        <w:tc>
          <w:tcPr>
            <w:tcW w:w="739" w:type="dxa"/>
            <w:noWrap/>
            <w:hideMark/>
          </w:tcPr>
          <w:p w14:paraId="2F1B83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46.7</w:t>
            </w:r>
          </w:p>
        </w:tc>
        <w:tc>
          <w:tcPr>
            <w:tcW w:w="721" w:type="dxa"/>
            <w:noWrap/>
            <w:hideMark/>
          </w:tcPr>
          <w:p w14:paraId="4D83B9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674" w:type="dxa"/>
            <w:noWrap/>
            <w:hideMark/>
          </w:tcPr>
          <w:p w14:paraId="517501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694" w:type="dxa"/>
            <w:noWrap/>
            <w:hideMark/>
          </w:tcPr>
          <w:p w14:paraId="10B50B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C7819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6732A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51" w:type="dxa"/>
            <w:noWrap/>
            <w:hideMark/>
          </w:tcPr>
          <w:p w14:paraId="3B42D4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1008" w:type="dxa"/>
            <w:noWrap/>
            <w:hideMark/>
          </w:tcPr>
          <w:p w14:paraId="0DD4F1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D47E7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A96F2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BE9F9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A118A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DF1D5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B07D1B7" w14:textId="77777777" w:rsidTr="006750F2">
        <w:trPr>
          <w:trHeight w:val="280"/>
        </w:trPr>
        <w:tc>
          <w:tcPr>
            <w:tcW w:w="919" w:type="dxa"/>
            <w:noWrap/>
            <w:hideMark/>
          </w:tcPr>
          <w:p w14:paraId="4CAE162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Casimicrobium</w:t>
            </w:r>
          </w:p>
        </w:tc>
        <w:tc>
          <w:tcPr>
            <w:tcW w:w="852" w:type="dxa"/>
            <w:noWrap/>
            <w:hideMark/>
          </w:tcPr>
          <w:p w14:paraId="4D9556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5242F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082D51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739" w:type="dxa"/>
            <w:noWrap/>
            <w:hideMark/>
          </w:tcPr>
          <w:p w14:paraId="4D9C5E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21" w:type="dxa"/>
            <w:noWrap/>
            <w:hideMark/>
          </w:tcPr>
          <w:p w14:paraId="02D904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674" w:type="dxa"/>
            <w:noWrap/>
            <w:hideMark/>
          </w:tcPr>
          <w:p w14:paraId="5A7F82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8CBFF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52315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DEC73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751" w:type="dxa"/>
            <w:noWrap/>
            <w:hideMark/>
          </w:tcPr>
          <w:p w14:paraId="531DFA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1008" w:type="dxa"/>
            <w:noWrap/>
            <w:hideMark/>
          </w:tcPr>
          <w:p w14:paraId="4026A8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6152E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5A8D2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89531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E959A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C552F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B2B169F" w14:textId="77777777" w:rsidTr="006750F2">
        <w:trPr>
          <w:trHeight w:val="280"/>
        </w:trPr>
        <w:tc>
          <w:tcPr>
            <w:tcW w:w="919" w:type="dxa"/>
            <w:noWrap/>
            <w:hideMark/>
          </w:tcPr>
          <w:p w14:paraId="560530C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Castellaniella</w:t>
            </w:r>
          </w:p>
        </w:tc>
        <w:tc>
          <w:tcPr>
            <w:tcW w:w="852" w:type="dxa"/>
            <w:noWrap/>
            <w:hideMark/>
          </w:tcPr>
          <w:p w14:paraId="202CE6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5A151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48D2A5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41C98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721" w:type="dxa"/>
            <w:noWrap/>
            <w:hideMark/>
          </w:tcPr>
          <w:p w14:paraId="68098C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74" w:type="dxa"/>
            <w:noWrap/>
            <w:hideMark/>
          </w:tcPr>
          <w:p w14:paraId="516CF9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CB75A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10A64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6C271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C83DB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1008" w:type="dxa"/>
            <w:noWrap/>
            <w:hideMark/>
          </w:tcPr>
          <w:p w14:paraId="198B4C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100CB9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33408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0E2DB9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B3BB2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C3011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42CEE245" w14:textId="77777777" w:rsidTr="006750F2">
        <w:trPr>
          <w:trHeight w:val="280"/>
        </w:trPr>
        <w:tc>
          <w:tcPr>
            <w:tcW w:w="919" w:type="dxa"/>
            <w:noWrap/>
            <w:hideMark/>
          </w:tcPr>
          <w:p w14:paraId="2F0F8D7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Cedecea</w:t>
            </w:r>
          </w:p>
        </w:tc>
        <w:tc>
          <w:tcPr>
            <w:tcW w:w="852" w:type="dxa"/>
            <w:noWrap/>
            <w:hideMark/>
          </w:tcPr>
          <w:p w14:paraId="02B378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A26B2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79A3F4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39" w:type="dxa"/>
            <w:noWrap/>
            <w:hideMark/>
          </w:tcPr>
          <w:p w14:paraId="21D842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006C52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6A528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9146A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F3B17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8F980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51" w:type="dxa"/>
            <w:noWrap/>
            <w:hideMark/>
          </w:tcPr>
          <w:p w14:paraId="76B9CF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14F8B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3A6DC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3660D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D12F4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B3F49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5FC80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567B2C8" w14:textId="77777777" w:rsidTr="006750F2">
        <w:trPr>
          <w:trHeight w:val="280"/>
        </w:trPr>
        <w:tc>
          <w:tcPr>
            <w:tcW w:w="919" w:type="dxa"/>
            <w:noWrap/>
            <w:hideMark/>
          </w:tcPr>
          <w:p w14:paraId="15CB3E5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Cellvibrio</w:t>
            </w:r>
          </w:p>
        </w:tc>
        <w:tc>
          <w:tcPr>
            <w:tcW w:w="852" w:type="dxa"/>
            <w:noWrap/>
            <w:hideMark/>
          </w:tcPr>
          <w:p w14:paraId="31228D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5A227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768" w:type="dxa"/>
            <w:noWrap/>
            <w:hideMark/>
          </w:tcPr>
          <w:p w14:paraId="08CE50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739" w:type="dxa"/>
            <w:noWrap/>
            <w:hideMark/>
          </w:tcPr>
          <w:p w14:paraId="6DE278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42.9</w:t>
            </w:r>
          </w:p>
        </w:tc>
        <w:tc>
          <w:tcPr>
            <w:tcW w:w="721" w:type="dxa"/>
            <w:noWrap/>
            <w:hideMark/>
          </w:tcPr>
          <w:p w14:paraId="2426C5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21.4</w:t>
            </w:r>
          </w:p>
        </w:tc>
        <w:tc>
          <w:tcPr>
            <w:tcW w:w="674" w:type="dxa"/>
            <w:noWrap/>
            <w:hideMark/>
          </w:tcPr>
          <w:p w14:paraId="7E73BF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9772F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C56A6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333D8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751" w:type="dxa"/>
            <w:noWrap/>
            <w:hideMark/>
          </w:tcPr>
          <w:p w14:paraId="46FB55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21.4</w:t>
            </w:r>
          </w:p>
        </w:tc>
        <w:tc>
          <w:tcPr>
            <w:tcW w:w="1008" w:type="dxa"/>
            <w:noWrap/>
            <w:hideMark/>
          </w:tcPr>
          <w:p w14:paraId="330B27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E02AE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7E691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36C86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572C5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F13CB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9638269" w14:textId="77777777" w:rsidTr="006750F2">
        <w:trPr>
          <w:trHeight w:val="280"/>
        </w:trPr>
        <w:tc>
          <w:tcPr>
            <w:tcW w:w="919" w:type="dxa"/>
            <w:noWrap/>
            <w:hideMark/>
          </w:tcPr>
          <w:p w14:paraId="7642662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Chromobacterium</w:t>
            </w:r>
          </w:p>
        </w:tc>
        <w:tc>
          <w:tcPr>
            <w:tcW w:w="852" w:type="dxa"/>
            <w:noWrap/>
            <w:hideMark/>
          </w:tcPr>
          <w:p w14:paraId="6C564C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5BBCC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509485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39" w:type="dxa"/>
            <w:noWrap/>
            <w:hideMark/>
          </w:tcPr>
          <w:p w14:paraId="6CDB37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90.9</w:t>
            </w:r>
          </w:p>
        </w:tc>
        <w:tc>
          <w:tcPr>
            <w:tcW w:w="721" w:type="dxa"/>
            <w:noWrap/>
            <w:hideMark/>
          </w:tcPr>
          <w:p w14:paraId="30E502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674" w:type="dxa"/>
            <w:noWrap/>
            <w:hideMark/>
          </w:tcPr>
          <w:p w14:paraId="5C9802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EB400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A9665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6BA91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51" w:type="dxa"/>
            <w:noWrap/>
            <w:hideMark/>
          </w:tcPr>
          <w:p w14:paraId="5E67D0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1008" w:type="dxa"/>
            <w:noWrap/>
            <w:hideMark/>
          </w:tcPr>
          <w:p w14:paraId="4FB24E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68859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7DEDF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C3663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D8F61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08AD6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EA918DC" w14:textId="77777777" w:rsidTr="006750F2">
        <w:trPr>
          <w:trHeight w:val="280"/>
        </w:trPr>
        <w:tc>
          <w:tcPr>
            <w:tcW w:w="919" w:type="dxa"/>
            <w:noWrap/>
            <w:hideMark/>
          </w:tcPr>
          <w:p w14:paraId="398EC0D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Chromohalobacter</w:t>
            </w:r>
          </w:p>
        </w:tc>
        <w:tc>
          <w:tcPr>
            <w:tcW w:w="852" w:type="dxa"/>
            <w:noWrap/>
            <w:hideMark/>
          </w:tcPr>
          <w:p w14:paraId="348922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BF757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2AF0E2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739" w:type="dxa"/>
            <w:noWrap/>
            <w:hideMark/>
          </w:tcPr>
          <w:p w14:paraId="76308E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61.5</w:t>
            </w:r>
          </w:p>
        </w:tc>
        <w:tc>
          <w:tcPr>
            <w:tcW w:w="721" w:type="dxa"/>
            <w:noWrap/>
            <w:hideMark/>
          </w:tcPr>
          <w:p w14:paraId="3FE6C6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38.5</w:t>
            </w:r>
          </w:p>
        </w:tc>
        <w:tc>
          <w:tcPr>
            <w:tcW w:w="674" w:type="dxa"/>
            <w:noWrap/>
            <w:hideMark/>
          </w:tcPr>
          <w:p w14:paraId="134E78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4778E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9A6DE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1BC2A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751" w:type="dxa"/>
            <w:noWrap/>
            <w:hideMark/>
          </w:tcPr>
          <w:p w14:paraId="3ABE91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38.5</w:t>
            </w:r>
          </w:p>
        </w:tc>
        <w:tc>
          <w:tcPr>
            <w:tcW w:w="1008" w:type="dxa"/>
            <w:noWrap/>
            <w:hideMark/>
          </w:tcPr>
          <w:p w14:paraId="3BF22C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4A916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5DADA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7FD72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11A0C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F62DC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97B8574" w14:textId="77777777" w:rsidTr="006750F2">
        <w:trPr>
          <w:trHeight w:val="280"/>
        </w:trPr>
        <w:tc>
          <w:tcPr>
            <w:tcW w:w="919" w:type="dxa"/>
            <w:noWrap/>
            <w:hideMark/>
          </w:tcPr>
          <w:p w14:paraId="682B946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Citrobacter</w:t>
            </w:r>
          </w:p>
        </w:tc>
        <w:tc>
          <w:tcPr>
            <w:tcW w:w="852" w:type="dxa"/>
            <w:noWrap/>
            <w:hideMark/>
          </w:tcPr>
          <w:p w14:paraId="6AE8FD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7474A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w:t>
            </w:r>
          </w:p>
        </w:tc>
        <w:tc>
          <w:tcPr>
            <w:tcW w:w="768" w:type="dxa"/>
            <w:noWrap/>
            <w:hideMark/>
          </w:tcPr>
          <w:p w14:paraId="54FB2B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9.8</w:t>
            </w:r>
          </w:p>
        </w:tc>
        <w:tc>
          <w:tcPr>
            <w:tcW w:w="739" w:type="dxa"/>
            <w:noWrap/>
            <w:hideMark/>
          </w:tcPr>
          <w:p w14:paraId="42B102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97.6</w:t>
            </w:r>
          </w:p>
        </w:tc>
        <w:tc>
          <w:tcPr>
            <w:tcW w:w="721" w:type="dxa"/>
            <w:noWrap/>
            <w:hideMark/>
          </w:tcPr>
          <w:p w14:paraId="1BB9A6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C39C5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F4C52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E0B14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97.6</w:t>
            </w:r>
          </w:p>
        </w:tc>
        <w:tc>
          <w:tcPr>
            <w:tcW w:w="909" w:type="dxa"/>
            <w:noWrap/>
            <w:hideMark/>
          </w:tcPr>
          <w:p w14:paraId="0A15B2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107.3</w:t>
            </w:r>
          </w:p>
        </w:tc>
        <w:tc>
          <w:tcPr>
            <w:tcW w:w="751" w:type="dxa"/>
            <w:noWrap/>
            <w:hideMark/>
          </w:tcPr>
          <w:p w14:paraId="7D6210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615D9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F4473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01E94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02630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4429F3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87E89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B9C74FC" w14:textId="77777777" w:rsidTr="006750F2">
        <w:trPr>
          <w:trHeight w:val="280"/>
        </w:trPr>
        <w:tc>
          <w:tcPr>
            <w:tcW w:w="919" w:type="dxa"/>
            <w:noWrap/>
            <w:hideMark/>
          </w:tcPr>
          <w:p w14:paraId="22BB866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Cognaticolwellia</w:t>
            </w:r>
          </w:p>
        </w:tc>
        <w:tc>
          <w:tcPr>
            <w:tcW w:w="852" w:type="dxa"/>
            <w:noWrap/>
            <w:hideMark/>
          </w:tcPr>
          <w:p w14:paraId="0F1F56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03C26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5EA082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39" w:type="dxa"/>
            <w:noWrap/>
            <w:hideMark/>
          </w:tcPr>
          <w:p w14:paraId="4EC15C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721" w:type="dxa"/>
            <w:noWrap/>
            <w:hideMark/>
          </w:tcPr>
          <w:p w14:paraId="6AF8CD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61.1</w:t>
            </w:r>
          </w:p>
        </w:tc>
        <w:tc>
          <w:tcPr>
            <w:tcW w:w="674" w:type="dxa"/>
            <w:noWrap/>
            <w:hideMark/>
          </w:tcPr>
          <w:p w14:paraId="65F4AF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6F0C1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D4917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82853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51" w:type="dxa"/>
            <w:noWrap/>
            <w:hideMark/>
          </w:tcPr>
          <w:p w14:paraId="4E1016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61.1</w:t>
            </w:r>
          </w:p>
        </w:tc>
        <w:tc>
          <w:tcPr>
            <w:tcW w:w="1008" w:type="dxa"/>
            <w:noWrap/>
            <w:hideMark/>
          </w:tcPr>
          <w:p w14:paraId="5A3A08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F54B9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06FE6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FF4CE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DA435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FB130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8C69633" w14:textId="77777777" w:rsidTr="006750F2">
        <w:trPr>
          <w:trHeight w:val="280"/>
        </w:trPr>
        <w:tc>
          <w:tcPr>
            <w:tcW w:w="919" w:type="dxa"/>
            <w:noWrap/>
            <w:hideMark/>
          </w:tcPr>
          <w:p w14:paraId="2C40ACC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Collimonas</w:t>
            </w:r>
          </w:p>
        </w:tc>
        <w:tc>
          <w:tcPr>
            <w:tcW w:w="852" w:type="dxa"/>
            <w:noWrap/>
            <w:hideMark/>
          </w:tcPr>
          <w:p w14:paraId="483148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5ABBA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482532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739" w:type="dxa"/>
            <w:noWrap/>
            <w:hideMark/>
          </w:tcPr>
          <w:p w14:paraId="5619AB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721" w:type="dxa"/>
            <w:noWrap/>
            <w:hideMark/>
          </w:tcPr>
          <w:p w14:paraId="31C3D2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06AF0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196D5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29011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BF3E3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751" w:type="dxa"/>
            <w:noWrap/>
            <w:hideMark/>
          </w:tcPr>
          <w:p w14:paraId="7662F8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DF0B5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66764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777DD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7C8725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7B2AA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C3643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DA3C9D1" w14:textId="77777777" w:rsidTr="006750F2">
        <w:trPr>
          <w:trHeight w:val="280"/>
        </w:trPr>
        <w:tc>
          <w:tcPr>
            <w:tcW w:w="919" w:type="dxa"/>
            <w:noWrap/>
            <w:hideMark/>
          </w:tcPr>
          <w:p w14:paraId="557D134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Colwellia</w:t>
            </w:r>
          </w:p>
        </w:tc>
        <w:tc>
          <w:tcPr>
            <w:tcW w:w="852" w:type="dxa"/>
            <w:noWrap/>
            <w:hideMark/>
          </w:tcPr>
          <w:p w14:paraId="3A5A0C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B94AB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w:t>
            </w:r>
          </w:p>
        </w:tc>
        <w:tc>
          <w:tcPr>
            <w:tcW w:w="768" w:type="dxa"/>
            <w:noWrap/>
            <w:hideMark/>
          </w:tcPr>
          <w:p w14:paraId="017977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57.9</w:t>
            </w:r>
          </w:p>
        </w:tc>
        <w:tc>
          <w:tcPr>
            <w:tcW w:w="739" w:type="dxa"/>
            <w:noWrap/>
            <w:hideMark/>
          </w:tcPr>
          <w:p w14:paraId="2BE998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81.6</w:t>
            </w:r>
          </w:p>
        </w:tc>
        <w:tc>
          <w:tcPr>
            <w:tcW w:w="721" w:type="dxa"/>
            <w:noWrap/>
            <w:hideMark/>
          </w:tcPr>
          <w:p w14:paraId="3B8699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42.1</w:t>
            </w:r>
          </w:p>
        </w:tc>
        <w:tc>
          <w:tcPr>
            <w:tcW w:w="674" w:type="dxa"/>
            <w:noWrap/>
            <w:hideMark/>
          </w:tcPr>
          <w:p w14:paraId="35B7C8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687D1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38767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CA714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57.9</w:t>
            </w:r>
          </w:p>
        </w:tc>
        <w:tc>
          <w:tcPr>
            <w:tcW w:w="751" w:type="dxa"/>
            <w:noWrap/>
            <w:hideMark/>
          </w:tcPr>
          <w:p w14:paraId="30BBB6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42.1</w:t>
            </w:r>
          </w:p>
        </w:tc>
        <w:tc>
          <w:tcPr>
            <w:tcW w:w="1008" w:type="dxa"/>
            <w:noWrap/>
            <w:hideMark/>
          </w:tcPr>
          <w:p w14:paraId="2C55A3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C7E50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4E422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F1D07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7AA7B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23EC8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F9D6140" w14:textId="77777777" w:rsidTr="006750F2">
        <w:trPr>
          <w:trHeight w:val="280"/>
        </w:trPr>
        <w:tc>
          <w:tcPr>
            <w:tcW w:w="919" w:type="dxa"/>
            <w:noWrap/>
            <w:hideMark/>
          </w:tcPr>
          <w:p w14:paraId="4F821E0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Comamonas</w:t>
            </w:r>
          </w:p>
        </w:tc>
        <w:tc>
          <w:tcPr>
            <w:tcW w:w="852" w:type="dxa"/>
            <w:noWrap/>
            <w:hideMark/>
          </w:tcPr>
          <w:p w14:paraId="4DC718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9F89A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768" w:type="dxa"/>
            <w:noWrap/>
            <w:hideMark/>
          </w:tcPr>
          <w:p w14:paraId="0147F9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32.9</w:t>
            </w:r>
          </w:p>
        </w:tc>
        <w:tc>
          <w:tcPr>
            <w:tcW w:w="739" w:type="dxa"/>
            <w:noWrap/>
            <w:hideMark/>
          </w:tcPr>
          <w:p w14:paraId="412ED6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21" w:type="dxa"/>
            <w:noWrap/>
            <w:hideMark/>
          </w:tcPr>
          <w:p w14:paraId="3CEFFA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27.1</w:t>
            </w:r>
          </w:p>
        </w:tc>
        <w:tc>
          <w:tcPr>
            <w:tcW w:w="674" w:type="dxa"/>
            <w:noWrap/>
            <w:hideMark/>
          </w:tcPr>
          <w:p w14:paraId="5D5BAC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0F606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95E0E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86E58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32.9</w:t>
            </w:r>
          </w:p>
        </w:tc>
        <w:tc>
          <w:tcPr>
            <w:tcW w:w="751" w:type="dxa"/>
            <w:noWrap/>
            <w:hideMark/>
          </w:tcPr>
          <w:p w14:paraId="4C4559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27.1</w:t>
            </w:r>
          </w:p>
        </w:tc>
        <w:tc>
          <w:tcPr>
            <w:tcW w:w="1008" w:type="dxa"/>
            <w:noWrap/>
            <w:hideMark/>
          </w:tcPr>
          <w:p w14:paraId="1B77FB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508D0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E28F0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w:t>
            </w:r>
            <w:r w:rsidRPr="00A057D9">
              <w:rPr>
                <w:rFonts w:ascii="Times New Roman" w:eastAsia="宋体" w:hAnsi="Times New Roman" w:cs="Times New Roman" w:hint="eastAsia"/>
                <w:sz w:val="13"/>
                <w:szCs w:val="13"/>
                <w:lang w:eastAsia="zh-CN"/>
              </w:rPr>
              <w:lastRenderedPageBreak/>
              <w:t>ed</w:t>
            </w:r>
          </w:p>
        </w:tc>
        <w:tc>
          <w:tcPr>
            <w:tcW w:w="657" w:type="dxa"/>
            <w:noWrap/>
            <w:hideMark/>
          </w:tcPr>
          <w:p w14:paraId="23A7D7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lastRenderedPageBreak/>
              <w:t>6</w:t>
            </w:r>
          </w:p>
        </w:tc>
        <w:tc>
          <w:tcPr>
            <w:tcW w:w="854" w:type="dxa"/>
            <w:noWrap/>
            <w:hideMark/>
          </w:tcPr>
          <w:p w14:paraId="78F4D2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33767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582F6C6" w14:textId="77777777" w:rsidTr="006750F2">
        <w:trPr>
          <w:trHeight w:val="280"/>
        </w:trPr>
        <w:tc>
          <w:tcPr>
            <w:tcW w:w="919" w:type="dxa"/>
            <w:noWrap/>
            <w:hideMark/>
          </w:tcPr>
          <w:p w14:paraId="33A8B64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Cronobacter</w:t>
            </w:r>
          </w:p>
        </w:tc>
        <w:tc>
          <w:tcPr>
            <w:tcW w:w="852" w:type="dxa"/>
            <w:noWrap/>
            <w:hideMark/>
          </w:tcPr>
          <w:p w14:paraId="6A64CB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7F04E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18EDC0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89.5</w:t>
            </w:r>
          </w:p>
        </w:tc>
        <w:tc>
          <w:tcPr>
            <w:tcW w:w="739" w:type="dxa"/>
            <w:noWrap/>
            <w:hideMark/>
          </w:tcPr>
          <w:p w14:paraId="73F163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0E8A81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28789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4AF0E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AD6EA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1FE1D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89.5</w:t>
            </w:r>
          </w:p>
        </w:tc>
        <w:tc>
          <w:tcPr>
            <w:tcW w:w="751" w:type="dxa"/>
            <w:noWrap/>
            <w:hideMark/>
          </w:tcPr>
          <w:p w14:paraId="0CC518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03A04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CCE3A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E9AEF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8F22F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E08F5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8C841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6C8E727" w14:textId="77777777" w:rsidTr="006750F2">
        <w:trPr>
          <w:trHeight w:val="280"/>
        </w:trPr>
        <w:tc>
          <w:tcPr>
            <w:tcW w:w="919" w:type="dxa"/>
            <w:noWrap/>
            <w:hideMark/>
          </w:tcPr>
          <w:p w14:paraId="7C41CD4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Cupriavidus</w:t>
            </w:r>
          </w:p>
        </w:tc>
        <w:tc>
          <w:tcPr>
            <w:tcW w:w="852" w:type="dxa"/>
            <w:noWrap/>
            <w:hideMark/>
          </w:tcPr>
          <w:p w14:paraId="036D75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92FBC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w:t>
            </w:r>
          </w:p>
        </w:tc>
        <w:tc>
          <w:tcPr>
            <w:tcW w:w="768" w:type="dxa"/>
            <w:noWrap/>
            <w:hideMark/>
          </w:tcPr>
          <w:p w14:paraId="575F59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35.4</w:t>
            </w:r>
          </w:p>
        </w:tc>
        <w:tc>
          <w:tcPr>
            <w:tcW w:w="739" w:type="dxa"/>
            <w:noWrap/>
            <w:hideMark/>
          </w:tcPr>
          <w:p w14:paraId="7FF3F6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76.9</w:t>
            </w:r>
          </w:p>
        </w:tc>
        <w:tc>
          <w:tcPr>
            <w:tcW w:w="721" w:type="dxa"/>
            <w:noWrap/>
            <w:hideMark/>
          </w:tcPr>
          <w:p w14:paraId="4D48B6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58.5</w:t>
            </w:r>
          </w:p>
        </w:tc>
        <w:tc>
          <w:tcPr>
            <w:tcW w:w="674" w:type="dxa"/>
            <w:noWrap/>
            <w:hideMark/>
          </w:tcPr>
          <w:p w14:paraId="799BD6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694" w:type="dxa"/>
            <w:noWrap/>
            <w:hideMark/>
          </w:tcPr>
          <w:p w14:paraId="6A8F88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F7270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44FFE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50.8</w:t>
            </w:r>
          </w:p>
        </w:tc>
        <w:tc>
          <w:tcPr>
            <w:tcW w:w="751" w:type="dxa"/>
            <w:noWrap/>
            <w:hideMark/>
          </w:tcPr>
          <w:p w14:paraId="0BF007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58.5</w:t>
            </w:r>
          </w:p>
        </w:tc>
        <w:tc>
          <w:tcPr>
            <w:tcW w:w="1008" w:type="dxa"/>
            <w:noWrap/>
            <w:hideMark/>
          </w:tcPr>
          <w:p w14:paraId="124FFC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1835D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7B048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0E391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5515A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D1918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A79BF44" w14:textId="77777777" w:rsidTr="006750F2">
        <w:trPr>
          <w:trHeight w:val="280"/>
        </w:trPr>
        <w:tc>
          <w:tcPr>
            <w:tcW w:w="919" w:type="dxa"/>
            <w:noWrap/>
            <w:hideMark/>
          </w:tcPr>
          <w:p w14:paraId="0458999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Cycloclasticus</w:t>
            </w:r>
          </w:p>
        </w:tc>
        <w:tc>
          <w:tcPr>
            <w:tcW w:w="852" w:type="dxa"/>
            <w:noWrap/>
            <w:hideMark/>
          </w:tcPr>
          <w:p w14:paraId="5607ED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92946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0F8173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739" w:type="dxa"/>
            <w:noWrap/>
            <w:hideMark/>
          </w:tcPr>
          <w:p w14:paraId="743198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DAEC2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45B76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3D79A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13FE7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BB370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751" w:type="dxa"/>
            <w:noWrap/>
            <w:hideMark/>
          </w:tcPr>
          <w:p w14:paraId="5DFA98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1B46E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1F16D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603E5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E81A9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F4004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5F607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6E355CA" w14:textId="77777777" w:rsidTr="006750F2">
        <w:trPr>
          <w:trHeight w:val="280"/>
        </w:trPr>
        <w:tc>
          <w:tcPr>
            <w:tcW w:w="919" w:type="dxa"/>
            <w:noWrap/>
            <w:hideMark/>
          </w:tcPr>
          <w:p w14:paraId="4BAB4DF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Dickeya</w:t>
            </w:r>
          </w:p>
        </w:tc>
        <w:tc>
          <w:tcPr>
            <w:tcW w:w="852" w:type="dxa"/>
            <w:noWrap/>
            <w:hideMark/>
          </w:tcPr>
          <w:p w14:paraId="05DC15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7360A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1F2C11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739" w:type="dxa"/>
            <w:noWrap/>
            <w:hideMark/>
          </w:tcPr>
          <w:p w14:paraId="78B97B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7ED06B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CA8A9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55.6</w:t>
            </w:r>
          </w:p>
        </w:tc>
        <w:tc>
          <w:tcPr>
            <w:tcW w:w="694" w:type="dxa"/>
            <w:noWrap/>
            <w:hideMark/>
          </w:tcPr>
          <w:p w14:paraId="0D898E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11E51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331CF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138.9</w:t>
            </w:r>
          </w:p>
        </w:tc>
        <w:tc>
          <w:tcPr>
            <w:tcW w:w="751" w:type="dxa"/>
            <w:noWrap/>
            <w:hideMark/>
          </w:tcPr>
          <w:p w14:paraId="18F1F1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4DA49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53002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DD655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529E4C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DDAA8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877CC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3EA6DA60" w14:textId="77777777" w:rsidTr="006750F2">
        <w:trPr>
          <w:trHeight w:val="280"/>
        </w:trPr>
        <w:tc>
          <w:tcPr>
            <w:tcW w:w="919" w:type="dxa"/>
            <w:noWrap/>
            <w:hideMark/>
          </w:tcPr>
          <w:p w14:paraId="6A5F1C7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Dokdonella</w:t>
            </w:r>
          </w:p>
        </w:tc>
        <w:tc>
          <w:tcPr>
            <w:tcW w:w="852" w:type="dxa"/>
            <w:noWrap/>
            <w:hideMark/>
          </w:tcPr>
          <w:p w14:paraId="5DD40B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ACEBF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w:t>
            </w:r>
          </w:p>
        </w:tc>
        <w:tc>
          <w:tcPr>
            <w:tcW w:w="768" w:type="dxa"/>
            <w:noWrap/>
            <w:hideMark/>
          </w:tcPr>
          <w:p w14:paraId="5891E1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F7796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25.9</w:t>
            </w:r>
          </w:p>
        </w:tc>
        <w:tc>
          <w:tcPr>
            <w:tcW w:w="721" w:type="dxa"/>
            <w:noWrap/>
            <w:hideMark/>
          </w:tcPr>
          <w:p w14:paraId="59CF8D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77.8</w:t>
            </w:r>
          </w:p>
        </w:tc>
        <w:tc>
          <w:tcPr>
            <w:tcW w:w="674" w:type="dxa"/>
            <w:noWrap/>
            <w:hideMark/>
          </w:tcPr>
          <w:p w14:paraId="0A7458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C6550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5DFD3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6D2B7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CE767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77.8</w:t>
            </w:r>
          </w:p>
        </w:tc>
        <w:tc>
          <w:tcPr>
            <w:tcW w:w="1008" w:type="dxa"/>
            <w:noWrap/>
            <w:hideMark/>
          </w:tcPr>
          <w:p w14:paraId="6489CA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151B48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2C0BB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46D926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3ADB4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9F95E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CD92A4A" w14:textId="77777777" w:rsidTr="006750F2">
        <w:trPr>
          <w:trHeight w:val="280"/>
        </w:trPr>
        <w:tc>
          <w:tcPr>
            <w:tcW w:w="919" w:type="dxa"/>
            <w:noWrap/>
            <w:hideMark/>
          </w:tcPr>
          <w:p w14:paraId="2214699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Duganella</w:t>
            </w:r>
          </w:p>
        </w:tc>
        <w:tc>
          <w:tcPr>
            <w:tcW w:w="852" w:type="dxa"/>
            <w:noWrap/>
            <w:hideMark/>
          </w:tcPr>
          <w:p w14:paraId="0424BC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07174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68" w:type="dxa"/>
            <w:noWrap/>
            <w:hideMark/>
          </w:tcPr>
          <w:p w14:paraId="6BA20F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739" w:type="dxa"/>
            <w:noWrap/>
            <w:hideMark/>
          </w:tcPr>
          <w:p w14:paraId="43351E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w:t>
            </w:r>
          </w:p>
        </w:tc>
        <w:tc>
          <w:tcPr>
            <w:tcW w:w="721" w:type="dxa"/>
            <w:noWrap/>
            <w:hideMark/>
          </w:tcPr>
          <w:p w14:paraId="67CD12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674" w:type="dxa"/>
            <w:noWrap/>
            <w:hideMark/>
          </w:tcPr>
          <w:p w14:paraId="41595D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C6436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B8D13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E3093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751" w:type="dxa"/>
            <w:noWrap/>
            <w:hideMark/>
          </w:tcPr>
          <w:p w14:paraId="288707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1008" w:type="dxa"/>
            <w:noWrap/>
            <w:hideMark/>
          </w:tcPr>
          <w:p w14:paraId="5F331F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74D71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10B3E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76647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9DDF8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39597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53AE452" w14:textId="77777777" w:rsidTr="006750F2">
        <w:trPr>
          <w:trHeight w:val="280"/>
        </w:trPr>
        <w:tc>
          <w:tcPr>
            <w:tcW w:w="919" w:type="dxa"/>
            <w:noWrap/>
            <w:hideMark/>
          </w:tcPr>
          <w:p w14:paraId="423830A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Duodenibacillus</w:t>
            </w:r>
          </w:p>
        </w:tc>
        <w:tc>
          <w:tcPr>
            <w:tcW w:w="852" w:type="dxa"/>
            <w:noWrap/>
            <w:hideMark/>
          </w:tcPr>
          <w:p w14:paraId="00AE38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6BA60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2708FB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EA6A3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84.2</w:t>
            </w:r>
          </w:p>
        </w:tc>
        <w:tc>
          <w:tcPr>
            <w:tcW w:w="721" w:type="dxa"/>
            <w:noWrap/>
            <w:hideMark/>
          </w:tcPr>
          <w:p w14:paraId="79E941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47391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09872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37D17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84.2</w:t>
            </w:r>
          </w:p>
        </w:tc>
        <w:tc>
          <w:tcPr>
            <w:tcW w:w="909" w:type="dxa"/>
            <w:noWrap/>
            <w:hideMark/>
          </w:tcPr>
          <w:p w14:paraId="010064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84.2</w:t>
            </w:r>
          </w:p>
        </w:tc>
        <w:tc>
          <w:tcPr>
            <w:tcW w:w="751" w:type="dxa"/>
            <w:noWrap/>
            <w:hideMark/>
          </w:tcPr>
          <w:p w14:paraId="070F6F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63876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F1A99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A8E93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ABE51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24867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EC98D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42C1039" w14:textId="77777777" w:rsidTr="006750F2">
        <w:trPr>
          <w:trHeight w:val="280"/>
        </w:trPr>
        <w:tc>
          <w:tcPr>
            <w:tcW w:w="919" w:type="dxa"/>
            <w:noWrap/>
            <w:hideMark/>
          </w:tcPr>
          <w:p w14:paraId="6F56153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Dyella</w:t>
            </w:r>
          </w:p>
        </w:tc>
        <w:tc>
          <w:tcPr>
            <w:tcW w:w="852" w:type="dxa"/>
            <w:noWrap/>
            <w:hideMark/>
          </w:tcPr>
          <w:p w14:paraId="54791A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4EFF9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51</w:t>
            </w:r>
          </w:p>
        </w:tc>
        <w:tc>
          <w:tcPr>
            <w:tcW w:w="768" w:type="dxa"/>
            <w:noWrap/>
            <w:hideMark/>
          </w:tcPr>
          <w:p w14:paraId="45534D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w:t>
            </w:r>
          </w:p>
        </w:tc>
        <w:tc>
          <w:tcPr>
            <w:tcW w:w="739" w:type="dxa"/>
            <w:noWrap/>
            <w:hideMark/>
          </w:tcPr>
          <w:p w14:paraId="27D099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49</w:t>
            </w:r>
          </w:p>
        </w:tc>
        <w:tc>
          <w:tcPr>
            <w:tcW w:w="721" w:type="dxa"/>
            <w:noWrap/>
            <w:hideMark/>
          </w:tcPr>
          <w:p w14:paraId="0891AC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37.3</w:t>
            </w:r>
          </w:p>
        </w:tc>
        <w:tc>
          <w:tcPr>
            <w:tcW w:w="674" w:type="dxa"/>
            <w:noWrap/>
            <w:hideMark/>
          </w:tcPr>
          <w:p w14:paraId="5781E1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CA7C0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A8F04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BB8CE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w:t>
            </w:r>
          </w:p>
        </w:tc>
        <w:tc>
          <w:tcPr>
            <w:tcW w:w="751" w:type="dxa"/>
            <w:noWrap/>
            <w:hideMark/>
          </w:tcPr>
          <w:p w14:paraId="1BDA83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37.3</w:t>
            </w:r>
          </w:p>
        </w:tc>
        <w:tc>
          <w:tcPr>
            <w:tcW w:w="1008" w:type="dxa"/>
            <w:noWrap/>
            <w:hideMark/>
          </w:tcPr>
          <w:p w14:paraId="28E237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97549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38467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97D25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12703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0AAD1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FD56C9F" w14:textId="77777777" w:rsidTr="006750F2">
        <w:trPr>
          <w:trHeight w:val="280"/>
        </w:trPr>
        <w:tc>
          <w:tcPr>
            <w:tcW w:w="919" w:type="dxa"/>
            <w:noWrap/>
            <w:hideMark/>
          </w:tcPr>
          <w:p w14:paraId="39773CB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Ectothiorhodospira</w:t>
            </w:r>
          </w:p>
        </w:tc>
        <w:tc>
          <w:tcPr>
            <w:tcW w:w="852" w:type="dxa"/>
            <w:noWrap/>
            <w:hideMark/>
          </w:tcPr>
          <w:p w14:paraId="2E6102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AA740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5D70C8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AC63C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21" w:type="dxa"/>
            <w:noWrap/>
            <w:hideMark/>
          </w:tcPr>
          <w:p w14:paraId="3200E7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7BABA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94" w:type="dxa"/>
            <w:noWrap/>
            <w:hideMark/>
          </w:tcPr>
          <w:p w14:paraId="019B51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E92C8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909" w:type="dxa"/>
            <w:noWrap/>
            <w:hideMark/>
          </w:tcPr>
          <w:p w14:paraId="20202C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130</w:t>
            </w:r>
          </w:p>
        </w:tc>
        <w:tc>
          <w:tcPr>
            <w:tcW w:w="751" w:type="dxa"/>
            <w:noWrap/>
            <w:hideMark/>
          </w:tcPr>
          <w:p w14:paraId="0D65AD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0B9BB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05661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CDC40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38AF50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8AFBE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93D4D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6CB3B2E" w14:textId="77777777" w:rsidTr="006750F2">
        <w:trPr>
          <w:trHeight w:val="280"/>
        </w:trPr>
        <w:tc>
          <w:tcPr>
            <w:tcW w:w="919" w:type="dxa"/>
            <w:noWrap/>
            <w:hideMark/>
          </w:tcPr>
          <w:p w14:paraId="49B4EB6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Edwardsiella</w:t>
            </w:r>
          </w:p>
        </w:tc>
        <w:tc>
          <w:tcPr>
            <w:tcW w:w="852" w:type="dxa"/>
            <w:noWrap/>
            <w:hideMark/>
          </w:tcPr>
          <w:p w14:paraId="3CB787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7D696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2E4BA0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6582C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1FA796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B3EFB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A5613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32B29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909" w:type="dxa"/>
            <w:noWrap/>
            <w:hideMark/>
          </w:tcPr>
          <w:p w14:paraId="79E100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51" w:type="dxa"/>
            <w:noWrap/>
            <w:hideMark/>
          </w:tcPr>
          <w:p w14:paraId="47D4A1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33704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0ACBB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D9329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1B623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36BF5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FA8B8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94FCEFF" w14:textId="77777777" w:rsidTr="006750F2">
        <w:trPr>
          <w:trHeight w:val="280"/>
        </w:trPr>
        <w:tc>
          <w:tcPr>
            <w:tcW w:w="919" w:type="dxa"/>
            <w:noWrap/>
            <w:hideMark/>
          </w:tcPr>
          <w:p w14:paraId="1DAA40C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Endozoicomonas</w:t>
            </w:r>
          </w:p>
        </w:tc>
        <w:tc>
          <w:tcPr>
            <w:tcW w:w="852" w:type="dxa"/>
            <w:noWrap/>
            <w:hideMark/>
          </w:tcPr>
          <w:p w14:paraId="27850A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5F6B7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68" w:type="dxa"/>
            <w:noWrap/>
            <w:hideMark/>
          </w:tcPr>
          <w:p w14:paraId="54E9CB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43.5</w:t>
            </w:r>
          </w:p>
        </w:tc>
        <w:tc>
          <w:tcPr>
            <w:tcW w:w="739" w:type="dxa"/>
            <w:noWrap/>
            <w:hideMark/>
          </w:tcPr>
          <w:p w14:paraId="282F6F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52.2</w:t>
            </w:r>
          </w:p>
        </w:tc>
        <w:tc>
          <w:tcPr>
            <w:tcW w:w="721" w:type="dxa"/>
            <w:noWrap/>
            <w:hideMark/>
          </w:tcPr>
          <w:p w14:paraId="3EDAD7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C89F2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33106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AC814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8BC70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43.5</w:t>
            </w:r>
          </w:p>
        </w:tc>
        <w:tc>
          <w:tcPr>
            <w:tcW w:w="751" w:type="dxa"/>
            <w:noWrap/>
            <w:hideMark/>
          </w:tcPr>
          <w:p w14:paraId="3037AC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2D35E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1E6FA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51608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95F20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179AD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40EDD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6ED33868" w14:textId="77777777" w:rsidTr="006750F2">
        <w:trPr>
          <w:trHeight w:val="280"/>
        </w:trPr>
        <w:tc>
          <w:tcPr>
            <w:tcW w:w="919" w:type="dxa"/>
            <w:noWrap/>
            <w:hideMark/>
          </w:tcPr>
          <w:p w14:paraId="45C4DC2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Enterobacter</w:t>
            </w:r>
          </w:p>
        </w:tc>
        <w:tc>
          <w:tcPr>
            <w:tcW w:w="852" w:type="dxa"/>
            <w:noWrap/>
            <w:hideMark/>
          </w:tcPr>
          <w:p w14:paraId="2C3F69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7C844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76</w:t>
            </w:r>
          </w:p>
        </w:tc>
        <w:tc>
          <w:tcPr>
            <w:tcW w:w="768" w:type="dxa"/>
            <w:noWrap/>
            <w:hideMark/>
          </w:tcPr>
          <w:p w14:paraId="7902C3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51.3</w:t>
            </w:r>
          </w:p>
        </w:tc>
        <w:tc>
          <w:tcPr>
            <w:tcW w:w="739" w:type="dxa"/>
            <w:noWrap/>
            <w:hideMark/>
          </w:tcPr>
          <w:p w14:paraId="7A05B8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98.7</w:t>
            </w:r>
          </w:p>
        </w:tc>
        <w:tc>
          <w:tcPr>
            <w:tcW w:w="721" w:type="dxa"/>
            <w:noWrap/>
            <w:hideMark/>
          </w:tcPr>
          <w:p w14:paraId="489590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CDD33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694" w:type="dxa"/>
            <w:noWrap/>
            <w:hideMark/>
          </w:tcPr>
          <w:p w14:paraId="3D0A44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DE61D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009AF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53.9</w:t>
            </w:r>
          </w:p>
        </w:tc>
        <w:tc>
          <w:tcPr>
            <w:tcW w:w="751" w:type="dxa"/>
            <w:noWrap/>
            <w:hideMark/>
          </w:tcPr>
          <w:p w14:paraId="5EA086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F575A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5348A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BAD2D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DBC98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74117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722D8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480C7B6" w14:textId="77777777" w:rsidTr="006750F2">
        <w:trPr>
          <w:trHeight w:val="280"/>
        </w:trPr>
        <w:tc>
          <w:tcPr>
            <w:tcW w:w="919" w:type="dxa"/>
            <w:noWrap/>
            <w:hideMark/>
          </w:tcPr>
          <w:p w14:paraId="3827D8B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Enterovibrio</w:t>
            </w:r>
          </w:p>
        </w:tc>
        <w:tc>
          <w:tcPr>
            <w:tcW w:w="852" w:type="dxa"/>
            <w:noWrap/>
            <w:hideMark/>
          </w:tcPr>
          <w:p w14:paraId="6BB153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CCADA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5D3331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739" w:type="dxa"/>
            <w:noWrap/>
            <w:hideMark/>
          </w:tcPr>
          <w:p w14:paraId="101120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86.4</w:t>
            </w:r>
          </w:p>
        </w:tc>
        <w:tc>
          <w:tcPr>
            <w:tcW w:w="721" w:type="dxa"/>
            <w:noWrap/>
            <w:hideMark/>
          </w:tcPr>
          <w:p w14:paraId="7C1BC9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0FBBD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49A0F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55D54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27.3</w:t>
            </w:r>
          </w:p>
        </w:tc>
        <w:tc>
          <w:tcPr>
            <w:tcW w:w="909" w:type="dxa"/>
            <w:noWrap/>
            <w:hideMark/>
          </w:tcPr>
          <w:p w14:paraId="686EB7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72.7</w:t>
            </w:r>
          </w:p>
        </w:tc>
        <w:tc>
          <w:tcPr>
            <w:tcW w:w="751" w:type="dxa"/>
            <w:noWrap/>
            <w:hideMark/>
          </w:tcPr>
          <w:p w14:paraId="7A8E83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8621B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6BD05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C982E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540D9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3E24B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B67B4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47B18B0" w14:textId="77777777" w:rsidTr="006750F2">
        <w:trPr>
          <w:trHeight w:val="280"/>
        </w:trPr>
        <w:tc>
          <w:tcPr>
            <w:tcW w:w="919" w:type="dxa"/>
            <w:noWrap/>
            <w:hideMark/>
          </w:tcPr>
          <w:p w14:paraId="2B7A40F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Erwinia</w:t>
            </w:r>
          </w:p>
        </w:tc>
        <w:tc>
          <w:tcPr>
            <w:tcW w:w="852" w:type="dxa"/>
            <w:noWrap/>
            <w:hideMark/>
          </w:tcPr>
          <w:p w14:paraId="0C1C53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5ACC5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768" w:type="dxa"/>
            <w:noWrap/>
            <w:hideMark/>
          </w:tcPr>
          <w:p w14:paraId="402048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39" w:type="dxa"/>
            <w:noWrap/>
            <w:hideMark/>
          </w:tcPr>
          <w:p w14:paraId="319715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58.3</w:t>
            </w:r>
          </w:p>
        </w:tc>
        <w:tc>
          <w:tcPr>
            <w:tcW w:w="721" w:type="dxa"/>
            <w:noWrap/>
            <w:hideMark/>
          </w:tcPr>
          <w:p w14:paraId="0C108A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19333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73249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F3D11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4DDBC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51" w:type="dxa"/>
            <w:noWrap/>
            <w:hideMark/>
          </w:tcPr>
          <w:p w14:paraId="498504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F1946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7A2C1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9D655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4EABB6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C74C1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625D5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A176A35" w14:textId="77777777" w:rsidTr="006750F2">
        <w:trPr>
          <w:trHeight w:val="280"/>
        </w:trPr>
        <w:tc>
          <w:tcPr>
            <w:tcW w:w="919" w:type="dxa"/>
            <w:noWrap/>
            <w:hideMark/>
          </w:tcPr>
          <w:p w14:paraId="416EE55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Escherichia</w:t>
            </w:r>
          </w:p>
        </w:tc>
        <w:tc>
          <w:tcPr>
            <w:tcW w:w="852" w:type="dxa"/>
            <w:noWrap/>
            <w:hideMark/>
          </w:tcPr>
          <w:p w14:paraId="566106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340A3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768" w:type="dxa"/>
            <w:noWrap/>
            <w:hideMark/>
          </w:tcPr>
          <w:p w14:paraId="41C46A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7431B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54928B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508BB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AFC4A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BC2B8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82.1</w:t>
            </w:r>
          </w:p>
        </w:tc>
        <w:tc>
          <w:tcPr>
            <w:tcW w:w="909" w:type="dxa"/>
            <w:noWrap/>
            <w:hideMark/>
          </w:tcPr>
          <w:p w14:paraId="481EF3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82.1</w:t>
            </w:r>
          </w:p>
        </w:tc>
        <w:tc>
          <w:tcPr>
            <w:tcW w:w="751" w:type="dxa"/>
            <w:noWrap/>
            <w:hideMark/>
          </w:tcPr>
          <w:p w14:paraId="6680A3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00ADF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C2AF7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765B0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32993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D00F6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909DA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1EBF265" w14:textId="77777777" w:rsidTr="006750F2">
        <w:trPr>
          <w:trHeight w:val="280"/>
        </w:trPr>
        <w:tc>
          <w:tcPr>
            <w:tcW w:w="919" w:type="dxa"/>
            <w:noWrap/>
            <w:hideMark/>
          </w:tcPr>
          <w:p w14:paraId="3F5225D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Ferrimonas</w:t>
            </w:r>
          </w:p>
        </w:tc>
        <w:tc>
          <w:tcPr>
            <w:tcW w:w="852" w:type="dxa"/>
            <w:noWrap/>
            <w:hideMark/>
          </w:tcPr>
          <w:p w14:paraId="4D8227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5250E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499752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39" w:type="dxa"/>
            <w:noWrap/>
            <w:hideMark/>
          </w:tcPr>
          <w:p w14:paraId="4D5111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3A2A01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87EBE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164F4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90B22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909" w:type="dxa"/>
            <w:noWrap/>
            <w:hideMark/>
          </w:tcPr>
          <w:p w14:paraId="0B35B0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140</w:t>
            </w:r>
          </w:p>
        </w:tc>
        <w:tc>
          <w:tcPr>
            <w:tcW w:w="751" w:type="dxa"/>
            <w:noWrap/>
            <w:hideMark/>
          </w:tcPr>
          <w:p w14:paraId="25B882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271CD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2E838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1D308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7EBDE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EC513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99C08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2C161238" w14:textId="77777777" w:rsidTr="006750F2">
        <w:trPr>
          <w:trHeight w:val="280"/>
        </w:trPr>
        <w:tc>
          <w:tcPr>
            <w:tcW w:w="919" w:type="dxa"/>
            <w:noWrap/>
            <w:hideMark/>
          </w:tcPr>
          <w:p w14:paraId="73BED2F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Francisella</w:t>
            </w:r>
          </w:p>
        </w:tc>
        <w:tc>
          <w:tcPr>
            <w:tcW w:w="852" w:type="dxa"/>
            <w:noWrap/>
            <w:hideMark/>
          </w:tcPr>
          <w:p w14:paraId="7AB082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09800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68" w:type="dxa"/>
            <w:noWrap/>
            <w:hideMark/>
          </w:tcPr>
          <w:p w14:paraId="424F17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F3CF2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023C4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7334A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5CBBB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3EFA3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B66EA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6369C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80F8A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73C8B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8C156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C2C60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D7266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8D059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DC6533F" w14:textId="77777777" w:rsidTr="006750F2">
        <w:trPr>
          <w:trHeight w:val="280"/>
        </w:trPr>
        <w:tc>
          <w:tcPr>
            <w:tcW w:w="919" w:type="dxa"/>
            <w:noWrap/>
            <w:hideMark/>
          </w:tcPr>
          <w:p w14:paraId="65C5A84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GCA-001735895</w:t>
            </w:r>
          </w:p>
        </w:tc>
        <w:tc>
          <w:tcPr>
            <w:tcW w:w="852" w:type="dxa"/>
            <w:noWrap/>
            <w:hideMark/>
          </w:tcPr>
          <w:p w14:paraId="6AD4FB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7CE37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0D2E66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81422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23.5</w:t>
            </w:r>
          </w:p>
        </w:tc>
        <w:tc>
          <w:tcPr>
            <w:tcW w:w="721" w:type="dxa"/>
            <w:noWrap/>
            <w:hideMark/>
          </w:tcPr>
          <w:p w14:paraId="4785E0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52.9</w:t>
            </w:r>
          </w:p>
        </w:tc>
        <w:tc>
          <w:tcPr>
            <w:tcW w:w="674" w:type="dxa"/>
            <w:noWrap/>
            <w:hideMark/>
          </w:tcPr>
          <w:p w14:paraId="75F953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8FB30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77C2F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22759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A95DD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52.9</w:t>
            </w:r>
          </w:p>
        </w:tc>
        <w:tc>
          <w:tcPr>
            <w:tcW w:w="1008" w:type="dxa"/>
            <w:noWrap/>
            <w:hideMark/>
          </w:tcPr>
          <w:p w14:paraId="72531D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79AE17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6C2D7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BBEE5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584C7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1EBCA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1C0DD69" w14:textId="77777777" w:rsidTr="006750F2">
        <w:trPr>
          <w:trHeight w:val="280"/>
        </w:trPr>
        <w:tc>
          <w:tcPr>
            <w:tcW w:w="919" w:type="dxa"/>
            <w:noWrap/>
            <w:hideMark/>
          </w:tcPr>
          <w:p w14:paraId="1C74716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GCA-002733105</w:t>
            </w:r>
          </w:p>
        </w:tc>
        <w:tc>
          <w:tcPr>
            <w:tcW w:w="852" w:type="dxa"/>
            <w:noWrap/>
            <w:hideMark/>
          </w:tcPr>
          <w:p w14:paraId="3A303E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7E482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446983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739" w:type="dxa"/>
            <w:noWrap/>
            <w:hideMark/>
          </w:tcPr>
          <w:p w14:paraId="1EE3A0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21" w:type="dxa"/>
            <w:noWrap/>
            <w:hideMark/>
          </w:tcPr>
          <w:p w14:paraId="1D80CA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61.1</w:t>
            </w:r>
          </w:p>
        </w:tc>
        <w:tc>
          <w:tcPr>
            <w:tcW w:w="674" w:type="dxa"/>
            <w:noWrap/>
            <w:hideMark/>
          </w:tcPr>
          <w:p w14:paraId="70E842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w:t>
            </w:r>
          </w:p>
        </w:tc>
        <w:tc>
          <w:tcPr>
            <w:tcW w:w="694" w:type="dxa"/>
            <w:noWrap/>
            <w:hideMark/>
          </w:tcPr>
          <w:p w14:paraId="195733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171A3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F8F1A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72.2</w:t>
            </w:r>
          </w:p>
        </w:tc>
        <w:tc>
          <w:tcPr>
            <w:tcW w:w="751" w:type="dxa"/>
            <w:noWrap/>
            <w:hideMark/>
          </w:tcPr>
          <w:p w14:paraId="6FFC1A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61.1</w:t>
            </w:r>
          </w:p>
        </w:tc>
        <w:tc>
          <w:tcPr>
            <w:tcW w:w="1008" w:type="dxa"/>
            <w:noWrap/>
            <w:hideMark/>
          </w:tcPr>
          <w:p w14:paraId="35822B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DDD78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45FC5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939FB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0772F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756A3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15C4BD9" w14:textId="77777777" w:rsidTr="006750F2">
        <w:trPr>
          <w:trHeight w:val="280"/>
        </w:trPr>
        <w:tc>
          <w:tcPr>
            <w:tcW w:w="919" w:type="dxa"/>
            <w:noWrap/>
            <w:hideMark/>
          </w:tcPr>
          <w:p w14:paraId="6EFAD56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GCA-012562765</w:t>
            </w:r>
          </w:p>
        </w:tc>
        <w:tc>
          <w:tcPr>
            <w:tcW w:w="852" w:type="dxa"/>
            <w:noWrap/>
            <w:hideMark/>
          </w:tcPr>
          <w:p w14:paraId="27D94B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63CBA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72DA1C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47CE2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61CA0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35009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090B5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A948B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FB0E1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FB7FA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006AE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B6BD4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2D51A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47174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F8D3B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81ED1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CB27191" w14:textId="77777777" w:rsidTr="006750F2">
        <w:trPr>
          <w:trHeight w:val="280"/>
        </w:trPr>
        <w:tc>
          <w:tcPr>
            <w:tcW w:w="919" w:type="dxa"/>
            <w:noWrap/>
            <w:hideMark/>
          </w:tcPr>
          <w:p w14:paraId="2CD6BF8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Ga0077523</w:t>
            </w:r>
          </w:p>
        </w:tc>
        <w:tc>
          <w:tcPr>
            <w:tcW w:w="852" w:type="dxa"/>
            <w:noWrap/>
            <w:hideMark/>
          </w:tcPr>
          <w:p w14:paraId="457EE6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0654B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390E4B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39" w:type="dxa"/>
            <w:noWrap/>
            <w:hideMark/>
          </w:tcPr>
          <w:p w14:paraId="74777E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21" w:type="dxa"/>
            <w:noWrap/>
            <w:hideMark/>
          </w:tcPr>
          <w:p w14:paraId="274C5E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674" w:type="dxa"/>
            <w:noWrap/>
            <w:hideMark/>
          </w:tcPr>
          <w:p w14:paraId="37E374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BE641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B6B9D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A9918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51" w:type="dxa"/>
            <w:noWrap/>
            <w:hideMark/>
          </w:tcPr>
          <w:p w14:paraId="4E5F0F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1008" w:type="dxa"/>
            <w:noWrap/>
            <w:hideMark/>
          </w:tcPr>
          <w:p w14:paraId="2FF1BA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789D9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E6C4D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0BEE4E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04A64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0EE2F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A954BA8" w14:textId="77777777" w:rsidTr="006750F2">
        <w:trPr>
          <w:trHeight w:val="280"/>
        </w:trPr>
        <w:tc>
          <w:tcPr>
            <w:tcW w:w="919" w:type="dxa"/>
            <w:noWrap/>
            <w:hideMark/>
          </w:tcPr>
          <w:p w14:paraId="44BB9DE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Ga0077527</w:t>
            </w:r>
          </w:p>
        </w:tc>
        <w:tc>
          <w:tcPr>
            <w:tcW w:w="852" w:type="dxa"/>
            <w:noWrap/>
            <w:hideMark/>
          </w:tcPr>
          <w:p w14:paraId="6CA61C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BACF6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758379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71.4</w:t>
            </w:r>
          </w:p>
        </w:tc>
        <w:tc>
          <w:tcPr>
            <w:tcW w:w="739" w:type="dxa"/>
            <w:noWrap/>
            <w:hideMark/>
          </w:tcPr>
          <w:p w14:paraId="4FD9C5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78.6</w:t>
            </w:r>
          </w:p>
        </w:tc>
        <w:tc>
          <w:tcPr>
            <w:tcW w:w="721" w:type="dxa"/>
            <w:noWrap/>
            <w:hideMark/>
          </w:tcPr>
          <w:p w14:paraId="707F4A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674" w:type="dxa"/>
            <w:noWrap/>
            <w:hideMark/>
          </w:tcPr>
          <w:p w14:paraId="5E5D56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DDC94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237A4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BB9CF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71.4</w:t>
            </w:r>
          </w:p>
        </w:tc>
        <w:tc>
          <w:tcPr>
            <w:tcW w:w="751" w:type="dxa"/>
            <w:noWrap/>
            <w:hideMark/>
          </w:tcPr>
          <w:p w14:paraId="625073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1008" w:type="dxa"/>
            <w:noWrap/>
            <w:hideMark/>
          </w:tcPr>
          <w:p w14:paraId="43590C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A4A6F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4A633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7087B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B8192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4E119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619553C" w14:textId="77777777" w:rsidTr="006750F2">
        <w:trPr>
          <w:trHeight w:val="280"/>
        </w:trPr>
        <w:tc>
          <w:tcPr>
            <w:tcW w:w="919" w:type="dxa"/>
            <w:noWrap/>
            <w:hideMark/>
          </w:tcPr>
          <w:p w14:paraId="4C84696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Gallionella</w:t>
            </w:r>
          </w:p>
        </w:tc>
        <w:tc>
          <w:tcPr>
            <w:tcW w:w="852" w:type="dxa"/>
            <w:noWrap/>
            <w:hideMark/>
          </w:tcPr>
          <w:p w14:paraId="0ECBD0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C08FC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w:t>
            </w:r>
          </w:p>
        </w:tc>
        <w:tc>
          <w:tcPr>
            <w:tcW w:w="768" w:type="dxa"/>
            <w:noWrap/>
            <w:hideMark/>
          </w:tcPr>
          <w:p w14:paraId="3FB8BA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43.4</w:t>
            </w:r>
          </w:p>
        </w:tc>
        <w:tc>
          <w:tcPr>
            <w:tcW w:w="739" w:type="dxa"/>
            <w:noWrap/>
            <w:hideMark/>
          </w:tcPr>
          <w:p w14:paraId="2CE927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30.2</w:t>
            </w:r>
          </w:p>
        </w:tc>
        <w:tc>
          <w:tcPr>
            <w:tcW w:w="721" w:type="dxa"/>
            <w:noWrap/>
            <w:hideMark/>
          </w:tcPr>
          <w:p w14:paraId="07AB21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50.9</w:t>
            </w:r>
          </w:p>
        </w:tc>
        <w:tc>
          <w:tcPr>
            <w:tcW w:w="674" w:type="dxa"/>
            <w:noWrap/>
            <w:hideMark/>
          </w:tcPr>
          <w:p w14:paraId="4B3017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18.9</w:t>
            </w:r>
          </w:p>
        </w:tc>
        <w:tc>
          <w:tcPr>
            <w:tcW w:w="694" w:type="dxa"/>
            <w:noWrap/>
            <w:hideMark/>
          </w:tcPr>
          <w:p w14:paraId="0EF4A7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AC706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05B59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62.3</w:t>
            </w:r>
          </w:p>
        </w:tc>
        <w:tc>
          <w:tcPr>
            <w:tcW w:w="751" w:type="dxa"/>
            <w:noWrap/>
            <w:hideMark/>
          </w:tcPr>
          <w:p w14:paraId="6B8D39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50.9</w:t>
            </w:r>
          </w:p>
        </w:tc>
        <w:tc>
          <w:tcPr>
            <w:tcW w:w="1008" w:type="dxa"/>
            <w:noWrap/>
            <w:hideMark/>
          </w:tcPr>
          <w:p w14:paraId="23EAF2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77812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475FB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D4C52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40EBD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476A1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5244E81" w14:textId="77777777" w:rsidTr="006750F2">
        <w:trPr>
          <w:trHeight w:val="280"/>
        </w:trPr>
        <w:tc>
          <w:tcPr>
            <w:tcW w:w="919" w:type="dxa"/>
            <w:noWrap/>
            <w:hideMark/>
          </w:tcPr>
          <w:p w14:paraId="74E7C09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Giesbergeria</w:t>
            </w:r>
          </w:p>
        </w:tc>
        <w:tc>
          <w:tcPr>
            <w:tcW w:w="852" w:type="dxa"/>
            <w:noWrap/>
            <w:hideMark/>
          </w:tcPr>
          <w:p w14:paraId="79D3C9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CD9B4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56E564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39" w:type="dxa"/>
            <w:noWrap/>
            <w:hideMark/>
          </w:tcPr>
          <w:p w14:paraId="3947AD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72.7</w:t>
            </w:r>
          </w:p>
        </w:tc>
        <w:tc>
          <w:tcPr>
            <w:tcW w:w="721" w:type="dxa"/>
            <w:noWrap/>
            <w:hideMark/>
          </w:tcPr>
          <w:p w14:paraId="0DE1B5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77.3</w:t>
            </w:r>
          </w:p>
        </w:tc>
        <w:tc>
          <w:tcPr>
            <w:tcW w:w="674" w:type="dxa"/>
            <w:noWrap/>
            <w:hideMark/>
          </w:tcPr>
          <w:p w14:paraId="270B60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A8B10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417D4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13CAE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51" w:type="dxa"/>
            <w:noWrap/>
            <w:hideMark/>
          </w:tcPr>
          <w:p w14:paraId="701106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77.3</w:t>
            </w:r>
          </w:p>
        </w:tc>
        <w:tc>
          <w:tcPr>
            <w:tcW w:w="1008" w:type="dxa"/>
            <w:noWrap/>
            <w:hideMark/>
          </w:tcPr>
          <w:p w14:paraId="582051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AD4D6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230D8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6F32A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9C54D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133A3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259E415" w14:textId="77777777" w:rsidTr="006750F2">
        <w:trPr>
          <w:trHeight w:val="280"/>
        </w:trPr>
        <w:tc>
          <w:tcPr>
            <w:tcW w:w="919" w:type="dxa"/>
            <w:noWrap/>
            <w:hideMark/>
          </w:tcPr>
          <w:p w14:paraId="4CE4866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Gilliamella</w:t>
            </w:r>
          </w:p>
        </w:tc>
        <w:tc>
          <w:tcPr>
            <w:tcW w:w="852" w:type="dxa"/>
            <w:noWrap/>
            <w:hideMark/>
          </w:tcPr>
          <w:p w14:paraId="7605E7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B9261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768" w:type="dxa"/>
            <w:noWrap/>
            <w:hideMark/>
          </w:tcPr>
          <w:p w14:paraId="19C195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2A1B7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0FE4D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6F90B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B2F7E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8175A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2ECCC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1606A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AF3DF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8CFD2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7D91B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EEE1A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F872D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FD8FC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61B7222" w14:textId="77777777" w:rsidTr="006750F2">
        <w:trPr>
          <w:trHeight w:val="280"/>
        </w:trPr>
        <w:tc>
          <w:tcPr>
            <w:tcW w:w="919" w:type="dxa"/>
            <w:noWrap/>
            <w:hideMark/>
          </w:tcPr>
          <w:p w14:paraId="4D8FA95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Glaciecola</w:t>
            </w:r>
          </w:p>
        </w:tc>
        <w:tc>
          <w:tcPr>
            <w:tcW w:w="852" w:type="dxa"/>
            <w:noWrap/>
            <w:hideMark/>
          </w:tcPr>
          <w:p w14:paraId="1B60FC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2D4CE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690483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39" w:type="dxa"/>
            <w:noWrap/>
            <w:hideMark/>
          </w:tcPr>
          <w:p w14:paraId="6D2D6A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13.3</w:t>
            </w:r>
          </w:p>
        </w:tc>
        <w:tc>
          <w:tcPr>
            <w:tcW w:w="721" w:type="dxa"/>
            <w:noWrap/>
            <w:hideMark/>
          </w:tcPr>
          <w:p w14:paraId="026707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5A308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694" w:type="dxa"/>
            <w:noWrap/>
            <w:hideMark/>
          </w:tcPr>
          <w:p w14:paraId="1A837B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136E6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22E0D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46.7</w:t>
            </w:r>
          </w:p>
        </w:tc>
        <w:tc>
          <w:tcPr>
            <w:tcW w:w="751" w:type="dxa"/>
            <w:noWrap/>
            <w:hideMark/>
          </w:tcPr>
          <w:p w14:paraId="6BCFDA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FEFD8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F57BF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46A12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451D6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28DDE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78BB7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5F4CD5F" w14:textId="77777777" w:rsidTr="006750F2">
        <w:trPr>
          <w:trHeight w:val="280"/>
        </w:trPr>
        <w:tc>
          <w:tcPr>
            <w:tcW w:w="919" w:type="dxa"/>
            <w:noWrap/>
            <w:hideMark/>
          </w:tcPr>
          <w:p w14:paraId="75F6724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Granulosicoccus</w:t>
            </w:r>
          </w:p>
        </w:tc>
        <w:tc>
          <w:tcPr>
            <w:tcW w:w="852" w:type="dxa"/>
            <w:noWrap/>
            <w:hideMark/>
          </w:tcPr>
          <w:p w14:paraId="0A8B8F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70622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31599C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739" w:type="dxa"/>
            <w:noWrap/>
            <w:hideMark/>
          </w:tcPr>
          <w:p w14:paraId="55CBE1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21" w:type="dxa"/>
            <w:noWrap/>
            <w:hideMark/>
          </w:tcPr>
          <w:p w14:paraId="0994B3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674" w:type="dxa"/>
            <w:noWrap/>
            <w:hideMark/>
          </w:tcPr>
          <w:p w14:paraId="28C91D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68F63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5EEA5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F59BD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751" w:type="dxa"/>
            <w:noWrap/>
            <w:hideMark/>
          </w:tcPr>
          <w:p w14:paraId="20D214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1008" w:type="dxa"/>
            <w:noWrap/>
            <w:hideMark/>
          </w:tcPr>
          <w:p w14:paraId="366AFA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118F0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4DB66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FF74D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D6074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856D3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113F3F2" w14:textId="77777777" w:rsidTr="006750F2">
        <w:trPr>
          <w:trHeight w:val="280"/>
        </w:trPr>
        <w:tc>
          <w:tcPr>
            <w:tcW w:w="919" w:type="dxa"/>
            <w:noWrap/>
            <w:hideMark/>
          </w:tcPr>
          <w:p w14:paraId="3B77894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HIMB30</w:t>
            </w:r>
          </w:p>
        </w:tc>
        <w:tc>
          <w:tcPr>
            <w:tcW w:w="852" w:type="dxa"/>
            <w:noWrap/>
            <w:hideMark/>
          </w:tcPr>
          <w:p w14:paraId="73DA6B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D680B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3B89F7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6F968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92297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F2A5B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705FF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C1526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26F11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9F61A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17672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8112F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65E8C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43018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417AD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B69B3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0508905" w14:textId="77777777" w:rsidTr="006750F2">
        <w:trPr>
          <w:trHeight w:val="280"/>
        </w:trPr>
        <w:tc>
          <w:tcPr>
            <w:tcW w:w="919" w:type="dxa"/>
            <w:noWrap/>
            <w:hideMark/>
          </w:tcPr>
          <w:p w14:paraId="658264F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HTCC2207</w:t>
            </w:r>
          </w:p>
        </w:tc>
        <w:tc>
          <w:tcPr>
            <w:tcW w:w="852" w:type="dxa"/>
            <w:noWrap/>
            <w:hideMark/>
          </w:tcPr>
          <w:p w14:paraId="5668B1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96A63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w:t>
            </w:r>
          </w:p>
        </w:tc>
        <w:tc>
          <w:tcPr>
            <w:tcW w:w="768" w:type="dxa"/>
            <w:noWrap/>
            <w:hideMark/>
          </w:tcPr>
          <w:p w14:paraId="5167EB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28.9</w:t>
            </w:r>
          </w:p>
        </w:tc>
        <w:tc>
          <w:tcPr>
            <w:tcW w:w="739" w:type="dxa"/>
            <w:noWrap/>
            <w:hideMark/>
          </w:tcPr>
          <w:p w14:paraId="1AD4BD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21.1</w:t>
            </w:r>
          </w:p>
        </w:tc>
        <w:tc>
          <w:tcPr>
            <w:tcW w:w="721" w:type="dxa"/>
            <w:noWrap/>
            <w:hideMark/>
          </w:tcPr>
          <w:p w14:paraId="6E71C0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674" w:type="dxa"/>
            <w:noWrap/>
            <w:hideMark/>
          </w:tcPr>
          <w:p w14:paraId="1CEEEF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56907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93EAB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43A84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28.9</w:t>
            </w:r>
          </w:p>
        </w:tc>
        <w:tc>
          <w:tcPr>
            <w:tcW w:w="751" w:type="dxa"/>
            <w:noWrap/>
            <w:hideMark/>
          </w:tcPr>
          <w:p w14:paraId="03F3DC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1008" w:type="dxa"/>
            <w:noWrap/>
            <w:hideMark/>
          </w:tcPr>
          <w:p w14:paraId="3D4F3A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37664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FF957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B9689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9332D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B567E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047747D" w14:textId="77777777" w:rsidTr="006750F2">
        <w:trPr>
          <w:trHeight w:val="280"/>
        </w:trPr>
        <w:tc>
          <w:tcPr>
            <w:tcW w:w="919" w:type="dxa"/>
            <w:noWrap/>
            <w:hideMark/>
          </w:tcPr>
          <w:p w14:paraId="7CA5316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Haemophilus</w:t>
            </w:r>
          </w:p>
        </w:tc>
        <w:tc>
          <w:tcPr>
            <w:tcW w:w="852" w:type="dxa"/>
            <w:noWrap/>
            <w:hideMark/>
          </w:tcPr>
          <w:p w14:paraId="6864F2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3C410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768" w:type="dxa"/>
            <w:noWrap/>
            <w:hideMark/>
          </w:tcPr>
          <w:p w14:paraId="13CBDA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E7CDE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98.6</w:t>
            </w:r>
          </w:p>
        </w:tc>
        <w:tc>
          <w:tcPr>
            <w:tcW w:w="721" w:type="dxa"/>
            <w:noWrap/>
            <w:hideMark/>
          </w:tcPr>
          <w:p w14:paraId="677ABB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62.9</w:t>
            </w:r>
          </w:p>
        </w:tc>
        <w:tc>
          <w:tcPr>
            <w:tcW w:w="674" w:type="dxa"/>
            <w:noWrap/>
            <w:hideMark/>
          </w:tcPr>
          <w:p w14:paraId="6A7618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F8751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54C5E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909" w:type="dxa"/>
            <w:noWrap/>
            <w:hideMark/>
          </w:tcPr>
          <w:p w14:paraId="2DD237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51" w:type="dxa"/>
            <w:noWrap/>
            <w:hideMark/>
          </w:tcPr>
          <w:p w14:paraId="74A461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62.9</w:t>
            </w:r>
          </w:p>
        </w:tc>
        <w:tc>
          <w:tcPr>
            <w:tcW w:w="1008" w:type="dxa"/>
            <w:noWrap/>
            <w:hideMark/>
          </w:tcPr>
          <w:p w14:paraId="614236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44303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9FCB0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DFD33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59AB1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AA53D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A517622" w14:textId="77777777" w:rsidTr="006750F2">
        <w:trPr>
          <w:trHeight w:val="280"/>
        </w:trPr>
        <w:tc>
          <w:tcPr>
            <w:tcW w:w="919" w:type="dxa"/>
            <w:noWrap/>
            <w:hideMark/>
          </w:tcPr>
          <w:p w14:paraId="604CC2F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Halioglobus</w:t>
            </w:r>
          </w:p>
        </w:tc>
        <w:tc>
          <w:tcPr>
            <w:tcW w:w="852" w:type="dxa"/>
            <w:noWrap/>
            <w:hideMark/>
          </w:tcPr>
          <w:p w14:paraId="7BE14D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D5805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w:t>
            </w:r>
          </w:p>
        </w:tc>
        <w:tc>
          <w:tcPr>
            <w:tcW w:w="768" w:type="dxa"/>
            <w:noWrap/>
            <w:hideMark/>
          </w:tcPr>
          <w:p w14:paraId="04E794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32.4</w:t>
            </w:r>
          </w:p>
        </w:tc>
        <w:tc>
          <w:tcPr>
            <w:tcW w:w="739" w:type="dxa"/>
            <w:noWrap/>
            <w:hideMark/>
          </w:tcPr>
          <w:p w14:paraId="433089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35.3</w:t>
            </w:r>
          </w:p>
        </w:tc>
        <w:tc>
          <w:tcPr>
            <w:tcW w:w="721" w:type="dxa"/>
            <w:noWrap/>
            <w:hideMark/>
          </w:tcPr>
          <w:p w14:paraId="3822D8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29.4</w:t>
            </w:r>
          </w:p>
        </w:tc>
        <w:tc>
          <w:tcPr>
            <w:tcW w:w="674" w:type="dxa"/>
            <w:noWrap/>
            <w:hideMark/>
          </w:tcPr>
          <w:p w14:paraId="2BEB03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694" w:type="dxa"/>
            <w:noWrap/>
            <w:hideMark/>
          </w:tcPr>
          <w:p w14:paraId="71FCC7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96C3A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8055F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35.3</w:t>
            </w:r>
          </w:p>
        </w:tc>
        <w:tc>
          <w:tcPr>
            <w:tcW w:w="751" w:type="dxa"/>
            <w:noWrap/>
            <w:hideMark/>
          </w:tcPr>
          <w:p w14:paraId="211BA5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29.4</w:t>
            </w:r>
          </w:p>
        </w:tc>
        <w:tc>
          <w:tcPr>
            <w:tcW w:w="1008" w:type="dxa"/>
            <w:noWrap/>
            <w:hideMark/>
          </w:tcPr>
          <w:p w14:paraId="3CAADE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223CB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2306D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6DF53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08071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A9327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6133FB4" w14:textId="77777777" w:rsidTr="006750F2">
        <w:trPr>
          <w:trHeight w:val="280"/>
        </w:trPr>
        <w:tc>
          <w:tcPr>
            <w:tcW w:w="919" w:type="dxa"/>
            <w:noWrap/>
            <w:hideMark/>
          </w:tcPr>
          <w:p w14:paraId="422DB8F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Halomonas</w:t>
            </w:r>
          </w:p>
        </w:tc>
        <w:tc>
          <w:tcPr>
            <w:tcW w:w="852" w:type="dxa"/>
            <w:noWrap/>
            <w:hideMark/>
          </w:tcPr>
          <w:p w14:paraId="6F1DA1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ECBF6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768" w:type="dxa"/>
            <w:noWrap/>
            <w:hideMark/>
          </w:tcPr>
          <w:p w14:paraId="51B275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40.3</w:t>
            </w:r>
          </w:p>
        </w:tc>
        <w:tc>
          <w:tcPr>
            <w:tcW w:w="739" w:type="dxa"/>
            <w:noWrap/>
            <w:hideMark/>
          </w:tcPr>
          <w:p w14:paraId="465D11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89.6</w:t>
            </w:r>
          </w:p>
        </w:tc>
        <w:tc>
          <w:tcPr>
            <w:tcW w:w="721" w:type="dxa"/>
            <w:noWrap/>
            <w:hideMark/>
          </w:tcPr>
          <w:p w14:paraId="7B6913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46.3</w:t>
            </w:r>
          </w:p>
        </w:tc>
        <w:tc>
          <w:tcPr>
            <w:tcW w:w="674" w:type="dxa"/>
            <w:noWrap/>
            <w:hideMark/>
          </w:tcPr>
          <w:p w14:paraId="0914CD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E16D1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C7508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0E039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40.3</w:t>
            </w:r>
          </w:p>
        </w:tc>
        <w:tc>
          <w:tcPr>
            <w:tcW w:w="751" w:type="dxa"/>
            <w:noWrap/>
            <w:hideMark/>
          </w:tcPr>
          <w:p w14:paraId="750BD6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46.3</w:t>
            </w:r>
          </w:p>
        </w:tc>
        <w:tc>
          <w:tcPr>
            <w:tcW w:w="1008" w:type="dxa"/>
            <w:noWrap/>
            <w:hideMark/>
          </w:tcPr>
          <w:p w14:paraId="62383E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2C8A4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6632F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262454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ABED4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5E891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0F68C19" w14:textId="77777777" w:rsidTr="006750F2">
        <w:trPr>
          <w:trHeight w:val="280"/>
        </w:trPr>
        <w:tc>
          <w:tcPr>
            <w:tcW w:w="919" w:type="dxa"/>
            <w:noWrap/>
            <w:hideMark/>
          </w:tcPr>
          <w:p w14:paraId="4B7FAB2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Halopseudomonas</w:t>
            </w:r>
          </w:p>
        </w:tc>
        <w:tc>
          <w:tcPr>
            <w:tcW w:w="852" w:type="dxa"/>
            <w:noWrap/>
            <w:hideMark/>
          </w:tcPr>
          <w:p w14:paraId="7BD55A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2F3F8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68" w:type="dxa"/>
            <w:noWrap/>
            <w:hideMark/>
          </w:tcPr>
          <w:p w14:paraId="248C84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w:t>
            </w:r>
          </w:p>
        </w:tc>
        <w:tc>
          <w:tcPr>
            <w:tcW w:w="739" w:type="dxa"/>
            <w:noWrap/>
            <w:hideMark/>
          </w:tcPr>
          <w:p w14:paraId="3DD02F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32.5</w:t>
            </w:r>
          </w:p>
        </w:tc>
        <w:tc>
          <w:tcPr>
            <w:tcW w:w="721" w:type="dxa"/>
            <w:noWrap/>
            <w:hideMark/>
          </w:tcPr>
          <w:p w14:paraId="76ACB9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674" w:type="dxa"/>
            <w:noWrap/>
            <w:hideMark/>
          </w:tcPr>
          <w:p w14:paraId="5B4FFD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6B734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D5850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005B5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w:t>
            </w:r>
          </w:p>
        </w:tc>
        <w:tc>
          <w:tcPr>
            <w:tcW w:w="751" w:type="dxa"/>
            <w:noWrap/>
            <w:hideMark/>
          </w:tcPr>
          <w:p w14:paraId="15FFE2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1008" w:type="dxa"/>
            <w:noWrap/>
            <w:hideMark/>
          </w:tcPr>
          <w:p w14:paraId="149F6C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310A9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13275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37C4FE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1B5DE0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B734A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26E3EF6" w14:textId="77777777" w:rsidTr="006750F2">
        <w:trPr>
          <w:trHeight w:val="280"/>
        </w:trPr>
        <w:tc>
          <w:tcPr>
            <w:tcW w:w="919" w:type="dxa"/>
            <w:noWrap/>
            <w:hideMark/>
          </w:tcPr>
          <w:p w14:paraId="5D69550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Halothiobacillus</w:t>
            </w:r>
          </w:p>
        </w:tc>
        <w:tc>
          <w:tcPr>
            <w:tcW w:w="852" w:type="dxa"/>
            <w:noWrap/>
            <w:hideMark/>
          </w:tcPr>
          <w:p w14:paraId="2CEECA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FDB60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7E1B6D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39" w:type="dxa"/>
            <w:noWrap/>
            <w:hideMark/>
          </w:tcPr>
          <w:p w14:paraId="7D5154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4172D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83651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694" w:type="dxa"/>
            <w:noWrap/>
            <w:hideMark/>
          </w:tcPr>
          <w:p w14:paraId="56DF21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90CC1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95770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751" w:type="dxa"/>
            <w:noWrap/>
            <w:hideMark/>
          </w:tcPr>
          <w:p w14:paraId="7A9541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AF6AF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4B269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B9221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00A33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262EE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85A11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ABC503D" w14:textId="77777777" w:rsidTr="006750F2">
        <w:trPr>
          <w:trHeight w:val="280"/>
        </w:trPr>
        <w:tc>
          <w:tcPr>
            <w:tcW w:w="919" w:type="dxa"/>
            <w:noWrap/>
            <w:hideMark/>
          </w:tcPr>
          <w:p w14:paraId="4A722E1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Herbaspirillum</w:t>
            </w:r>
          </w:p>
        </w:tc>
        <w:tc>
          <w:tcPr>
            <w:tcW w:w="852" w:type="dxa"/>
            <w:noWrap/>
            <w:hideMark/>
          </w:tcPr>
          <w:p w14:paraId="195E46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0B22E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768" w:type="dxa"/>
            <w:noWrap/>
            <w:hideMark/>
          </w:tcPr>
          <w:p w14:paraId="5EB18C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58.3</w:t>
            </w:r>
          </w:p>
        </w:tc>
        <w:tc>
          <w:tcPr>
            <w:tcW w:w="739" w:type="dxa"/>
            <w:noWrap/>
            <w:hideMark/>
          </w:tcPr>
          <w:p w14:paraId="5C6EA9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22.2</w:t>
            </w:r>
          </w:p>
        </w:tc>
        <w:tc>
          <w:tcPr>
            <w:tcW w:w="721" w:type="dxa"/>
            <w:noWrap/>
            <w:hideMark/>
          </w:tcPr>
          <w:p w14:paraId="1C66BF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w:t>
            </w:r>
          </w:p>
        </w:tc>
        <w:tc>
          <w:tcPr>
            <w:tcW w:w="674" w:type="dxa"/>
            <w:noWrap/>
            <w:hideMark/>
          </w:tcPr>
          <w:p w14:paraId="2CDF73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694" w:type="dxa"/>
            <w:noWrap/>
            <w:hideMark/>
          </w:tcPr>
          <w:p w14:paraId="13541B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CA7A7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6D557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751" w:type="dxa"/>
            <w:noWrap/>
            <w:hideMark/>
          </w:tcPr>
          <w:p w14:paraId="218B79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w:t>
            </w:r>
          </w:p>
        </w:tc>
        <w:tc>
          <w:tcPr>
            <w:tcW w:w="1008" w:type="dxa"/>
            <w:noWrap/>
            <w:hideMark/>
          </w:tcPr>
          <w:p w14:paraId="7EBAA0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8BC5E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D9227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7B013F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9EBE7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A12B5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B428039" w14:textId="77777777" w:rsidTr="006750F2">
        <w:trPr>
          <w:trHeight w:val="280"/>
        </w:trPr>
        <w:tc>
          <w:tcPr>
            <w:tcW w:w="919" w:type="dxa"/>
            <w:noWrap/>
            <w:hideMark/>
          </w:tcPr>
          <w:p w14:paraId="555F216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Herminiimonas</w:t>
            </w:r>
          </w:p>
        </w:tc>
        <w:tc>
          <w:tcPr>
            <w:tcW w:w="852" w:type="dxa"/>
            <w:noWrap/>
            <w:hideMark/>
          </w:tcPr>
          <w:p w14:paraId="3D9166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E09AC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242DA6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739" w:type="dxa"/>
            <w:noWrap/>
            <w:hideMark/>
          </w:tcPr>
          <w:p w14:paraId="064AA1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21" w:type="dxa"/>
            <w:noWrap/>
            <w:hideMark/>
          </w:tcPr>
          <w:p w14:paraId="78199B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674" w:type="dxa"/>
            <w:noWrap/>
            <w:hideMark/>
          </w:tcPr>
          <w:p w14:paraId="0979CE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0EA46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69F10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F3809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751" w:type="dxa"/>
            <w:noWrap/>
            <w:hideMark/>
          </w:tcPr>
          <w:p w14:paraId="13DD15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1008" w:type="dxa"/>
            <w:noWrap/>
            <w:hideMark/>
          </w:tcPr>
          <w:p w14:paraId="238BDE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7E492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6C3A8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B1AB3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A74B3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A174F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4990C89" w14:textId="77777777" w:rsidTr="006750F2">
        <w:trPr>
          <w:trHeight w:val="280"/>
        </w:trPr>
        <w:tc>
          <w:tcPr>
            <w:tcW w:w="919" w:type="dxa"/>
            <w:noWrap/>
            <w:hideMark/>
          </w:tcPr>
          <w:p w14:paraId="313DD42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Hydrogenophaga</w:t>
            </w:r>
          </w:p>
        </w:tc>
        <w:tc>
          <w:tcPr>
            <w:tcW w:w="852" w:type="dxa"/>
            <w:noWrap/>
            <w:hideMark/>
          </w:tcPr>
          <w:p w14:paraId="2C001C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B5FC4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w:t>
            </w:r>
          </w:p>
        </w:tc>
        <w:tc>
          <w:tcPr>
            <w:tcW w:w="768" w:type="dxa"/>
            <w:noWrap/>
            <w:hideMark/>
          </w:tcPr>
          <w:p w14:paraId="440B75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41.4</w:t>
            </w:r>
          </w:p>
        </w:tc>
        <w:tc>
          <w:tcPr>
            <w:tcW w:w="739" w:type="dxa"/>
            <w:noWrap/>
            <w:hideMark/>
          </w:tcPr>
          <w:p w14:paraId="06B7FB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60.3</w:t>
            </w:r>
          </w:p>
        </w:tc>
        <w:tc>
          <w:tcPr>
            <w:tcW w:w="721" w:type="dxa"/>
            <w:noWrap/>
            <w:hideMark/>
          </w:tcPr>
          <w:p w14:paraId="5B2C1E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25.9</w:t>
            </w:r>
          </w:p>
        </w:tc>
        <w:tc>
          <w:tcPr>
            <w:tcW w:w="674" w:type="dxa"/>
            <w:noWrap/>
            <w:hideMark/>
          </w:tcPr>
          <w:p w14:paraId="468BB8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24.1</w:t>
            </w:r>
          </w:p>
        </w:tc>
        <w:tc>
          <w:tcPr>
            <w:tcW w:w="694" w:type="dxa"/>
            <w:noWrap/>
            <w:hideMark/>
          </w:tcPr>
          <w:p w14:paraId="792232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0010A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30620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65.5</w:t>
            </w:r>
          </w:p>
        </w:tc>
        <w:tc>
          <w:tcPr>
            <w:tcW w:w="751" w:type="dxa"/>
            <w:noWrap/>
            <w:hideMark/>
          </w:tcPr>
          <w:p w14:paraId="0D29C7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25.9</w:t>
            </w:r>
          </w:p>
        </w:tc>
        <w:tc>
          <w:tcPr>
            <w:tcW w:w="1008" w:type="dxa"/>
            <w:noWrap/>
            <w:hideMark/>
          </w:tcPr>
          <w:p w14:paraId="16E72F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E06E3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944CF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FC99E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4D5DC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B7EA5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D0714A2" w14:textId="77777777" w:rsidTr="006750F2">
        <w:trPr>
          <w:trHeight w:val="280"/>
        </w:trPr>
        <w:tc>
          <w:tcPr>
            <w:tcW w:w="919" w:type="dxa"/>
            <w:noWrap/>
            <w:hideMark/>
          </w:tcPr>
          <w:p w14:paraId="5E82C42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Hydrogenovibrio</w:t>
            </w:r>
          </w:p>
        </w:tc>
        <w:tc>
          <w:tcPr>
            <w:tcW w:w="852" w:type="dxa"/>
            <w:noWrap/>
            <w:hideMark/>
          </w:tcPr>
          <w:p w14:paraId="59AAF0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DC994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096011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35.7</w:t>
            </w:r>
          </w:p>
        </w:tc>
        <w:tc>
          <w:tcPr>
            <w:tcW w:w="739" w:type="dxa"/>
            <w:noWrap/>
            <w:hideMark/>
          </w:tcPr>
          <w:p w14:paraId="458410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66CCB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6BF99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F80A3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50DBB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AF007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35.7</w:t>
            </w:r>
          </w:p>
        </w:tc>
        <w:tc>
          <w:tcPr>
            <w:tcW w:w="751" w:type="dxa"/>
            <w:noWrap/>
            <w:hideMark/>
          </w:tcPr>
          <w:p w14:paraId="255163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E5D71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1D814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9921D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59428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FE68B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A88CC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BF04FE6" w14:textId="77777777" w:rsidTr="006750F2">
        <w:trPr>
          <w:trHeight w:val="280"/>
        </w:trPr>
        <w:tc>
          <w:tcPr>
            <w:tcW w:w="919" w:type="dxa"/>
            <w:noWrap/>
            <w:hideMark/>
          </w:tcPr>
          <w:p w14:paraId="23AF75A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Hylemonella</w:t>
            </w:r>
          </w:p>
        </w:tc>
        <w:tc>
          <w:tcPr>
            <w:tcW w:w="852" w:type="dxa"/>
            <w:noWrap/>
            <w:hideMark/>
          </w:tcPr>
          <w:p w14:paraId="1D404E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719C4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428648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63.2</w:t>
            </w:r>
          </w:p>
        </w:tc>
        <w:tc>
          <w:tcPr>
            <w:tcW w:w="739" w:type="dxa"/>
            <w:noWrap/>
            <w:hideMark/>
          </w:tcPr>
          <w:p w14:paraId="34A6DB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47.4</w:t>
            </w:r>
          </w:p>
        </w:tc>
        <w:tc>
          <w:tcPr>
            <w:tcW w:w="721" w:type="dxa"/>
            <w:noWrap/>
            <w:hideMark/>
          </w:tcPr>
          <w:p w14:paraId="004339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21.1</w:t>
            </w:r>
          </w:p>
        </w:tc>
        <w:tc>
          <w:tcPr>
            <w:tcW w:w="674" w:type="dxa"/>
            <w:noWrap/>
            <w:hideMark/>
          </w:tcPr>
          <w:p w14:paraId="2E0A50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CBCB7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EDA5C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A1901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63.2</w:t>
            </w:r>
          </w:p>
        </w:tc>
        <w:tc>
          <w:tcPr>
            <w:tcW w:w="751" w:type="dxa"/>
            <w:noWrap/>
            <w:hideMark/>
          </w:tcPr>
          <w:p w14:paraId="1C6398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21.1</w:t>
            </w:r>
          </w:p>
        </w:tc>
        <w:tc>
          <w:tcPr>
            <w:tcW w:w="1008" w:type="dxa"/>
            <w:noWrap/>
            <w:hideMark/>
          </w:tcPr>
          <w:p w14:paraId="33EAE4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54F69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2919F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7ACDA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D59C9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88185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EB02A73" w14:textId="77777777" w:rsidTr="006750F2">
        <w:trPr>
          <w:trHeight w:val="280"/>
        </w:trPr>
        <w:tc>
          <w:tcPr>
            <w:tcW w:w="919" w:type="dxa"/>
            <w:noWrap/>
            <w:hideMark/>
          </w:tcPr>
          <w:p w14:paraId="3D35FF4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Ideonella</w:t>
            </w:r>
          </w:p>
        </w:tc>
        <w:tc>
          <w:tcPr>
            <w:tcW w:w="852" w:type="dxa"/>
            <w:noWrap/>
            <w:hideMark/>
          </w:tcPr>
          <w:p w14:paraId="5B8FF1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C2370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36A3EB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38.9</w:t>
            </w:r>
          </w:p>
        </w:tc>
        <w:tc>
          <w:tcPr>
            <w:tcW w:w="739" w:type="dxa"/>
            <w:noWrap/>
            <w:hideMark/>
          </w:tcPr>
          <w:p w14:paraId="499953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55.6</w:t>
            </w:r>
          </w:p>
        </w:tc>
        <w:tc>
          <w:tcPr>
            <w:tcW w:w="721" w:type="dxa"/>
            <w:noWrap/>
            <w:hideMark/>
          </w:tcPr>
          <w:p w14:paraId="1A146C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27.8</w:t>
            </w:r>
          </w:p>
        </w:tc>
        <w:tc>
          <w:tcPr>
            <w:tcW w:w="674" w:type="dxa"/>
            <w:noWrap/>
            <w:hideMark/>
          </w:tcPr>
          <w:p w14:paraId="1CA17B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61.1</w:t>
            </w:r>
          </w:p>
        </w:tc>
        <w:tc>
          <w:tcPr>
            <w:tcW w:w="694" w:type="dxa"/>
            <w:noWrap/>
            <w:hideMark/>
          </w:tcPr>
          <w:p w14:paraId="7A0FC5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A28B5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6CF21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51" w:type="dxa"/>
            <w:noWrap/>
            <w:hideMark/>
          </w:tcPr>
          <w:p w14:paraId="234E32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27.8</w:t>
            </w:r>
          </w:p>
        </w:tc>
        <w:tc>
          <w:tcPr>
            <w:tcW w:w="1008" w:type="dxa"/>
            <w:noWrap/>
            <w:hideMark/>
          </w:tcPr>
          <w:p w14:paraId="09FC75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52B82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14A94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51E2A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15485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2A568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FAA66C0" w14:textId="77777777" w:rsidTr="006750F2">
        <w:trPr>
          <w:trHeight w:val="280"/>
        </w:trPr>
        <w:tc>
          <w:tcPr>
            <w:tcW w:w="919" w:type="dxa"/>
            <w:noWrap/>
            <w:hideMark/>
          </w:tcPr>
          <w:p w14:paraId="3759470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Idiomarina</w:t>
            </w:r>
          </w:p>
        </w:tc>
        <w:tc>
          <w:tcPr>
            <w:tcW w:w="852" w:type="dxa"/>
            <w:noWrap/>
            <w:hideMark/>
          </w:tcPr>
          <w:p w14:paraId="7707D6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2C294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7DB824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C6B7C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721" w:type="dxa"/>
            <w:noWrap/>
            <w:hideMark/>
          </w:tcPr>
          <w:p w14:paraId="62866F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52.4</w:t>
            </w:r>
          </w:p>
        </w:tc>
        <w:tc>
          <w:tcPr>
            <w:tcW w:w="674" w:type="dxa"/>
            <w:noWrap/>
            <w:hideMark/>
          </w:tcPr>
          <w:p w14:paraId="5A5E6C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37D3D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6B44B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DD185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9FD9D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52.4</w:t>
            </w:r>
          </w:p>
        </w:tc>
        <w:tc>
          <w:tcPr>
            <w:tcW w:w="1008" w:type="dxa"/>
            <w:noWrap/>
            <w:hideMark/>
          </w:tcPr>
          <w:p w14:paraId="3184E7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52B4CC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D2057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CC194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975DA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941E2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2522F19" w14:textId="77777777" w:rsidTr="006750F2">
        <w:trPr>
          <w:trHeight w:val="280"/>
        </w:trPr>
        <w:tc>
          <w:tcPr>
            <w:tcW w:w="919" w:type="dxa"/>
            <w:noWrap/>
            <w:hideMark/>
          </w:tcPr>
          <w:p w14:paraId="07349B6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Ignatzschineria</w:t>
            </w:r>
          </w:p>
        </w:tc>
        <w:tc>
          <w:tcPr>
            <w:tcW w:w="852" w:type="dxa"/>
            <w:noWrap/>
            <w:hideMark/>
          </w:tcPr>
          <w:p w14:paraId="0839CA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C2BD0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27D776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FE159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21" w:type="dxa"/>
            <w:noWrap/>
            <w:hideMark/>
          </w:tcPr>
          <w:p w14:paraId="532C0B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BC346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D72DF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AF437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602A7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EEF56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ED09E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046EAB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4B4D0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7A5B6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B55A1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F2E67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01ECB51" w14:textId="77777777" w:rsidTr="006750F2">
        <w:trPr>
          <w:trHeight w:val="280"/>
        </w:trPr>
        <w:tc>
          <w:tcPr>
            <w:tcW w:w="919" w:type="dxa"/>
            <w:noWrap/>
            <w:hideMark/>
          </w:tcPr>
          <w:p w14:paraId="75E587F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Iodobacter</w:t>
            </w:r>
          </w:p>
        </w:tc>
        <w:tc>
          <w:tcPr>
            <w:tcW w:w="852" w:type="dxa"/>
            <w:noWrap/>
            <w:hideMark/>
          </w:tcPr>
          <w:p w14:paraId="019D8C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42339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266D55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39" w:type="dxa"/>
            <w:noWrap/>
            <w:hideMark/>
          </w:tcPr>
          <w:p w14:paraId="4B7AAC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721" w:type="dxa"/>
            <w:noWrap/>
            <w:hideMark/>
          </w:tcPr>
          <w:p w14:paraId="3C39D7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674" w:type="dxa"/>
            <w:noWrap/>
            <w:hideMark/>
          </w:tcPr>
          <w:p w14:paraId="121E75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57E0D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FDF93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F2652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51" w:type="dxa"/>
            <w:noWrap/>
            <w:hideMark/>
          </w:tcPr>
          <w:p w14:paraId="7C3B87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1008" w:type="dxa"/>
            <w:noWrap/>
            <w:hideMark/>
          </w:tcPr>
          <w:p w14:paraId="12C29F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F689F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BBC07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76D52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813ED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F9A5E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1D740ED" w14:textId="77777777" w:rsidTr="006750F2">
        <w:trPr>
          <w:trHeight w:val="280"/>
        </w:trPr>
        <w:tc>
          <w:tcPr>
            <w:tcW w:w="919" w:type="dxa"/>
            <w:noWrap/>
            <w:hideMark/>
          </w:tcPr>
          <w:p w14:paraId="086AA4E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Janthinobacterium</w:t>
            </w:r>
          </w:p>
        </w:tc>
        <w:tc>
          <w:tcPr>
            <w:tcW w:w="852" w:type="dxa"/>
            <w:noWrap/>
            <w:hideMark/>
          </w:tcPr>
          <w:p w14:paraId="7E4476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38B84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68" w:type="dxa"/>
            <w:noWrap/>
            <w:hideMark/>
          </w:tcPr>
          <w:p w14:paraId="3A6249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22.5</w:t>
            </w:r>
          </w:p>
        </w:tc>
        <w:tc>
          <w:tcPr>
            <w:tcW w:w="739" w:type="dxa"/>
            <w:noWrap/>
            <w:hideMark/>
          </w:tcPr>
          <w:p w14:paraId="67B3C2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721" w:type="dxa"/>
            <w:noWrap/>
            <w:hideMark/>
          </w:tcPr>
          <w:p w14:paraId="764B0F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674" w:type="dxa"/>
            <w:noWrap/>
            <w:hideMark/>
          </w:tcPr>
          <w:p w14:paraId="388CCA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694" w:type="dxa"/>
            <w:noWrap/>
            <w:hideMark/>
          </w:tcPr>
          <w:p w14:paraId="0C50B2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EDC7C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BB101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51" w:type="dxa"/>
            <w:noWrap/>
            <w:hideMark/>
          </w:tcPr>
          <w:p w14:paraId="1092E2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1008" w:type="dxa"/>
            <w:noWrap/>
            <w:hideMark/>
          </w:tcPr>
          <w:p w14:paraId="6DFA4E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6AB12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BF69B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EB4B4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577DD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26BEF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0D650E2" w14:textId="77777777" w:rsidTr="006750F2">
        <w:trPr>
          <w:trHeight w:val="280"/>
        </w:trPr>
        <w:tc>
          <w:tcPr>
            <w:tcW w:w="919" w:type="dxa"/>
            <w:noWrap/>
            <w:hideMark/>
          </w:tcPr>
          <w:p w14:paraId="69E2A5F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Kangiella</w:t>
            </w:r>
          </w:p>
        </w:tc>
        <w:tc>
          <w:tcPr>
            <w:tcW w:w="852" w:type="dxa"/>
            <w:noWrap/>
            <w:hideMark/>
          </w:tcPr>
          <w:p w14:paraId="370564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4E0C0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1D402A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1B574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15.8</w:t>
            </w:r>
          </w:p>
        </w:tc>
        <w:tc>
          <w:tcPr>
            <w:tcW w:w="721" w:type="dxa"/>
            <w:noWrap/>
            <w:hideMark/>
          </w:tcPr>
          <w:p w14:paraId="694411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47.4</w:t>
            </w:r>
          </w:p>
        </w:tc>
        <w:tc>
          <w:tcPr>
            <w:tcW w:w="674" w:type="dxa"/>
            <w:noWrap/>
            <w:hideMark/>
          </w:tcPr>
          <w:p w14:paraId="73704B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5FAF9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835FE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A7715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57518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47.4</w:t>
            </w:r>
          </w:p>
        </w:tc>
        <w:tc>
          <w:tcPr>
            <w:tcW w:w="1008" w:type="dxa"/>
            <w:noWrap/>
            <w:hideMark/>
          </w:tcPr>
          <w:p w14:paraId="084436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3BE02D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236B6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807B3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A9007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2736A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CAD4AA7" w14:textId="77777777" w:rsidTr="006750F2">
        <w:trPr>
          <w:trHeight w:val="280"/>
        </w:trPr>
        <w:tc>
          <w:tcPr>
            <w:tcW w:w="919" w:type="dxa"/>
            <w:noWrap/>
            <w:hideMark/>
          </w:tcPr>
          <w:p w14:paraId="68E9D05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Kingella</w:t>
            </w:r>
          </w:p>
        </w:tc>
        <w:tc>
          <w:tcPr>
            <w:tcW w:w="852" w:type="dxa"/>
            <w:noWrap/>
            <w:hideMark/>
          </w:tcPr>
          <w:p w14:paraId="6CEA2B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E9FA9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7E3EEC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EF2CA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21" w:type="dxa"/>
            <w:noWrap/>
            <w:hideMark/>
          </w:tcPr>
          <w:p w14:paraId="535ADB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74" w:type="dxa"/>
            <w:noWrap/>
            <w:hideMark/>
          </w:tcPr>
          <w:p w14:paraId="5FAC9D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C15C3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9FBBE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9CE02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F5529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1008" w:type="dxa"/>
            <w:noWrap/>
            <w:hideMark/>
          </w:tcPr>
          <w:p w14:paraId="312FB1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0DBB19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DBB30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1482E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91D64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7A840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58324D60" w14:textId="77777777" w:rsidTr="006750F2">
        <w:trPr>
          <w:trHeight w:val="280"/>
        </w:trPr>
        <w:tc>
          <w:tcPr>
            <w:tcW w:w="919" w:type="dxa"/>
            <w:noWrap/>
            <w:hideMark/>
          </w:tcPr>
          <w:p w14:paraId="6F1590C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Klebsiella</w:t>
            </w:r>
          </w:p>
        </w:tc>
        <w:tc>
          <w:tcPr>
            <w:tcW w:w="852" w:type="dxa"/>
            <w:noWrap/>
            <w:hideMark/>
          </w:tcPr>
          <w:p w14:paraId="295F1C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0DF97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w:t>
            </w:r>
          </w:p>
        </w:tc>
        <w:tc>
          <w:tcPr>
            <w:tcW w:w="768" w:type="dxa"/>
            <w:noWrap/>
            <w:hideMark/>
          </w:tcPr>
          <w:p w14:paraId="5CCB51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739" w:type="dxa"/>
            <w:noWrap/>
            <w:hideMark/>
          </w:tcPr>
          <w:p w14:paraId="7EF89F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96.2</w:t>
            </w:r>
          </w:p>
        </w:tc>
        <w:tc>
          <w:tcPr>
            <w:tcW w:w="721" w:type="dxa"/>
            <w:noWrap/>
            <w:hideMark/>
          </w:tcPr>
          <w:p w14:paraId="230F95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7F5EF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40.4</w:t>
            </w:r>
          </w:p>
        </w:tc>
        <w:tc>
          <w:tcPr>
            <w:tcW w:w="694" w:type="dxa"/>
            <w:noWrap/>
            <w:hideMark/>
          </w:tcPr>
          <w:p w14:paraId="20E340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93F3E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A567C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115.4</w:t>
            </w:r>
          </w:p>
        </w:tc>
        <w:tc>
          <w:tcPr>
            <w:tcW w:w="751" w:type="dxa"/>
            <w:noWrap/>
            <w:hideMark/>
          </w:tcPr>
          <w:p w14:paraId="02EC67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25224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44C35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AAD60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4858B8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EA8C3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B6120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F97332C" w14:textId="77777777" w:rsidTr="006750F2">
        <w:trPr>
          <w:trHeight w:val="280"/>
        </w:trPr>
        <w:tc>
          <w:tcPr>
            <w:tcW w:w="919" w:type="dxa"/>
            <w:noWrap/>
            <w:hideMark/>
          </w:tcPr>
          <w:p w14:paraId="1CCF3DC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Kluyvera</w:t>
            </w:r>
          </w:p>
        </w:tc>
        <w:tc>
          <w:tcPr>
            <w:tcW w:w="852" w:type="dxa"/>
            <w:noWrap/>
            <w:hideMark/>
          </w:tcPr>
          <w:p w14:paraId="5582F1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B6B80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063716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54.5</w:t>
            </w:r>
          </w:p>
        </w:tc>
        <w:tc>
          <w:tcPr>
            <w:tcW w:w="739" w:type="dxa"/>
            <w:noWrap/>
            <w:hideMark/>
          </w:tcPr>
          <w:p w14:paraId="0A56A5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39294D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08807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DA002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E7DE6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F0785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54.5</w:t>
            </w:r>
          </w:p>
        </w:tc>
        <w:tc>
          <w:tcPr>
            <w:tcW w:w="751" w:type="dxa"/>
            <w:noWrap/>
            <w:hideMark/>
          </w:tcPr>
          <w:p w14:paraId="1EAC20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C6B06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0F7F2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31923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66F6B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2B8575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A0BBE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B242FBB" w14:textId="77777777" w:rsidTr="006750F2">
        <w:trPr>
          <w:trHeight w:val="280"/>
        </w:trPr>
        <w:tc>
          <w:tcPr>
            <w:tcW w:w="919" w:type="dxa"/>
            <w:noWrap/>
            <w:hideMark/>
          </w:tcPr>
          <w:p w14:paraId="16930B8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Kosakonia</w:t>
            </w:r>
          </w:p>
        </w:tc>
        <w:tc>
          <w:tcPr>
            <w:tcW w:w="852" w:type="dxa"/>
            <w:noWrap/>
            <w:hideMark/>
          </w:tcPr>
          <w:p w14:paraId="222F28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620FA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3A26AC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73.7</w:t>
            </w:r>
          </w:p>
        </w:tc>
        <w:tc>
          <w:tcPr>
            <w:tcW w:w="739" w:type="dxa"/>
            <w:noWrap/>
            <w:hideMark/>
          </w:tcPr>
          <w:p w14:paraId="78ACFA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1F0F72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EA1AE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68.4</w:t>
            </w:r>
          </w:p>
        </w:tc>
        <w:tc>
          <w:tcPr>
            <w:tcW w:w="694" w:type="dxa"/>
            <w:noWrap/>
            <w:hideMark/>
          </w:tcPr>
          <w:p w14:paraId="0BAE32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4D4C9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23F00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142.1</w:t>
            </w:r>
          </w:p>
        </w:tc>
        <w:tc>
          <w:tcPr>
            <w:tcW w:w="751" w:type="dxa"/>
            <w:noWrap/>
            <w:hideMark/>
          </w:tcPr>
          <w:p w14:paraId="260531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052C8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2D270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E3756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7C0EDA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0D8AC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35551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4371CEF8" w14:textId="77777777" w:rsidTr="006750F2">
        <w:trPr>
          <w:trHeight w:val="280"/>
        </w:trPr>
        <w:tc>
          <w:tcPr>
            <w:tcW w:w="919" w:type="dxa"/>
            <w:noWrap/>
            <w:hideMark/>
          </w:tcPr>
          <w:p w14:paraId="2647F49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Kushneria</w:t>
            </w:r>
          </w:p>
        </w:tc>
        <w:tc>
          <w:tcPr>
            <w:tcW w:w="852" w:type="dxa"/>
            <w:noWrap/>
            <w:hideMark/>
          </w:tcPr>
          <w:p w14:paraId="317E64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8E245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7B992E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739" w:type="dxa"/>
            <w:noWrap/>
            <w:hideMark/>
          </w:tcPr>
          <w:p w14:paraId="3E935D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58.3</w:t>
            </w:r>
          </w:p>
        </w:tc>
        <w:tc>
          <w:tcPr>
            <w:tcW w:w="721" w:type="dxa"/>
            <w:noWrap/>
            <w:hideMark/>
          </w:tcPr>
          <w:p w14:paraId="366B64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0ED81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280D1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2F95E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3A372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751" w:type="dxa"/>
            <w:noWrap/>
            <w:hideMark/>
          </w:tcPr>
          <w:p w14:paraId="005E6B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13F9B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0466C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8C0B7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44449B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706B7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7C45E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2ADA189" w14:textId="77777777" w:rsidTr="006750F2">
        <w:trPr>
          <w:trHeight w:val="280"/>
        </w:trPr>
        <w:tc>
          <w:tcPr>
            <w:tcW w:w="919" w:type="dxa"/>
            <w:noWrap/>
            <w:hideMark/>
          </w:tcPr>
          <w:p w14:paraId="001DE72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Lautropia</w:t>
            </w:r>
          </w:p>
        </w:tc>
        <w:tc>
          <w:tcPr>
            <w:tcW w:w="852" w:type="dxa"/>
            <w:noWrap/>
            <w:hideMark/>
          </w:tcPr>
          <w:p w14:paraId="163860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BE3E9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417967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97DA3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90.9</w:t>
            </w:r>
          </w:p>
        </w:tc>
        <w:tc>
          <w:tcPr>
            <w:tcW w:w="721" w:type="dxa"/>
            <w:noWrap/>
            <w:hideMark/>
          </w:tcPr>
          <w:p w14:paraId="14080B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74" w:type="dxa"/>
            <w:noWrap/>
            <w:hideMark/>
          </w:tcPr>
          <w:p w14:paraId="13A866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E759C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11329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72C5D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C0C12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1008" w:type="dxa"/>
            <w:noWrap/>
            <w:hideMark/>
          </w:tcPr>
          <w:p w14:paraId="163557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176AD5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89A7B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971D1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7E7E8D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7F590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5AE58E0E" w14:textId="77777777" w:rsidTr="006750F2">
        <w:trPr>
          <w:trHeight w:val="280"/>
        </w:trPr>
        <w:tc>
          <w:tcPr>
            <w:tcW w:w="919" w:type="dxa"/>
            <w:noWrap/>
            <w:hideMark/>
          </w:tcPr>
          <w:p w14:paraId="5A1AA3C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Leclercia</w:t>
            </w:r>
          </w:p>
        </w:tc>
        <w:tc>
          <w:tcPr>
            <w:tcW w:w="852" w:type="dxa"/>
            <w:noWrap/>
            <w:hideMark/>
          </w:tcPr>
          <w:p w14:paraId="4B0A5D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7BFE4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47A1FD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54.5</w:t>
            </w:r>
          </w:p>
        </w:tc>
        <w:tc>
          <w:tcPr>
            <w:tcW w:w="739" w:type="dxa"/>
            <w:noWrap/>
            <w:hideMark/>
          </w:tcPr>
          <w:p w14:paraId="2C9163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60AFA0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C9E92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A678F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2062C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1EC05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54.5</w:t>
            </w:r>
          </w:p>
        </w:tc>
        <w:tc>
          <w:tcPr>
            <w:tcW w:w="751" w:type="dxa"/>
            <w:noWrap/>
            <w:hideMark/>
          </w:tcPr>
          <w:p w14:paraId="068D32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1E5B9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50F31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2F656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F7160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B851E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D0098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ECBFF05" w14:textId="77777777" w:rsidTr="006750F2">
        <w:trPr>
          <w:trHeight w:val="280"/>
        </w:trPr>
        <w:tc>
          <w:tcPr>
            <w:tcW w:w="919" w:type="dxa"/>
            <w:noWrap/>
            <w:hideMark/>
          </w:tcPr>
          <w:p w14:paraId="338788D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Legionella</w:t>
            </w:r>
          </w:p>
        </w:tc>
        <w:tc>
          <w:tcPr>
            <w:tcW w:w="852" w:type="dxa"/>
            <w:noWrap/>
            <w:hideMark/>
          </w:tcPr>
          <w:p w14:paraId="7199DD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6E29E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136</w:t>
            </w:r>
          </w:p>
        </w:tc>
        <w:tc>
          <w:tcPr>
            <w:tcW w:w="768" w:type="dxa"/>
            <w:noWrap/>
            <w:hideMark/>
          </w:tcPr>
          <w:p w14:paraId="2ED6C0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F919B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01381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75C37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0.7</w:t>
            </w:r>
          </w:p>
        </w:tc>
        <w:tc>
          <w:tcPr>
            <w:tcW w:w="694" w:type="dxa"/>
            <w:noWrap/>
            <w:hideMark/>
          </w:tcPr>
          <w:p w14:paraId="07C2BE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51E5D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8F86C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0.7</w:t>
            </w:r>
          </w:p>
        </w:tc>
        <w:tc>
          <w:tcPr>
            <w:tcW w:w="751" w:type="dxa"/>
            <w:noWrap/>
            <w:hideMark/>
          </w:tcPr>
          <w:p w14:paraId="3D58E9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6FF16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30346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FBCD0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9946E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E71C8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E1C4D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176FB94" w14:textId="77777777" w:rsidTr="006750F2">
        <w:trPr>
          <w:trHeight w:val="280"/>
        </w:trPr>
        <w:tc>
          <w:tcPr>
            <w:tcW w:w="919" w:type="dxa"/>
            <w:noWrap/>
            <w:hideMark/>
          </w:tcPr>
          <w:p w14:paraId="63031ED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Lelliottia</w:t>
            </w:r>
          </w:p>
        </w:tc>
        <w:tc>
          <w:tcPr>
            <w:tcW w:w="852" w:type="dxa"/>
            <w:noWrap/>
            <w:hideMark/>
          </w:tcPr>
          <w:p w14:paraId="09C2BE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F0694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0A73FA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38.5</w:t>
            </w:r>
          </w:p>
        </w:tc>
        <w:tc>
          <w:tcPr>
            <w:tcW w:w="739" w:type="dxa"/>
            <w:noWrap/>
            <w:hideMark/>
          </w:tcPr>
          <w:p w14:paraId="1E5196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3B1A77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171B7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28D27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C3C66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436D8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38.5</w:t>
            </w:r>
          </w:p>
        </w:tc>
        <w:tc>
          <w:tcPr>
            <w:tcW w:w="751" w:type="dxa"/>
            <w:noWrap/>
            <w:hideMark/>
          </w:tcPr>
          <w:p w14:paraId="372F68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0CAF9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5C291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44ABF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02A56D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F5D4F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9C18E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886F849" w14:textId="77777777" w:rsidTr="006750F2">
        <w:trPr>
          <w:trHeight w:val="280"/>
        </w:trPr>
        <w:tc>
          <w:tcPr>
            <w:tcW w:w="919" w:type="dxa"/>
            <w:noWrap/>
            <w:hideMark/>
          </w:tcPr>
          <w:p w14:paraId="7C9E4A4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Limnobacter</w:t>
            </w:r>
          </w:p>
        </w:tc>
        <w:tc>
          <w:tcPr>
            <w:tcW w:w="852" w:type="dxa"/>
            <w:noWrap/>
            <w:hideMark/>
          </w:tcPr>
          <w:p w14:paraId="5F95A8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B5F64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65A47D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46.7</w:t>
            </w:r>
          </w:p>
        </w:tc>
        <w:tc>
          <w:tcPr>
            <w:tcW w:w="739" w:type="dxa"/>
            <w:noWrap/>
            <w:hideMark/>
          </w:tcPr>
          <w:p w14:paraId="72738C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721" w:type="dxa"/>
            <w:noWrap/>
            <w:hideMark/>
          </w:tcPr>
          <w:p w14:paraId="55E511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FEA13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1EEE7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52512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A4C8F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46.7</w:t>
            </w:r>
          </w:p>
        </w:tc>
        <w:tc>
          <w:tcPr>
            <w:tcW w:w="751" w:type="dxa"/>
            <w:noWrap/>
            <w:hideMark/>
          </w:tcPr>
          <w:p w14:paraId="0639C0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0A551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13B73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0D18A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1B130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5A0B5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15016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D19F33A" w14:textId="77777777" w:rsidTr="006750F2">
        <w:trPr>
          <w:trHeight w:val="280"/>
        </w:trPr>
        <w:tc>
          <w:tcPr>
            <w:tcW w:w="919" w:type="dxa"/>
            <w:noWrap/>
            <w:hideMark/>
          </w:tcPr>
          <w:p w14:paraId="5CEFC54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Limnohabitans</w:t>
            </w:r>
          </w:p>
        </w:tc>
        <w:tc>
          <w:tcPr>
            <w:tcW w:w="852" w:type="dxa"/>
            <w:noWrap/>
            <w:hideMark/>
          </w:tcPr>
          <w:p w14:paraId="757067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436B5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123</w:t>
            </w:r>
          </w:p>
        </w:tc>
        <w:tc>
          <w:tcPr>
            <w:tcW w:w="768" w:type="dxa"/>
            <w:noWrap/>
            <w:hideMark/>
          </w:tcPr>
          <w:p w14:paraId="71DEF8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32.5</w:t>
            </w:r>
          </w:p>
        </w:tc>
        <w:tc>
          <w:tcPr>
            <w:tcW w:w="739" w:type="dxa"/>
            <w:noWrap/>
            <w:hideMark/>
          </w:tcPr>
          <w:p w14:paraId="11FB94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21" w:type="dxa"/>
            <w:noWrap/>
            <w:hideMark/>
          </w:tcPr>
          <w:p w14:paraId="7B7FF6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4.9</w:t>
            </w:r>
          </w:p>
        </w:tc>
        <w:tc>
          <w:tcPr>
            <w:tcW w:w="674" w:type="dxa"/>
            <w:noWrap/>
            <w:hideMark/>
          </w:tcPr>
          <w:p w14:paraId="771941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EE99E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368E1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9974D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32.5</w:t>
            </w:r>
          </w:p>
        </w:tc>
        <w:tc>
          <w:tcPr>
            <w:tcW w:w="751" w:type="dxa"/>
            <w:noWrap/>
            <w:hideMark/>
          </w:tcPr>
          <w:p w14:paraId="6C82AA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4.9</w:t>
            </w:r>
          </w:p>
        </w:tc>
        <w:tc>
          <w:tcPr>
            <w:tcW w:w="1008" w:type="dxa"/>
            <w:noWrap/>
            <w:hideMark/>
          </w:tcPr>
          <w:p w14:paraId="6BC302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34893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25584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5CEAE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50432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D1AED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64F870F4" w14:textId="77777777" w:rsidTr="006750F2">
        <w:trPr>
          <w:trHeight w:val="280"/>
        </w:trPr>
        <w:tc>
          <w:tcPr>
            <w:tcW w:w="919" w:type="dxa"/>
            <w:noWrap/>
            <w:hideMark/>
          </w:tcPr>
          <w:p w14:paraId="4794E07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Luminiphilus</w:t>
            </w:r>
          </w:p>
        </w:tc>
        <w:tc>
          <w:tcPr>
            <w:tcW w:w="852" w:type="dxa"/>
            <w:noWrap/>
            <w:hideMark/>
          </w:tcPr>
          <w:p w14:paraId="357350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3D9A0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6EF324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739" w:type="dxa"/>
            <w:noWrap/>
            <w:hideMark/>
          </w:tcPr>
          <w:p w14:paraId="00CBA2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F2619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3B255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B93CC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02C11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59875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751" w:type="dxa"/>
            <w:noWrap/>
            <w:hideMark/>
          </w:tcPr>
          <w:p w14:paraId="64D5EB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DBFB2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E400E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A85C8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957E6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C241F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0E60F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0DC2D1A" w14:textId="77777777" w:rsidTr="006750F2">
        <w:trPr>
          <w:trHeight w:val="280"/>
        </w:trPr>
        <w:tc>
          <w:tcPr>
            <w:tcW w:w="919" w:type="dxa"/>
            <w:noWrap/>
            <w:hideMark/>
          </w:tcPr>
          <w:p w14:paraId="2A121FC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Luteibacter</w:t>
            </w:r>
          </w:p>
        </w:tc>
        <w:tc>
          <w:tcPr>
            <w:tcW w:w="852" w:type="dxa"/>
            <w:noWrap/>
            <w:hideMark/>
          </w:tcPr>
          <w:p w14:paraId="145AC9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9E484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68" w:type="dxa"/>
            <w:noWrap/>
            <w:hideMark/>
          </w:tcPr>
          <w:p w14:paraId="4EC316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D3F25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A8A3B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40A43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8BD94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BECC6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59343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D8D57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27112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6E288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B9449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42C204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82552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ADA39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22CD2EB" w14:textId="77777777" w:rsidTr="006750F2">
        <w:trPr>
          <w:trHeight w:val="280"/>
        </w:trPr>
        <w:tc>
          <w:tcPr>
            <w:tcW w:w="919" w:type="dxa"/>
            <w:noWrap/>
            <w:hideMark/>
          </w:tcPr>
          <w:p w14:paraId="79BB1D3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Luteimonas</w:t>
            </w:r>
          </w:p>
        </w:tc>
        <w:tc>
          <w:tcPr>
            <w:tcW w:w="852" w:type="dxa"/>
            <w:noWrap/>
            <w:hideMark/>
          </w:tcPr>
          <w:p w14:paraId="1A5D31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446CF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768" w:type="dxa"/>
            <w:noWrap/>
            <w:hideMark/>
          </w:tcPr>
          <w:p w14:paraId="2BA56A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739" w:type="dxa"/>
            <w:noWrap/>
            <w:hideMark/>
          </w:tcPr>
          <w:p w14:paraId="03F007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44.8</w:t>
            </w:r>
          </w:p>
        </w:tc>
        <w:tc>
          <w:tcPr>
            <w:tcW w:w="721" w:type="dxa"/>
            <w:noWrap/>
            <w:hideMark/>
          </w:tcPr>
          <w:p w14:paraId="2A624C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64.2</w:t>
            </w:r>
          </w:p>
        </w:tc>
        <w:tc>
          <w:tcPr>
            <w:tcW w:w="674" w:type="dxa"/>
            <w:noWrap/>
            <w:hideMark/>
          </w:tcPr>
          <w:p w14:paraId="181A41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25247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986E0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6723F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751" w:type="dxa"/>
            <w:noWrap/>
            <w:hideMark/>
          </w:tcPr>
          <w:p w14:paraId="18027E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64.2</w:t>
            </w:r>
          </w:p>
        </w:tc>
        <w:tc>
          <w:tcPr>
            <w:tcW w:w="1008" w:type="dxa"/>
            <w:noWrap/>
            <w:hideMark/>
          </w:tcPr>
          <w:p w14:paraId="32AFA7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7C9A9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E85F4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413DA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8A156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09293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9A7D844" w14:textId="77777777" w:rsidTr="006750F2">
        <w:trPr>
          <w:trHeight w:val="280"/>
        </w:trPr>
        <w:tc>
          <w:tcPr>
            <w:tcW w:w="919" w:type="dxa"/>
            <w:noWrap/>
            <w:hideMark/>
          </w:tcPr>
          <w:p w14:paraId="6CA463A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Lysobacter</w:t>
            </w:r>
          </w:p>
        </w:tc>
        <w:tc>
          <w:tcPr>
            <w:tcW w:w="852" w:type="dxa"/>
            <w:noWrap/>
            <w:hideMark/>
          </w:tcPr>
          <w:p w14:paraId="7990C9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295C5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94</w:t>
            </w:r>
          </w:p>
        </w:tc>
        <w:tc>
          <w:tcPr>
            <w:tcW w:w="768" w:type="dxa"/>
            <w:noWrap/>
            <w:hideMark/>
          </w:tcPr>
          <w:p w14:paraId="06D97A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739" w:type="dxa"/>
            <w:noWrap/>
            <w:hideMark/>
          </w:tcPr>
          <w:p w14:paraId="603DDA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23.4</w:t>
            </w:r>
          </w:p>
        </w:tc>
        <w:tc>
          <w:tcPr>
            <w:tcW w:w="721" w:type="dxa"/>
            <w:noWrap/>
            <w:hideMark/>
          </w:tcPr>
          <w:p w14:paraId="3FEA50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58.5</w:t>
            </w:r>
          </w:p>
        </w:tc>
        <w:tc>
          <w:tcPr>
            <w:tcW w:w="674" w:type="dxa"/>
            <w:noWrap/>
            <w:hideMark/>
          </w:tcPr>
          <w:p w14:paraId="1B1FC9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D83C1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2A023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4829C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751" w:type="dxa"/>
            <w:noWrap/>
            <w:hideMark/>
          </w:tcPr>
          <w:p w14:paraId="61C7D2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58.5</w:t>
            </w:r>
          </w:p>
        </w:tc>
        <w:tc>
          <w:tcPr>
            <w:tcW w:w="1008" w:type="dxa"/>
            <w:noWrap/>
            <w:hideMark/>
          </w:tcPr>
          <w:p w14:paraId="49DF7B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D8946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65088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4A986B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44DDF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A841F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FD60351" w14:textId="77777777" w:rsidTr="006750F2">
        <w:trPr>
          <w:trHeight w:val="280"/>
        </w:trPr>
        <w:tc>
          <w:tcPr>
            <w:tcW w:w="919" w:type="dxa"/>
            <w:noWrap/>
            <w:hideMark/>
          </w:tcPr>
          <w:p w14:paraId="4720786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Mannheimia</w:t>
            </w:r>
          </w:p>
        </w:tc>
        <w:tc>
          <w:tcPr>
            <w:tcW w:w="852" w:type="dxa"/>
            <w:noWrap/>
            <w:hideMark/>
          </w:tcPr>
          <w:p w14:paraId="43B8D1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44ED3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7F1F14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6733C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6DDF9B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65662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B1F97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5FDB6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909" w:type="dxa"/>
            <w:noWrap/>
            <w:hideMark/>
          </w:tcPr>
          <w:p w14:paraId="215D9A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51" w:type="dxa"/>
            <w:noWrap/>
            <w:hideMark/>
          </w:tcPr>
          <w:p w14:paraId="1EEF77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3C83F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42E19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790E7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D0249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BBD04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D5FD0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8A432FF" w14:textId="77777777" w:rsidTr="006750F2">
        <w:trPr>
          <w:trHeight w:val="280"/>
        </w:trPr>
        <w:tc>
          <w:tcPr>
            <w:tcW w:w="919" w:type="dxa"/>
            <w:noWrap/>
            <w:hideMark/>
          </w:tcPr>
          <w:p w14:paraId="504A45A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Marinicella</w:t>
            </w:r>
          </w:p>
        </w:tc>
        <w:tc>
          <w:tcPr>
            <w:tcW w:w="852" w:type="dxa"/>
            <w:noWrap/>
            <w:hideMark/>
          </w:tcPr>
          <w:p w14:paraId="4C5E91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2F8FF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05800A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C193E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721" w:type="dxa"/>
            <w:noWrap/>
            <w:hideMark/>
          </w:tcPr>
          <w:p w14:paraId="0F8A92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85.7</w:t>
            </w:r>
          </w:p>
        </w:tc>
        <w:tc>
          <w:tcPr>
            <w:tcW w:w="674" w:type="dxa"/>
            <w:noWrap/>
            <w:hideMark/>
          </w:tcPr>
          <w:p w14:paraId="52116E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1C877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2A1C9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3C7C2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187F5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85.7</w:t>
            </w:r>
          </w:p>
        </w:tc>
        <w:tc>
          <w:tcPr>
            <w:tcW w:w="1008" w:type="dxa"/>
            <w:noWrap/>
            <w:hideMark/>
          </w:tcPr>
          <w:p w14:paraId="07EA9D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4EAC29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DC5F0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DB32D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DD44A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43537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524EB4AD" w14:textId="77777777" w:rsidTr="006750F2">
        <w:trPr>
          <w:trHeight w:val="280"/>
        </w:trPr>
        <w:tc>
          <w:tcPr>
            <w:tcW w:w="919" w:type="dxa"/>
            <w:noWrap/>
            <w:hideMark/>
          </w:tcPr>
          <w:p w14:paraId="3E451EC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Marinobacter</w:t>
            </w:r>
          </w:p>
        </w:tc>
        <w:tc>
          <w:tcPr>
            <w:tcW w:w="852" w:type="dxa"/>
            <w:noWrap/>
            <w:hideMark/>
          </w:tcPr>
          <w:p w14:paraId="7CB99B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79C7D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132</w:t>
            </w:r>
          </w:p>
        </w:tc>
        <w:tc>
          <w:tcPr>
            <w:tcW w:w="768" w:type="dxa"/>
            <w:noWrap/>
            <w:hideMark/>
          </w:tcPr>
          <w:p w14:paraId="4978C5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29.5</w:t>
            </w:r>
          </w:p>
        </w:tc>
        <w:tc>
          <w:tcPr>
            <w:tcW w:w="739" w:type="dxa"/>
            <w:noWrap/>
            <w:hideMark/>
          </w:tcPr>
          <w:p w14:paraId="392BBB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69.7</w:t>
            </w:r>
          </w:p>
        </w:tc>
        <w:tc>
          <w:tcPr>
            <w:tcW w:w="721" w:type="dxa"/>
            <w:noWrap/>
            <w:hideMark/>
          </w:tcPr>
          <w:p w14:paraId="5DCD46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51.5</w:t>
            </w:r>
          </w:p>
        </w:tc>
        <w:tc>
          <w:tcPr>
            <w:tcW w:w="674" w:type="dxa"/>
            <w:noWrap/>
            <w:hideMark/>
          </w:tcPr>
          <w:p w14:paraId="270FDF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0.8</w:t>
            </w:r>
          </w:p>
        </w:tc>
        <w:tc>
          <w:tcPr>
            <w:tcW w:w="694" w:type="dxa"/>
            <w:noWrap/>
            <w:hideMark/>
          </w:tcPr>
          <w:p w14:paraId="26EED9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41874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92FCD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30.3</w:t>
            </w:r>
          </w:p>
        </w:tc>
        <w:tc>
          <w:tcPr>
            <w:tcW w:w="751" w:type="dxa"/>
            <w:noWrap/>
            <w:hideMark/>
          </w:tcPr>
          <w:p w14:paraId="29E7DD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51.5</w:t>
            </w:r>
          </w:p>
        </w:tc>
        <w:tc>
          <w:tcPr>
            <w:tcW w:w="1008" w:type="dxa"/>
            <w:noWrap/>
            <w:hideMark/>
          </w:tcPr>
          <w:p w14:paraId="3F3040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92030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2F841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8E65D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8A2EB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D3F59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88E683F" w14:textId="77777777" w:rsidTr="006750F2">
        <w:trPr>
          <w:trHeight w:val="280"/>
        </w:trPr>
        <w:tc>
          <w:tcPr>
            <w:tcW w:w="919" w:type="dxa"/>
            <w:noWrap/>
            <w:hideMark/>
          </w:tcPr>
          <w:p w14:paraId="307629F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Marinobacterium</w:t>
            </w:r>
          </w:p>
        </w:tc>
        <w:tc>
          <w:tcPr>
            <w:tcW w:w="852" w:type="dxa"/>
            <w:noWrap/>
            <w:hideMark/>
          </w:tcPr>
          <w:p w14:paraId="4033B4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AAFDE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768" w:type="dxa"/>
            <w:noWrap/>
            <w:hideMark/>
          </w:tcPr>
          <w:p w14:paraId="67EA6F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44.8</w:t>
            </w:r>
          </w:p>
        </w:tc>
        <w:tc>
          <w:tcPr>
            <w:tcW w:w="739" w:type="dxa"/>
            <w:noWrap/>
            <w:hideMark/>
          </w:tcPr>
          <w:p w14:paraId="27B18E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17.2</w:t>
            </w:r>
          </w:p>
        </w:tc>
        <w:tc>
          <w:tcPr>
            <w:tcW w:w="721" w:type="dxa"/>
            <w:noWrap/>
            <w:hideMark/>
          </w:tcPr>
          <w:p w14:paraId="61BC1C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20.7</w:t>
            </w:r>
          </w:p>
        </w:tc>
        <w:tc>
          <w:tcPr>
            <w:tcW w:w="674" w:type="dxa"/>
            <w:noWrap/>
            <w:hideMark/>
          </w:tcPr>
          <w:p w14:paraId="08ACB1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20.7</w:t>
            </w:r>
          </w:p>
        </w:tc>
        <w:tc>
          <w:tcPr>
            <w:tcW w:w="694" w:type="dxa"/>
            <w:noWrap/>
            <w:hideMark/>
          </w:tcPr>
          <w:p w14:paraId="64313C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FEF23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423AF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65.5</w:t>
            </w:r>
          </w:p>
        </w:tc>
        <w:tc>
          <w:tcPr>
            <w:tcW w:w="751" w:type="dxa"/>
            <w:noWrap/>
            <w:hideMark/>
          </w:tcPr>
          <w:p w14:paraId="081E62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20.7</w:t>
            </w:r>
          </w:p>
        </w:tc>
        <w:tc>
          <w:tcPr>
            <w:tcW w:w="1008" w:type="dxa"/>
            <w:noWrap/>
            <w:hideMark/>
          </w:tcPr>
          <w:p w14:paraId="10C761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BF8B3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F0F06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E7AD6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9722B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C064B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CB7DE2D" w14:textId="77777777" w:rsidTr="006750F2">
        <w:trPr>
          <w:trHeight w:val="280"/>
        </w:trPr>
        <w:tc>
          <w:tcPr>
            <w:tcW w:w="919" w:type="dxa"/>
            <w:noWrap/>
            <w:hideMark/>
          </w:tcPr>
          <w:p w14:paraId="0A421FE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Marinomonas</w:t>
            </w:r>
          </w:p>
        </w:tc>
        <w:tc>
          <w:tcPr>
            <w:tcW w:w="852" w:type="dxa"/>
            <w:noWrap/>
            <w:hideMark/>
          </w:tcPr>
          <w:p w14:paraId="25CF24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6BA3F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w:t>
            </w:r>
          </w:p>
        </w:tc>
        <w:tc>
          <w:tcPr>
            <w:tcW w:w="768" w:type="dxa"/>
            <w:noWrap/>
            <w:hideMark/>
          </w:tcPr>
          <w:p w14:paraId="022476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49.1</w:t>
            </w:r>
          </w:p>
        </w:tc>
        <w:tc>
          <w:tcPr>
            <w:tcW w:w="739" w:type="dxa"/>
            <w:noWrap/>
            <w:hideMark/>
          </w:tcPr>
          <w:p w14:paraId="4BEECF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721" w:type="dxa"/>
            <w:noWrap/>
            <w:hideMark/>
          </w:tcPr>
          <w:p w14:paraId="23A2BA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4CA71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57137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36E21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2FB91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49.1</w:t>
            </w:r>
          </w:p>
        </w:tc>
        <w:tc>
          <w:tcPr>
            <w:tcW w:w="751" w:type="dxa"/>
            <w:noWrap/>
            <w:hideMark/>
          </w:tcPr>
          <w:p w14:paraId="67FECB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4C2F3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5F4DE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E0B74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88A27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170C57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F87ED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CFC1F03" w14:textId="77777777" w:rsidTr="006750F2">
        <w:trPr>
          <w:trHeight w:val="280"/>
        </w:trPr>
        <w:tc>
          <w:tcPr>
            <w:tcW w:w="919" w:type="dxa"/>
            <w:noWrap/>
            <w:hideMark/>
          </w:tcPr>
          <w:p w14:paraId="24D3238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Marinospirillum</w:t>
            </w:r>
          </w:p>
        </w:tc>
        <w:tc>
          <w:tcPr>
            <w:tcW w:w="852" w:type="dxa"/>
            <w:noWrap/>
            <w:hideMark/>
          </w:tcPr>
          <w:p w14:paraId="530637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07E8F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02536A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39" w:type="dxa"/>
            <w:noWrap/>
            <w:hideMark/>
          </w:tcPr>
          <w:p w14:paraId="5523E4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21" w:type="dxa"/>
            <w:noWrap/>
            <w:hideMark/>
          </w:tcPr>
          <w:p w14:paraId="5D02BC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674" w:type="dxa"/>
            <w:noWrap/>
            <w:hideMark/>
          </w:tcPr>
          <w:p w14:paraId="4D0FFA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694" w:type="dxa"/>
            <w:noWrap/>
            <w:hideMark/>
          </w:tcPr>
          <w:p w14:paraId="791B17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F4ECD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D1C07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51" w:type="dxa"/>
            <w:noWrap/>
            <w:hideMark/>
          </w:tcPr>
          <w:p w14:paraId="274F9C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1008" w:type="dxa"/>
            <w:noWrap/>
            <w:hideMark/>
          </w:tcPr>
          <w:p w14:paraId="342E5B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1753A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94141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784E0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5FB223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FF74A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8BA0773" w14:textId="77777777" w:rsidTr="006750F2">
        <w:trPr>
          <w:trHeight w:val="280"/>
        </w:trPr>
        <w:tc>
          <w:tcPr>
            <w:tcW w:w="919" w:type="dxa"/>
            <w:noWrap/>
            <w:hideMark/>
          </w:tcPr>
          <w:p w14:paraId="4F3E9FD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Methylobacter</w:t>
            </w:r>
          </w:p>
        </w:tc>
        <w:tc>
          <w:tcPr>
            <w:tcW w:w="852" w:type="dxa"/>
            <w:noWrap/>
            <w:hideMark/>
          </w:tcPr>
          <w:p w14:paraId="3085D3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917F5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68" w:type="dxa"/>
            <w:noWrap/>
            <w:hideMark/>
          </w:tcPr>
          <w:p w14:paraId="473466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w:t>
            </w:r>
          </w:p>
        </w:tc>
        <w:tc>
          <w:tcPr>
            <w:tcW w:w="739" w:type="dxa"/>
            <w:noWrap/>
            <w:hideMark/>
          </w:tcPr>
          <w:p w14:paraId="4042EC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w:t>
            </w:r>
          </w:p>
        </w:tc>
        <w:tc>
          <w:tcPr>
            <w:tcW w:w="721" w:type="dxa"/>
            <w:noWrap/>
            <w:hideMark/>
          </w:tcPr>
          <w:p w14:paraId="626D64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674" w:type="dxa"/>
            <w:noWrap/>
            <w:hideMark/>
          </w:tcPr>
          <w:p w14:paraId="19B597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w:t>
            </w:r>
          </w:p>
        </w:tc>
        <w:tc>
          <w:tcPr>
            <w:tcW w:w="694" w:type="dxa"/>
            <w:noWrap/>
            <w:hideMark/>
          </w:tcPr>
          <w:p w14:paraId="6677A1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72" w:type="dxa"/>
            <w:noWrap/>
            <w:hideMark/>
          </w:tcPr>
          <w:p w14:paraId="168066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6DF40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132</w:t>
            </w:r>
          </w:p>
        </w:tc>
        <w:tc>
          <w:tcPr>
            <w:tcW w:w="751" w:type="dxa"/>
            <w:noWrap/>
            <w:hideMark/>
          </w:tcPr>
          <w:p w14:paraId="4DC0F2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1008" w:type="dxa"/>
            <w:noWrap/>
            <w:hideMark/>
          </w:tcPr>
          <w:p w14:paraId="7E2DC2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C78B6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DF087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F7EAC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99D4A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24E16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58FF30D5" w14:textId="77777777" w:rsidTr="006750F2">
        <w:trPr>
          <w:trHeight w:val="280"/>
        </w:trPr>
        <w:tc>
          <w:tcPr>
            <w:tcW w:w="919" w:type="dxa"/>
            <w:noWrap/>
            <w:hideMark/>
          </w:tcPr>
          <w:p w14:paraId="53BC964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Methylomonas</w:t>
            </w:r>
          </w:p>
        </w:tc>
        <w:tc>
          <w:tcPr>
            <w:tcW w:w="852" w:type="dxa"/>
            <w:noWrap/>
            <w:hideMark/>
          </w:tcPr>
          <w:p w14:paraId="04DDF0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1703A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w:t>
            </w:r>
          </w:p>
        </w:tc>
        <w:tc>
          <w:tcPr>
            <w:tcW w:w="768" w:type="dxa"/>
            <w:noWrap/>
            <w:hideMark/>
          </w:tcPr>
          <w:p w14:paraId="596E92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16.1</w:t>
            </w:r>
          </w:p>
        </w:tc>
        <w:tc>
          <w:tcPr>
            <w:tcW w:w="739" w:type="dxa"/>
            <w:noWrap/>
            <w:hideMark/>
          </w:tcPr>
          <w:p w14:paraId="01FEE8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9.7</w:t>
            </w:r>
          </w:p>
        </w:tc>
        <w:tc>
          <w:tcPr>
            <w:tcW w:w="721" w:type="dxa"/>
            <w:noWrap/>
            <w:hideMark/>
          </w:tcPr>
          <w:p w14:paraId="2B349E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93.5</w:t>
            </w:r>
          </w:p>
        </w:tc>
        <w:tc>
          <w:tcPr>
            <w:tcW w:w="674" w:type="dxa"/>
            <w:noWrap/>
            <w:hideMark/>
          </w:tcPr>
          <w:p w14:paraId="1CA582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90.3</w:t>
            </w:r>
          </w:p>
        </w:tc>
        <w:tc>
          <w:tcPr>
            <w:tcW w:w="694" w:type="dxa"/>
            <w:noWrap/>
            <w:hideMark/>
          </w:tcPr>
          <w:p w14:paraId="1486FB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w:t>
            </w:r>
          </w:p>
        </w:tc>
        <w:tc>
          <w:tcPr>
            <w:tcW w:w="772" w:type="dxa"/>
            <w:noWrap/>
            <w:hideMark/>
          </w:tcPr>
          <w:p w14:paraId="197DAF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5D554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106.5</w:t>
            </w:r>
          </w:p>
        </w:tc>
        <w:tc>
          <w:tcPr>
            <w:tcW w:w="751" w:type="dxa"/>
            <w:noWrap/>
            <w:hideMark/>
          </w:tcPr>
          <w:p w14:paraId="641D59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1008" w:type="dxa"/>
            <w:noWrap/>
            <w:hideMark/>
          </w:tcPr>
          <w:p w14:paraId="54EDD4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30527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7CFD3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AE2F3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F9F7C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47EA1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3DE9645D" w14:textId="77777777" w:rsidTr="006750F2">
        <w:trPr>
          <w:trHeight w:val="280"/>
        </w:trPr>
        <w:tc>
          <w:tcPr>
            <w:tcW w:w="919" w:type="dxa"/>
            <w:noWrap/>
            <w:hideMark/>
          </w:tcPr>
          <w:p w14:paraId="5101531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Methylophaga</w:t>
            </w:r>
          </w:p>
        </w:tc>
        <w:tc>
          <w:tcPr>
            <w:tcW w:w="852" w:type="dxa"/>
            <w:noWrap/>
            <w:hideMark/>
          </w:tcPr>
          <w:p w14:paraId="3ADE63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098B8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7DE006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42.1</w:t>
            </w:r>
          </w:p>
        </w:tc>
        <w:tc>
          <w:tcPr>
            <w:tcW w:w="739" w:type="dxa"/>
            <w:noWrap/>
            <w:hideMark/>
          </w:tcPr>
          <w:p w14:paraId="1669F5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w:t>
            </w:r>
          </w:p>
        </w:tc>
        <w:tc>
          <w:tcPr>
            <w:tcW w:w="721" w:type="dxa"/>
            <w:noWrap/>
            <w:hideMark/>
          </w:tcPr>
          <w:p w14:paraId="7A01AD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15.8</w:t>
            </w:r>
          </w:p>
        </w:tc>
        <w:tc>
          <w:tcPr>
            <w:tcW w:w="674" w:type="dxa"/>
            <w:noWrap/>
            <w:hideMark/>
          </w:tcPr>
          <w:p w14:paraId="2D58E4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w:t>
            </w:r>
          </w:p>
        </w:tc>
        <w:tc>
          <w:tcPr>
            <w:tcW w:w="694" w:type="dxa"/>
            <w:noWrap/>
            <w:hideMark/>
          </w:tcPr>
          <w:p w14:paraId="46400A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1E4A4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B98A5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47.4</w:t>
            </w:r>
          </w:p>
        </w:tc>
        <w:tc>
          <w:tcPr>
            <w:tcW w:w="751" w:type="dxa"/>
            <w:noWrap/>
            <w:hideMark/>
          </w:tcPr>
          <w:p w14:paraId="0A0AE0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15.8</w:t>
            </w:r>
          </w:p>
        </w:tc>
        <w:tc>
          <w:tcPr>
            <w:tcW w:w="1008" w:type="dxa"/>
            <w:noWrap/>
            <w:hideMark/>
          </w:tcPr>
          <w:p w14:paraId="5E49F0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59E7A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BD66D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C20DE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03F99A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9A730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9F29905" w14:textId="77777777" w:rsidTr="006750F2">
        <w:trPr>
          <w:trHeight w:val="280"/>
        </w:trPr>
        <w:tc>
          <w:tcPr>
            <w:tcW w:w="919" w:type="dxa"/>
            <w:noWrap/>
            <w:hideMark/>
          </w:tcPr>
          <w:p w14:paraId="3DBC20F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Methylophilus</w:t>
            </w:r>
          </w:p>
        </w:tc>
        <w:tc>
          <w:tcPr>
            <w:tcW w:w="852" w:type="dxa"/>
            <w:noWrap/>
            <w:hideMark/>
          </w:tcPr>
          <w:p w14:paraId="754AAE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D278C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0148E9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36.8</w:t>
            </w:r>
          </w:p>
        </w:tc>
        <w:tc>
          <w:tcPr>
            <w:tcW w:w="739" w:type="dxa"/>
            <w:noWrap/>
            <w:hideMark/>
          </w:tcPr>
          <w:p w14:paraId="651F79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w:t>
            </w:r>
          </w:p>
        </w:tc>
        <w:tc>
          <w:tcPr>
            <w:tcW w:w="721" w:type="dxa"/>
            <w:noWrap/>
            <w:hideMark/>
          </w:tcPr>
          <w:p w14:paraId="038B78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8A25F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10.5</w:t>
            </w:r>
          </w:p>
        </w:tc>
        <w:tc>
          <w:tcPr>
            <w:tcW w:w="694" w:type="dxa"/>
            <w:noWrap/>
            <w:hideMark/>
          </w:tcPr>
          <w:p w14:paraId="283DDC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82E9A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ED82C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47.4</w:t>
            </w:r>
          </w:p>
        </w:tc>
        <w:tc>
          <w:tcPr>
            <w:tcW w:w="751" w:type="dxa"/>
            <w:noWrap/>
            <w:hideMark/>
          </w:tcPr>
          <w:p w14:paraId="263108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20E4F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9FAD9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76C28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B4ABF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DA7B7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62EBC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2FEC17E" w14:textId="77777777" w:rsidTr="006750F2">
        <w:trPr>
          <w:trHeight w:val="280"/>
        </w:trPr>
        <w:tc>
          <w:tcPr>
            <w:tcW w:w="919" w:type="dxa"/>
            <w:noWrap/>
            <w:hideMark/>
          </w:tcPr>
          <w:p w14:paraId="5AE5266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Methylopumilus</w:t>
            </w:r>
          </w:p>
        </w:tc>
        <w:tc>
          <w:tcPr>
            <w:tcW w:w="852" w:type="dxa"/>
            <w:noWrap/>
            <w:hideMark/>
          </w:tcPr>
          <w:p w14:paraId="23FF82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C4EB6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12C7EE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B1873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40AC6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C7A85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3668B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0081E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285C0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0297A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25AB9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D7D59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CE10B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0945D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6C7FA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0E457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BDA9CCE" w14:textId="77777777" w:rsidTr="006750F2">
        <w:trPr>
          <w:trHeight w:val="280"/>
        </w:trPr>
        <w:tc>
          <w:tcPr>
            <w:tcW w:w="919" w:type="dxa"/>
            <w:noWrap/>
            <w:hideMark/>
          </w:tcPr>
          <w:p w14:paraId="5251C46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Methylotenera</w:t>
            </w:r>
          </w:p>
        </w:tc>
        <w:tc>
          <w:tcPr>
            <w:tcW w:w="852" w:type="dxa"/>
            <w:noWrap/>
            <w:hideMark/>
          </w:tcPr>
          <w:p w14:paraId="25E7B3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4E2DA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w:t>
            </w:r>
          </w:p>
        </w:tc>
        <w:tc>
          <w:tcPr>
            <w:tcW w:w="768" w:type="dxa"/>
            <w:noWrap/>
            <w:hideMark/>
          </w:tcPr>
          <w:p w14:paraId="4DEB87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49.1</w:t>
            </w:r>
          </w:p>
        </w:tc>
        <w:tc>
          <w:tcPr>
            <w:tcW w:w="739" w:type="dxa"/>
            <w:noWrap/>
            <w:hideMark/>
          </w:tcPr>
          <w:p w14:paraId="5FCA2C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28.1</w:t>
            </w:r>
          </w:p>
        </w:tc>
        <w:tc>
          <w:tcPr>
            <w:tcW w:w="721" w:type="dxa"/>
            <w:noWrap/>
            <w:hideMark/>
          </w:tcPr>
          <w:p w14:paraId="6A1039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31.6</w:t>
            </w:r>
          </w:p>
        </w:tc>
        <w:tc>
          <w:tcPr>
            <w:tcW w:w="674" w:type="dxa"/>
            <w:noWrap/>
            <w:hideMark/>
          </w:tcPr>
          <w:p w14:paraId="0B7F15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w:t>
            </w:r>
          </w:p>
        </w:tc>
        <w:tc>
          <w:tcPr>
            <w:tcW w:w="694" w:type="dxa"/>
            <w:noWrap/>
            <w:hideMark/>
          </w:tcPr>
          <w:p w14:paraId="257704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1E319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05FA8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56.1</w:t>
            </w:r>
          </w:p>
        </w:tc>
        <w:tc>
          <w:tcPr>
            <w:tcW w:w="751" w:type="dxa"/>
            <w:noWrap/>
            <w:hideMark/>
          </w:tcPr>
          <w:p w14:paraId="50E24A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31.6</w:t>
            </w:r>
          </w:p>
        </w:tc>
        <w:tc>
          <w:tcPr>
            <w:tcW w:w="1008" w:type="dxa"/>
            <w:noWrap/>
            <w:hideMark/>
          </w:tcPr>
          <w:p w14:paraId="1453B5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A622B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31D18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E4C86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78C903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286E3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416FB32" w14:textId="77777777" w:rsidTr="006750F2">
        <w:trPr>
          <w:trHeight w:val="280"/>
        </w:trPr>
        <w:tc>
          <w:tcPr>
            <w:tcW w:w="919" w:type="dxa"/>
            <w:noWrap/>
            <w:hideMark/>
          </w:tcPr>
          <w:p w14:paraId="2CBE3C9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Methyloversatilis</w:t>
            </w:r>
          </w:p>
        </w:tc>
        <w:tc>
          <w:tcPr>
            <w:tcW w:w="852" w:type="dxa"/>
            <w:noWrap/>
            <w:hideMark/>
          </w:tcPr>
          <w:p w14:paraId="192737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09106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26A7BE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46.7</w:t>
            </w:r>
          </w:p>
        </w:tc>
        <w:tc>
          <w:tcPr>
            <w:tcW w:w="739" w:type="dxa"/>
            <w:noWrap/>
            <w:hideMark/>
          </w:tcPr>
          <w:p w14:paraId="0C4404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721" w:type="dxa"/>
            <w:noWrap/>
            <w:hideMark/>
          </w:tcPr>
          <w:p w14:paraId="286E62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674" w:type="dxa"/>
            <w:noWrap/>
            <w:hideMark/>
          </w:tcPr>
          <w:p w14:paraId="2DBADA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694" w:type="dxa"/>
            <w:noWrap/>
            <w:hideMark/>
          </w:tcPr>
          <w:p w14:paraId="745D70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FBACF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CB2E2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113.3</w:t>
            </w:r>
          </w:p>
        </w:tc>
        <w:tc>
          <w:tcPr>
            <w:tcW w:w="751" w:type="dxa"/>
            <w:noWrap/>
            <w:hideMark/>
          </w:tcPr>
          <w:p w14:paraId="75B3CA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1008" w:type="dxa"/>
            <w:noWrap/>
            <w:hideMark/>
          </w:tcPr>
          <w:p w14:paraId="0D6CB6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EAC59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4F00E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86A40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F268D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507B7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9632696" w14:textId="77777777" w:rsidTr="006750F2">
        <w:trPr>
          <w:trHeight w:val="280"/>
        </w:trPr>
        <w:tc>
          <w:tcPr>
            <w:tcW w:w="919" w:type="dxa"/>
            <w:noWrap/>
            <w:hideMark/>
          </w:tcPr>
          <w:p w14:paraId="10AF7D4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Methylovulum</w:t>
            </w:r>
          </w:p>
        </w:tc>
        <w:tc>
          <w:tcPr>
            <w:tcW w:w="852" w:type="dxa"/>
            <w:noWrap/>
            <w:hideMark/>
          </w:tcPr>
          <w:p w14:paraId="376553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54E83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7025EC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739" w:type="dxa"/>
            <w:noWrap/>
            <w:hideMark/>
          </w:tcPr>
          <w:p w14:paraId="79E58F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21" w:type="dxa"/>
            <w:noWrap/>
            <w:hideMark/>
          </w:tcPr>
          <w:p w14:paraId="76C0B3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73.3</w:t>
            </w:r>
          </w:p>
        </w:tc>
        <w:tc>
          <w:tcPr>
            <w:tcW w:w="674" w:type="dxa"/>
            <w:noWrap/>
            <w:hideMark/>
          </w:tcPr>
          <w:p w14:paraId="59A653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86.7</w:t>
            </w:r>
          </w:p>
        </w:tc>
        <w:tc>
          <w:tcPr>
            <w:tcW w:w="694" w:type="dxa"/>
            <w:noWrap/>
            <w:hideMark/>
          </w:tcPr>
          <w:p w14:paraId="5CD309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7196C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55C93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153.3</w:t>
            </w:r>
          </w:p>
        </w:tc>
        <w:tc>
          <w:tcPr>
            <w:tcW w:w="751" w:type="dxa"/>
            <w:noWrap/>
            <w:hideMark/>
          </w:tcPr>
          <w:p w14:paraId="1B9FD4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73.3</w:t>
            </w:r>
          </w:p>
        </w:tc>
        <w:tc>
          <w:tcPr>
            <w:tcW w:w="1008" w:type="dxa"/>
            <w:noWrap/>
            <w:hideMark/>
          </w:tcPr>
          <w:p w14:paraId="5DB868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694BA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2B8DC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8EED7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DCF8A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E0E65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1CA53487" w14:textId="77777777" w:rsidTr="006750F2">
        <w:trPr>
          <w:trHeight w:val="280"/>
        </w:trPr>
        <w:tc>
          <w:tcPr>
            <w:tcW w:w="919" w:type="dxa"/>
            <w:noWrap/>
            <w:hideMark/>
          </w:tcPr>
          <w:p w14:paraId="3BCC114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Microbulbifer</w:t>
            </w:r>
          </w:p>
        </w:tc>
        <w:tc>
          <w:tcPr>
            <w:tcW w:w="852" w:type="dxa"/>
            <w:noWrap/>
            <w:hideMark/>
          </w:tcPr>
          <w:p w14:paraId="1EBE86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E28F3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49</w:t>
            </w:r>
          </w:p>
        </w:tc>
        <w:tc>
          <w:tcPr>
            <w:tcW w:w="768" w:type="dxa"/>
            <w:noWrap/>
            <w:hideMark/>
          </w:tcPr>
          <w:p w14:paraId="5413E1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24.5</w:t>
            </w:r>
          </w:p>
        </w:tc>
        <w:tc>
          <w:tcPr>
            <w:tcW w:w="739" w:type="dxa"/>
            <w:noWrap/>
            <w:hideMark/>
          </w:tcPr>
          <w:p w14:paraId="19ACB8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61.2</w:t>
            </w:r>
          </w:p>
        </w:tc>
        <w:tc>
          <w:tcPr>
            <w:tcW w:w="721" w:type="dxa"/>
            <w:noWrap/>
            <w:hideMark/>
          </w:tcPr>
          <w:p w14:paraId="124093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12.2</w:t>
            </w:r>
          </w:p>
        </w:tc>
        <w:tc>
          <w:tcPr>
            <w:tcW w:w="674" w:type="dxa"/>
            <w:noWrap/>
            <w:hideMark/>
          </w:tcPr>
          <w:p w14:paraId="52554F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DD136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E3469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BD273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24.5</w:t>
            </w:r>
          </w:p>
        </w:tc>
        <w:tc>
          <w:tcPr>
            <w:tcW w:w="751" w:type="dxa"/>
            <w:noWrap/>
            <w:hideMark/>
          </w:tcPr>
          <w:p w14:paraId="63B0C9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12.2</w:t>
            </w:r>
          </w:p>
        </w:tc>
        <w:tc>
          <w:tcPr>
            <w:tcW w:w="1008" w:type="dxa"/>
            <w:noWrap/>
            <w:hideMark/>
          </w:tcPr>
          <w:p w14:paraId="10275C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10CBA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06854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D7C75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AC011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57DF8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8ACB4E6" w14:textId="77777777" w:rsidTr="006750F2">
        <w:trPr>
          <w:trHeight w:val="280"/>
        </w:trPr>
        <w:tc>
          <w:tcPr>
            <w:tcW w:w="919" w:type="dxa"/>
            <w:noWrap/>
            <w:hideMark/>
          </w:tcPr>
          <w:p w14:paraId="08DCE26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Mixta</w:t>
            </w:r>
          </w:p>
        </w:tc>
        <w:tc>
          <w:tcPr>
            <w:tcW w:w="852" w:type="dxa"/>
            <w:noWrap/>
            <w:hideMark/>
          </w:tcPr>
          <w:p w14:paraId="1CE66E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F2CB9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01C6AB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739" w:type="dxa"/>
            <w:noWrap/>
            <w:hideMark/>
          </w:tcPr>
          <w:p w14:paraId="3DA20A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90.9</w:t>
            </w:r>
          </w:p>
        </w:tc>
        <w:tc>
          <w:tcPr>
            <w:tcW w:w="721" w:type="dxa"/>
            <w:noWrap/>
            <w:hideMark/>
          </w:tcPr>
          <w:p w14:paraId="0C79EE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CB7DE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4F229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927AB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1F09A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751" w:type="dxa"/>
            <w:noWrap/>
            <w:hideMark/>
          </w:tcPr>
          <w:p w14:paraId="166F9D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30236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700B8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1B785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4898B6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58ECC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24268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8A863C7" w14:textId="77777777" w:rsidTr="006750F2">
        <w:trPr>
          <w:trHeight w:val="280"/>
        </w:trPr>
        <w:tc>
          <w:tcPr>
            <w:tcW w:w="919" w:type="dxa"/>
            <w:noWrap/>
            <w:hideMark/>
          </w:tcPr>
          <w:p w14:paraId="14A4C84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Modicisalibacter</w:t>
            </w:r>
          </w:p>
        </w:tc>
        <w:tc>
          <w:tcPr>
            <w:tcW w:w="852" w:type="dxa"/>
            <w:noWrap/>
            <w:hideMark/>
          </w:tcPr>
          <w:p w14:paraId="10A414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1C0A6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56C00B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43.8</w:t>
            </w:r>
          </w:p>
        </w:tc>
        <w:tc>
          <w:tcPr>
            <w:tcW w:w="739" w:type="dxa"/>
            <w:noWrap/>
            <w:hideMark/>
          </w:tcPr>
          <w:p w14:paraId="20885A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93.8</w:t>
            </w:r>
          </w:p>
        </w:tc>
        <w:tc>
          <w:tcPr>
            <w:tcW w:w="721" w:type="dxa"/>
            <w:noWrap/>
            <w:hideMark/>
          </w:tcPr>
          <w:p w14:paraId="29FEDA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37.5</w:t>
            </w:r>
          </w:p>
        </w:tc>
        <w:tc>
          <w:tcPr>
            <w:tcW w:w="674" w:type="dxa"/>
            <w:noWrap/>
            <w:hideMark/>
          </w:tcPr>
          <w:p w14:paraId="3109B1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BE12E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8D121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9F252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43.8</w:t>
            </w:r>
          </w:p>
        </w:tc>
        <w:tc>
          <w:tcPr>
            <w:tcW w:w="751" w:type="dxa"/>
            <w:noWrap/>
            <w:hideMark/>
          </w:tcPr>
          <w:p w14:paraId="206236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37.5</w:t>
            </w:r>
          </w:p>
        </w:tc>
        <w:tc>
          <w:tcPr>
            <w:tcW w:w="1008" w:type="dxa"/>
            <w:noWrap/>
            <w:hideMark/>
          </w:tcPr>
          <w:p w14:paraId="72D40E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C3662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D5DE1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59CE6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F34BB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4FBBD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EE76B84" w14:textId="77777777" w:rsidTr="006750F2">
        <w:trPr>
          <w:trHeight w:val="280"/>
        </w:trPr>
        <w:tc>
          <w:tcPr>
            <w:tcW w:w="919" w:type="dxa"/>
            <w:noWrap/>
            <w:hideMark/>
          </w:tcPr>
          <w:p w14:paraId="3F08792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Moraxella</w:t>
            </w:r>
          </w:p>
        </w:tc>
        <w:tc>
          <w:tcPr>
            <w:tcW w:w="852" w:type="dxa"/>
            <w:noWrap/>
            <w:hideMark/>
          </w:tcPr>
          <w:p w14:paraId="431D69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A6319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w:t>
            </w:r>
          </w:p>
        </w:tc>
        <w:tc>
          <w:tcPr>
            <w:tcW w:w="768" w:type="dxa"/>
            <w:noWrap/>
            <w:hideMark/>
          </w:tcPr>
          <w:p w14:paraId="26E189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13.5</w:t>
            </w:r>
          </w:p>
        </w:tc>
        <w:tc>
          <w:tcPr>
            <w:tcW w:w="739" w:type="dxa"/>
            <w:noWrap/>
            <w:hideMark/>
          </w:tcPr>
          <w:p w14:paraId="356D0C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51.9</w:t>
            </w:r>
          </w:p>
        </w:tc>
        <w:tc>
          <w:tcPr>
            <w:tcW w:w="721" w:type="dxa"/>
            <w:noWrap/>
            <w:hideMark/>
          </w:tcPr>
          <w:p w14:paraId="339197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13.5</w:t>
            </w:r>
          </w:p>
        </w:tc>
        <w:tc>
          <w:tcPr>
            <w:tcW w:w="674" w:type="dxa"/>
            <w:noWrap/>
            <w:hideMark/>
          </w:tcPr>
          <w:p w14:paraId="737C40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0B2C8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5B95E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358E2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13.5</w:t>
            </w:r>
          </w:p>
        </w:tc>
        <w:tc>
          <w:tcPr>
            <w:tcW w:w="751" w:type="dxa"/>
            <w:noWrap/>
            <w:hideMark/>
          </w:tcPr>
          <w:p w14:paraId="53E4D1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13.5</w:t>
            </w:r>
          </w:p>
        </w:tc>
        <w:tc>
          <w:tcPr>
            <w:tcW w:w="1008" w:type="dxa"/>
            <w:noWrap/>
            <w:hideMark/>
          </w:tcPr>
          <w:p w14:paraId="0C51B7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60550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4E374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4EF71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0D0C3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3DEA1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D7C9635" w14:textId="77777777" w:rsidTr="006750F2">
        <w:trPr>
          <w:trHeight w:val="280"/>
        </w:trPr>
        <w:tc>
          <w:tcPr>
            <w:tcW w:w="919" w:type="dxa"/>
            <w:noWrap/>
            <w:hideMark/>
          </w:tcPr>
          <w:p w14:paraId="0F149EF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Morganella</w:t>
            </w:r>
          </w:p>
        </w:tc>
        <w:tc>
          <w:tcPr>
            <w:tcW w:w="852" w:type="dxa"/>
            <w:noWrap/>
            <w:hideMark/>
          </w:tcPr>
          <w:p w14:paraId="252429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756FC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5F326D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C8ECB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7D2626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BACFA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6006B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92EDD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5FC1B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3C855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7899E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45979F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4DFBA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5FE5F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AB5B9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895FF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3ECE12F" w14:textId="77777777" w:rsidTr="006750F2">
        <w:trPr>
          <w:trHeight w:val="280"/>
        </w:trPr>
        <w:tc>
          <w:tcPr>
            <w:tcW w:w="919" w:type="dxa"/>
            <w:noWrap/>
            <w:hideMark/>
          </w:tcPr>
          <w:p w14:paraId="0F9B5D7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Moritella</w:t>
            </w:r>
          </w:p>
        </w:tc>
        <w:tc>
          <w:tcPr>
            <w:tcW w:w="852" w:type="dxa"/>
            <w:noWrap/>
            <w:hideMark/>
          </w:tcPr>
          <w:p w14:paraId="565DCC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7702A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552DA0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46.2</w:t>
            </w:r>
          </w:p>
        </w:tc>
        <w:tc>
          <w:tcPr>
            <w:tcW w:w="739" w:type="dxa"/>
            <w:noWrap/>
            <w:hideMark/>
          </w:tcPr>
          <w:p w14:paraId="526877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0CC356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CE4D5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1E34F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86C25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92.3</w:t>
            </w:r>
          </w:p>
        </w:tc>
        <w:tc>
          <w:tcPr>
            <w:tcW w:w="909" w:type="dxa"/>
            <w:noWrap/>
            <w:hideMark/>
          </w:tcPr>
          <w:p w14:paraId="67E886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138.5</w:t>
            </w:r>
          </w:p>
        </w:tc>
        <w:tc>
          <w:tcPr>
            <w:tcW w:w="751" w:type="dxa"/>
            <w:noWrap/>
            <w:hideMark/>
          </w:tcPr>
          <w:p w14:paraId="5E849F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0E7D1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86AAF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FC96B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D346D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F6A82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429D5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14B12FB6" w14:textId="77777777" w:rsidTr="006750F2">
        <w:trPr>
          <w:trHeight w:val="280"/>
        </w:trPr>
        <w:tc>
          <w:tcPr>
            <w:tcW w:w="919" w:type="dxa"/>
            <w:noWrap/>
            <w:hideMark/>
          </w:tcPr>
          <w:p w14:paraId="318778D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Neisseria</w:t>
            </w:r>
          </w:p>
        </w:tc>
        <w:tc>
          <w:tcPr>
            <w:tcW w:w="852" w:type="dxa"/>
            <w:noWrap/>
            <w:hideMark/>
          </w:tcPr>
          <w:p w14:paraId="353426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CB7C3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105</w:t>
            </w:r>
          </w:p>
        </w:tc>
        <w:tc>
          <w:tcPr>
            <w:tcW w:w="768" w:type="dxa"/>
            <w:noWrap/>
            <w:hideMark/>
          </w:tcPr>
          <w:p w14:paraId="20D486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4279E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21" w:type="dxa"/>
            <w:noWrap/>
            <w:hideMark/>
          </w:tcPr>
          <w:p w14:paraId="4EF979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92.4</w:t>
            </w:r>
          </w:p>
        </w:tc>
        <w:tc>
          <w:tcPr>
            <w:tcW w:w="674" w:type="dxa"/>
            <w:noWrap/>
            <w:hideMark/>
          </w:tcPr>
          <w:p w14:paraId="53C6A3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67981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E731F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1879F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AFB4A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92.4</w:t>
            </w:r>
          </w:p>
        </w:tc>
        <w:tc>
          <w:tcPr>
            <w:tcW w:w="1008" w:type="dxa"/>
            <w:noWrap/>
            <w:hideMark/>
          </w:tcPr>
          <w:p w14:paraId="4569A6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01140B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91871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9C0A5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E94E4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10695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1ACCA195" w14:textId="77777777" w:rsidTr="006750F2">
        <w:trPr>
          <w:trHeight w:val="280"/>
        </w:trPr>
        <w:tc>
          <w:tcPr>
            <w:tcW w:w="919" w:type="dxa"/>
            <w:noWrap/>
            <w:hideMark/>
          </w:tcPr>
          <w:p w14:paraId="6C80117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Neptuniibacter</w:t>
            </w:r>
          </w:p>
        </w:tc>
        <w:tc>
          <w:tcPr>
            <w:tcW w:w="852" w:type="dxa"/>
            <w:noWrap/>
            <w:hideMark/>
          </w:tcPr>
          <w:p w14:paraId="082ACC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CF38B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562F77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39" w:type="dxa"/>
            <w:noWrap/>
            <w:hideMark/>
          </w:tcPr>
          <w:p w14:paraId="760CD7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21" w:type="dxa"/>
            <w:noWrap/>
            <w:hideMark/>
          </w:tcPr>
          <w:p w14:paraId="65C04A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CFA38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653A8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2848B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1EA78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51" w:type="dxa"/>
            <w:noWrap/>
            <w:hideMark/>
          </w:tcPr>
          <w:p w14:paraId="1B2E6B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EDBFF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8D581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1E43F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C65C6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782DF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2D404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699C2B67" w14:textId="77777777" w:rsidTr="006750F2">
        <w:trPr>
          <w:trHeight w:val="280"/>
        </w:trPr>
        <w:tc>
          <w:tcPr>
            <w:tcW w:w="919" w:type="dxa"/>
            <w:noWrap/>
            <w:hideMark/>
          </w:tcPr>
          <w:p w14:paraId="375F832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Neptunomonas</w:t>
            </w:r>
          </w:p>
        </w:tc>
        <w:tc>
          <w:tcPr>
            <w:tcW w:w="852" w:type="dxa"/>
            <w:noWrap/>
            <w:hideMark/>
          </w:tcPr>
          <w:p w14:paraId="663879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F97B5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1A2BF3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739" w:type="dxa"/>
            <w:noWrap/>
            <w:hideMark/>
          </w:tcPr>
          <w:p w14:paraId="231E20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721" w:type="dxa"/>
            <w:noWrap/>
            <w:hideMark/>
          </w:tcPr>
          <w:p w14:paraId="55D0DB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674" w:type="dxa"/>
            <w:noWrap/>
            <w:hideMark/>
          </w:tcPr>
          <w:p w14:paraId="4883E4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6EA7D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CCA43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67E83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751" w:type="dxa"/>
            <w:noWrap/>
            <w:hideMark/>
          </w:tcPr>
          <w:p w14:paraId="5E7E6A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1008" w:type="dxa"/>
            <w:noWrap/>
            <w:hideMark/>
          </w:tcPr>
          <w:p w14:paraId="32C482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7C992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B0566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929EE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8B33B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F004D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1D5F6CC" w14:textId="77777777" w:rsidTr="006750F2">
        <w:trPr>
          <w:trHeight w:val="280"/>
        </w:trPr>
        <w:tc>
          <w:tcPr>
            <w:tcW w:w="919" w:type="dxa"/>
            <w:noWrap/>
            <w:hideMark/>
          </w:tcPr>
          <w:p w14:paraId="2739F9A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Nevskia</w:t>
            </w:r>
          </w:p>
        </w:tc>
        <w:tc>
          <w:tcPr>
            <w:tcW w:w="852" w:type="dxa"/>
            <w:noWrap/>
            <w:hideMark/>
          </w:tcPr>
          <w:p w14:paraId="762ADF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5D299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5B5104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87.5</w:t>
            </w:r>
          </w:p>
        </w:tc>
        <w:tc>
          <w:tcPr>
            <w:tcW w:w="739" w:type="dxa"/>
            <w:noWrap/>
            <w:hideMark/>
          </w:tcPr>
          <w:p w14:paraId="4E1388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E577E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18.8</w:t>
            </w:r>
          </w:p>
        </w:tc>
        <w:tc>
          <w:tcPr>
            <w:tcW w:w="674" w:type="dxa"/>
            <w:noWrap/>
            <w:hideMark/>
          </w:tcPr>
          <w:p w14:paraId="5D94CA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03226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EF609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FE7FB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87.5</w:t>
            </w:r>
          </w:p>
        </w:tc>
        <w:tc>
          <w:tcPr>
            <w:tcW w:w="751" w:type="dxa"/>
            <w:noWrap/>
            <w:hideMark/>
          </w:tcPr>
          <w:p w14:paraId="51A28A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18.8</w:t>
            </w:r>
          </w:p>
        </w:tc>
        <w:tc>
          <w:tcPr>
            <w:tcW w:w="1008" w:type="dxa"/>
            <w:noWrap/>
            <w:hideMark/>
          </w:tcPr>
          <w:p w14:paraId="639EC2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C9099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25F9C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8F272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82AA7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779AC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CF976D3" w14:textId="77777777" w:rsidTr="006750F2">
        <w:trPr>
          <w:trHeight w:val="280"/>
        </w:trPr>
        <w:tc>
          <w:tcPr>
            <w:tcW w:w="919" w:type="dxa"/>
            <w:noWrap/>
            <w:hideMark/>
          </w:tcPr>
          <w:p w14:paraId="6869E4D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Nitrincola</w:t>
            </w:r>
          </w:p>
        </w:tc>
        <w:tc>
          <w:tcPr>
            <w:tcW w:w="852" w:type="dxa"/>
            <w:noWrap/>
            <w:hideMark/>
          </w:tcPr>
          <w:p w14:paraId="417D32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B0802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7D517E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739" w:type="dxa"/>
            <w:noWrap/>
            <w:hideMark/>
          </w:tcPr>
          <w:p w14:paraId="3A60F8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21" w:type="dxa"/>
            <w:noWrap/>
            <w:hideMark/>
          </w:tcPr>
          <w:p w14:paraId="352F12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9DEF2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694" w:type="dxa"/>
            <w:noWrap/>
            <w:hideMark/>
          </w:tcPr>
          <w:p w14:paraId="28FDF4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1A637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0A211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51" w:type="dxa"/>
            <w:noWrap/>
            <w:hideMark/>
          </w:tcPr>
          <w:p w14:paraId="747D9C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1F412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B749A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3530B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3DE91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C83DB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9884C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FFC48E2" w14:textId="77777777" w:rsidTr="006750F2">
        <w:trPr>
          <w:trHeight w:val="280"/>
        </w:trPr>
        <w:tc>
          <w:tcPr>
            <w:tcW w:w="919" w:type="dxa"/>
            <w:noWrap/>
            <w:hideMark/>
          </w:tcPr>
          <w:p w14:paraId="095073D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Nitrosomonas</w:t>
            </w:r>
          </w:p>
        </w:tc>
        <w:tc>
          <w:tcPr>
            <w:tcW w:w="852" w:type="dxa"/>
            <w:noWrap/>
            <w:hideMark/>
          </w:tcPr>
          <w:p w14:paraId="6E79BE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F9A80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84</w:t>
            </w:r>
          </w:p>
        </w:tc>
        <w:tc>
          <w:tcPr>
            <w:tcW w:w="768" w:type="dxa"/>
            <w:noWrap/>
            <w:hideMark/>
          </w:tcPr>
          <w:p w14:paraId="754C95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61376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21" w:type="dxa"/>
            <w:noWrap/>
            <w:hideMark/>
          </w:tcPr>
          <w:p w14:paraId="03A8AE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92.9</w:t>
            </w:r>
          </w:p>
        </w:tc>
        <w:tc>
          <w:tcPr>
            <w:tcW w:w="674" w:type="dxa"/>
            <w:noWrap/>
            <w:hideMark/>
          </w:tcPr>
          <w:p w14:paraId="7932BA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A1C34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51.2</w:t>
            </w:r>
          </w:p>
        </w:tc>
        <w:tc>
          <w:tcPr>
            <w:tcW w:w="772" w:type="dxa"/>
            <w:noWrap/>
            <w:hideMark/>
          </w:tcPr>
          <w:p w14:paraId="170E2D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5F96F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D2EBE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144</w:t>
            </w:r>
          </w:p>
        </w:tc>
        <w:tc>
          <w:tcPr>
            <w:tcW w:w="1008" w:type="dxa"/>
            <w:noWrap/>
            <w:hideMark/>
          </w:tcPr>
          <w:p w14:paraId="256047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799257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E41EE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427745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4C065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3F4C3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58450C4A" w14:textId="77777777" w:rsidTr="006750F2">
        <w:trPr>
          <w:trHeight w:val="280"/>
        </w:trPr>
        <w:tc>
          <w:tcPr>
            <w:tcW w:w="919" w:type="dxa"/>
            <w:noWrap/>
            <w:hideMark/>
          </w:tcPr>
          <w:p w14:paraId="7C84E1F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Nitrosospira</w:t>
            </w:r>
          </w:p>
        </w:tc>
        <w:tc>
          <w:tcPr>
            <w:tcW w:w="852" w:type="dxa"/>
            <w:noWrap/>
            <w:hideMark/>
          </w:tcPr>
          <w:p w14:paraId="10DD8E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EB979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4C6C38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EC63A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5B7A1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87.5</w:t>
            </w:r>
          </w:p>
        </w:tc>
        <w:tc>
          <w:tcPr>
            <w:tcW w:w="674" w:type="dxa"/>
            <w:noWrap/>
            <w:hideMark/>
          </w:tcPr>
          <w:p w14:paraId="30C6D2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6852A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79.2</w:t>
            </w:r>
          </w:p>
        </w:tc>
        <w:tc>
          <w:tcPr>
            <w:tcW w:w="772" w:type="dxa"/>
            <w:noWrap/>
            <w:hideMark/>
          </w:tcPr>
          <w:p w14:paraId="4DC5C3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6E8A3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5D5DF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166.7</w:t>
            </w:r>
          </w:p>
        </w:tc>
        <w:tc>
          <w:tcPr>
            <w:tcW w:w="1008" w:type="dxa"/>
            <w:noWrap/>
            <w:hideMark/>
          </w:tcPr>
          <w:p w14:paraId="48E7AA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7A7309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A45A1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4C4E01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7ABBC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27331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206276B8" w14:textId="77777777" w:rsidTr="006750F2">
        <w:trPr>
          <w:trHeight w:val="280"/>
        </w:trPr>
        <w:tc>
          <w:tcPr>
            <w:tcW w:w="919" w:type="dxa"/>
            <w:noWrap/>
            <w:hideMark/>
          </w:tcPr>
          <w:p w14:paraId="6BF5624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Nitrotoga</w:t>
            </w:r>
          </w:p>
        </w:tc>
        <w:tc>
          <w:tcPr>
            <w:tcW w:w="852" w:type="dxa"/>
            <w:noWrap/>
            <w:hideMark/>
          </w:tcPr>
          <w:p w14:paraId="3FC901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D507F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34433D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2957E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721" w:type="dxa"/>
            <w:noWrap/>
            <w:hideMark/>
          </w:tcPr>
          <w:p w14:paraId="0C2DBD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93.3</w:t>
            </w:r>
          </w:p>
        </w:tc>
        <w:tc>
          <w:tcPr>
            <w:tcW w:w="674" w:type="dxa"/>
            <w:noWrap/>
            <w:hideMark/>
          </w:tcPr>
          <w:p w14:paraId="51D4B1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7AB9F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E0922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F8B05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3694B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93.3</w:t>
            </w:r>
          </w:p>
        </w:tc>
        <w:tc>
          <w:tcPr>
            <w:tcW w:w="1008" w:type="dxa"/>
            <w:noWrap/>
            <w:hideMark/>
          </w:tcPr>
          <w:p w14:paraId="497229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3BAE77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F2A5F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7A67B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8D007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FB6BC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446D29BF" w14:textId="77777777" w:rsidTr="006750F2">
        <w:trPr>
          <w:trHeight w:val="280"/>
        </w:trPr>
        <w:tc>
          <w:tcPr>
            <w:tcW w:w="919" w:type="dxa"/>
            <w:noWrap/>
            <w:hideMark/>
          </w:tcPr>
          <w:p w14:paraId="7C7132D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Noviherbaspirillum</w:t>
            </w:r>
          </w:p>
        </w:tc>
        <w:tc>
          <w:tcPr>
            <w:tcW w:w="852" w:type="dxa"/>
            <w:noWrap/>
            <w:hideMark/>
          </w:tcPr>
          <w:p w14:paraId="1DB8D6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704DA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702DC8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w:t>
            </w:r>
          </w:p>
        </w:tc>
        <w:tc>
          <w:tcPr>
            <w:tcW w:w="739" w:type="dxa"/>
            <w:noWrap/>
            <w:hideMark/>
          </w:tcPr>
          <w:p w14:paraId="277329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721" w:type="dxa"/>
            <w:noWrap/>
            <w:hideMark/>
          </w:tcPr>
          <w:p w14:paraId="080180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674" w:type="dxa"/>
            <w:noWrap/>
            <w:hideMark/>
          </w:tcPr>
          <w:p w14:paraId="3CB8B2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494EB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00C40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1258C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w:t>
            </w:r>
          </w:p>
        </w:tc>
        <w:tc>
          <w:tcPr>
            <w:tcW w:w="751" w:type="dxa"/>
            <w:noWrap/>
            <w:hideMark/>
          </w:tcPr>
          <w:p w14:paraId="7884BC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1008" w:type="dxa"/>
            <w:noWrap/>
            <w:hideMark/>
          </w:tcPr>
          <w:p w14:paraId="1742E8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CEDEB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E657C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26583E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272FF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0C9AF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A090FE8" w14:textId="77777777" w:rsidTr="006750F2">
        <w:trPr>
          <w:trHeight w:val="280"/>
        </w:trPr>
        <w:tc>
          <w:tcPr>
            <w:tcW w:w="919" w:type="dxa"/>
            <w:noWrap/>
            <w:hideMark/>
          </w:tcPr>
          <w:p w14:paraId="2AE76A8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Oceanisphaera</w:t>
            </w:r>
          </w:p>
        </w:tc>
        <w:tc>
          <w:tcPr>
            <w:tcW w:w="852" w:type="dxa"/>
            <w:noWrap/>
            <w:hideMark/>
          </w:tcPr>
          <w:p w14:paraId="0AEE13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A7030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6D00C3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39" w:type="dxa"/>
            <w:noWrap/>
            <w:hideMark/>
          </w:tcPr>
          <w:p w14:paraId="516B8A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91.7</w:t>
            </w:r>
          </w:p>
        </w:tc>
        <w:tc>
          <w:tcPr>
            <w:tcW w:w="721" w:type="dxa"/>
            <w:noWrap/>
            <w:hideMark/>
          </w:tcPr>
          <w:p w14:paraId="25AFA5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674" w:type="dxa"/>
            <w:noWrap/>
            <w:hideMark/>
          </w:tcPr>
          <w:p w14:paraId="5E6A55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04FFF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8077D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2779C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51" w:type="dxa"/>
            <w:noWrap/>
            <w:hideMark/>
          </w:tcPr>
          <w:p w14:paraId="61B546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1008" w:type="dxa"/>
            <w:noWrap/>
            <w:hideMark/>
          </w:tcPr>
          <w:p w14:paraId="025FF7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6B6DF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0B343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832CD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00BA5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9E750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1FE804F3" w14:textId="77777777" w:rsidTr="006750F2">
        <w:trPr>
          <w:trHeight w:val="280"/>
        </w:trPr>
        <w:tc>
          <w:tcPr>
            <w:tcW w:w="919" w:type="dxa"/>
            <w:noWrap/>
            <w:hideMark/>
          </w:tcPr>
          <w:p w14:paraId="18B3E7F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Opacimonas</w:t>
            </w:r>
          </w:p>
        </w:tc>
        <w:tc>
          <w:tcPr>
            <w:tcW w:w="852" w:type="dxa"/>
            <w:noWrap/>
            <w:hideMark/>
          </w:tcPr>
          <w:p w14:paraId="48D78A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FF9CB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7CF6C9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39" w:type="dxa"/>
            <w:noWrap/>
            <w:hideMark/>
          </w:tcPr>
          <w:p w14:paraId="22ABE4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76717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8F28F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C6D22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1E282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9AE46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51" w:type="dxa"/>
            <w:noWrap/>
            <w:hideMark/>
          </w:tcPr>
          <w:p w14:paraId="3DD562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E4386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F9D59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27768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9F05F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59ACD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EC67E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D9A5257" w14:textId="77777777" w:rsidTr="006750F2">
        <w:trPr>
          <w:trHeight w:val="280"/>
        </w:trPr>
        <w:tc>
          <w:tcPr>
            <w:tcW w:w="919" w:type="dxa"/>
            <w:noWrap/>
            <w:hideMark/>
          </w:tcPr>
          <w:p w14:paraId="2312A1F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Ottowia</w:t>
            </w:r>
          </w:p>
        </w:tc>
        <w:tc>
          <w:tcPr>
            <w:tcW w:w="852" w:type="dxa"/>
            <w:noWrap/>
            <w:hideMark/>
          </w:tcPr>
          <w:p w14:paraId="1CDB4E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46CD2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7DDF88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739" w:type="dxa"/>
            <w:noWrap/>
            <w:hideMark/>
          </w:tcPr>
          <w:p w14:paraId="0377AB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70.8</w:t>
            </w:r>
          </w:p>
        </w:tc>
        <w:tc>
          <w:tcPr>
            <w:tcW w:w="721" w:type="dxa"/>
            <w:noWrap/>
            <w:hideMark/>
          </w:tcPr>
          <w:p w14:paraId="210D14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79.2</w:t>
            </w:r>
          </w:p>
        </w:tc>
        <w:tc>
          <w:tcPr>
            <w:tcW w:w="674" w:type="dxa"/>
            <w:noWrap/>
            <w:hideMark/>
          </w:tcPr>
          <w:p w14:paraId="0DDA15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27102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47A7B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9DA75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751" w:type="dxa"/>
            <w:noWrap/>
            <w:hideMark/>
          </w:tcPr>
          <w:p w14:paraId="3CECB9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79.2</w:t>
            </w:r>
          </w:p>
        </w:tc>
        <w:tc>
          <w:tcPr>
            <w:tcW w:w="1008" w:type="dxa"/>
            <w:noWrap/>
            <w:hideMark/>
          </w:tcPr>
          <w:p w14:paraId="608AFC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EFB17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1B639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16D436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636F6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5AD1F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549C23B" w14:textId="77777777" w:rsidTr="006750F2">
        <w:trPr>
          <w:trHeight w:val="280"/>
        </w:trPr>
        <w:tc>
          <w:tcPr>
            <w:tcW w:w="919" w:type="dxa"/>
            <w:noWrap/>
            <w:hideMark/>
          </w:tcPr>
          <w:p w14:paraId="6455959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Oxalobacter</w:t>
            </w:r>
          </w:p>
        </w:tc>
        <w:tc>
          <w:tcPr>
            <w:tcW w:w="852" w:type="dxa"/>
            <w:noWrap/>
            <w:hideMark/>
          </w:tcPr>
          <w:p w14:paraId="4259A9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4BD5C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6F850E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E843F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28223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593C7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14B32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CCDE5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1EE8D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7B857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60378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E22E9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C59BB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96E58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9549E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E3F81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2E268A7" w14:textId="77777777" w:rsidTr="006750F2">
        <w:trPr>
          <w:trHeight w:val="280"/>
        </w:trPr>
        <w:tc>
          <w:tcPr>
            <w:tcW w:w="919" w:type="dxa"/>
            <w:noWrap/>
            <w:hideMark/>
          </w:tcPr>
          <w:p w14:paraId="69AD12D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PBB1</w:t>
            </w:r>
          </w:p>
        </w:tc>
        <w:tc>
          <w:tcPr>
            <w:tcW w:w="852" w:type="dxa"/>
            <w:noWrap/>
            <w:hideMark/>
          </w:tcPr>
          <w:p w14:paraId="2FB8D8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14D5C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6FE1A1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739" w:type="dxa"/>
            <w:noWrap/>
            <w:hideMark/>
          </w:tcPr>
          <w:p w14:paraId="3E0B8A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21" w:type="dxa"/>
            <w:noWrap/>
            <w:hideMark/>
          </w:tcPr>
          <w:p w14:paraId="5BCF39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674" w:type="dxa"/>
            <w:noWrap/>
            <w:hideMark/>
          </w:tcPr>
          <w:p w14:paraId="37D94F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694" w:type="dxa"/>
            <w:noWrap/>
            <w:hideMark/>
          </w:tcPr>
          <w:p w14:paraId="26CF89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2CBB9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C9A7A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751" w:type="dxa"/>
            <w:noWrap/>
            <w:hideMark/>
          </w:tcPr>
          <w:p w14:paraId="2D5067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1008" w:type="dxa"/>
            <w:noWrap/>
            <w:hideMark/>
          </w:tcPr>
          <w:p w14:paraId="009DB0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C7D4C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DFDD7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E412A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517E5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0C14E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CC4E27E" w14:textId="77777777" w:rsidTr="006750F2">
        <w:trPr>
          <w:trHeight w:val="280"/>
        </w:trPr>
        <w:tc>
          <w:tcPr>
            <w:tcW w:w="919" w:type="dxa"/>
            <w:noWrap/>
            <w:hideMark/>
          </w:tcPr>
          <w:p w14:paraId="32D58BE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PFJX01</w:t>
            </w:r>
          </w:p>
        </w:tc>
        <w:tc>
          <w:tcPr>
            <w:tcW w:w="852" w:type="dxa"/>
            <w:noWrap/>
            <w:hideMark/>
          </w:tcPr>
          <w:p w14:paraId="456446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2E9D2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4F4568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89.5</w:t>
            </w:r>
          </w:p>
        </w:tc>
        <w:tc>
          <w:tcPr>
            <w:tcW w:w="739" w:type="dxa"/>
            <w:noWrap/>
            <w:hideMark/>
          </w:tcPr>
          <w:p w14:paraId="34CDCF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94.7</w:t>
            </w:r>
          </w:p>
        </w:tc>
        <w:tc>
          <w:tcPr>
            <w:tcW w:w="721" w:type="dxa"/>
            <w:noWrap/>
            <w:hideMark/>
          </w:tcPr>
          <w:p w14:paraId="56AC97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68.4</w:t>
            </w:r>
          </w:p>
        </w:tc>
        <w:tc>
          <w:tcPr>
            <w:tcW w:w="674" w:type="dxa"/>
            <w:noWrap/>
            <w:hideMark/>
          </w:tcPr>
          <w:p w14:paraId="362D61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47.4</w:t>
            </w:r>
          </w:p>
        </w:tc>
        <w:tc>
          <w:tcPr>
            <w:tcW w:w="694" w:type="dxa"/>
            <w:noWrap/>
            <w:hideMark/>
          </w:tcPr>
          <w:p w14:paraId="061315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52A87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68.4</w:t>
            </w:r>
          </w:p>
        </w:tc>
        <w:tc>
          <w:tcPr>
            <w:tcW w:w="909" w:type="dxa"/>
            <w:noWrap/>
            <w:hideMark/>
          </w:tcPr>
          <w:p w14:paraId="6B99AE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205.3</w:t>
            </w:r>
          </w:p>
        </w:tc>
        <w:tc>
          <w:tcPr>
            <w:tcW w:w="751" w:type="dxa"/>
            <w:noWrap/>
            <w:hideMark/>
          </w:tcPr>
          <w:p w14:paraId="01C9FD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68.4</w:t>
            </w:r>
          </w:p>
        </w:tc>
        <w:tc>
          <w:tcPr>
            <w:tcW w:w="1008" w:type="dxa"/>
            <w:noWrap/>
            <w:hideMark/>
          </w:tcPr>
          <w:p w14:paraId="3D1ADD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A9DD5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404E7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B2324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E4A30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F37DA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7A77FF9C" w14:textId="77777777" w:rsidTr="006750F2">
        <w:trPr>
          <w:trHeight w:val="280"/>
        </w:trPr>
        <w:tc>
          <w:tcPr>
            <w:tcW w:w="919" w:type="dxa"/>
            <w:noWrap/>
            <w:hideMark/>
          </w:tcPr>
          <w:p w14:paraId="0831DEC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Paenalcaligenes</w:t>
            </w:r>
          </w:p>
        </w:tc>
        <w:tc>
          <w:tcPr>
            <w:tcW w:w="852" w:type="dxa"/>
            <w:noWrap/>
            <w:hideMark/>
          </w:tcPr>
          <w:p w14:paraId="7C3B69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E5BA4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6CCE48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0BF61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721" w:type="dxa"/>
            <w:noWrap/>
            <w:hideMark/>
          </w:tcPr>
          <w:p w14:paraId="09164F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80717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3183A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377FA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CDDBB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164A3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CE9A9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1B0B18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3C376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C9E04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52BC3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AF816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0B39E48" w14:textId="77777777" w:rsidTr="006750F2">
        <w:trPr>
          <w:trHeight w:val="280"/>
        </w:trPr>
        <w:tc>
          <w:tcPr>
            <w:tcW w:w="919" w:type="dxa"/>
            <w:noWrap/>
            <w:hideMark/>
          </w:tcPr>
          <w:p w14:paraId="6895EB2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Pandoraea</w:t>
            </w:r>
          </w:p>
        </w:tc>
        <w:tc>
          <w:tcPr>
            <w:tcW w:w="852" w:type="dxa"/>
            <w:noWrap/>
            <w:hideMark/>
          </w:tcPr>
          <w:p w14:paraId="5A6AE4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1D857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w:t>
            </w:r>
          </w:p>
        </w:tc>
        <w:tc>
          <w:tcPr>
            <w:tcW w:w="768" w:type="dxa"/>
            <w:noWrap/>
            <w:hideMark/>
          </w:tcPr>
          <w:p w14:paraId="73A955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92.1</w:t>
            </w:r>
          </w:p>
        </w:tc>
        <w:tc>
          <w:tcPr>
            <w:tcW w:w="739" w:type="dxa"/>
            <w:noWrap/>
            <w:hideMark/>
          </w:tcPr>
          <w:p w14:paraId="425349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31.6</w:t>
            </w:r>
          </w:p>
        </w:tc>
        <w:tc>
          <w:tcPr>
            <w:tcW w:w="721" w:type="dxa"/>
            <w:noWrap/>
            <w:hideMark/>
          </w:tcPr>
          <w:p w14:paraId="1024A3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8ABB8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EDD4A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A7048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09438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92.1</w:t>
            </w:r>
          </w:p>
        </w:tc>
        <w:tc>
          <w:tcPr>
            <w:tcW w:w="751" w:type="dxa"/>
            <w:noWrap/>
            <w:hideMark/>
          </w:tcPr>
          <w:p w14:paraId="415017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8B489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105BF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488A7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99421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2C42F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B5115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99397DE" w14:textId="77777777" w:rsidTr="006750F2">
        <w:trPr>
          <w:trHeight w:val="280"/>
        </w:trPr>
        <w:tc>
          <w:tcPr>
            <w:tcW w:w="919" w:type="dxa"/>
            <w:noWrap/>
            <w:hideMark/>
          </w:tcPr>
          <w:p w14:paraId="55CBF98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Pantoea</w:t>
            </w:r>
          </w:p>
        </w:tc>
        <w:tc>
          <w:tcPr>
            <w:tcW w:w="852" w:type="dxa"/>
            <w:noWrap/>
            <w:hideMark/>
          </w:tcPr>
          <w:p w14:paraId="0D2FE9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227A9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w:t>
            </w:r>
          </w:p>
        </w:tc>
        <w:tc>
          <w:tcPr>
            <w:tcW w:w="768" w:type="dxa"/>
            <w:noWrap/>
            <w:hideMark/>
          </w:tcPr>
          <w:p w14:paraId="4690B8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41.2</w:t>
            </w:r>
          </w:p>
        </w:tc>
        <w:tc>
          <w:tcPr>
            <w:tcW w:w="739" w:type="dxa"/>
            <w:noWrap/>
            <w:hideMark/>
          </w:tcPr>
          <w:p w14:paraId="3914FB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76.5</w:t>
            </w:r>
          </w:p>
        </w:tc>
        <w:tc>
          <w:tcPr>
            <w:tcW w:w="721" w:type="dxa"/>
            <w:noWrap/>
            <w:hideMark/>
          </w:tcPr>
          <w:p w14:paraId="750911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7F788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7.4</w:t>
            </w:r>
          </w:p>
        </w:tc>
        <w:tc>
          <w:tcPr>
            <w:tcW w:w="694" w:type="dxa"/>
            <w:noWrap/>
            <w:hideMark/>
          </w:tcPr>
          <w:p w14:paraId="6E3B11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B21E8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EE50B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48.5</w:t>
            </w:r>
          </w:p>
        </w:tc>
        <w:tc>
          <w:tcPr>
            <w:tcW w:w="751" w:type="dxa"/>
            <w:noWrap/>
            <w:hideMark/>
          </w:tcPr>
          <w:p w14:paraId="04037A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47369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AAE48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B2E48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99AD7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45785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CA3F8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6E698384" w14:textId="77777777" w:rsidTr="006750F2">
        <w:trPr>
          <w:trHeight w:val="280"/>
        </w:trPr>
        <w:tc>
          <w:tcPr>
            <w:tcW w:w="919" w:type="dxa"/>
            <w:noWrap/>
            <w:hideMark/>
          </w:tcPr>
          <w:p w14:paraId="1E35DB9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Paraburkholderia</w:t>
            </w:r>
          </w:p>
        </w:tc>
        <w:tc>
          <w:tcPr>
            <w:tcW w:w="852" w:type="dxa"/>
            <w:noWrap/>
            <w:hideMark/>
          </w:tcPr>
          <w:p w14:paraId="133615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CEAAE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181</w:t>
            </w:r>
          </w:p>
        </w:tc>
        <w:tc>
          <w:tcPr>
            <w:tcW w:w="768" w:type="dxa"/>
            <w:noWrap/>
            <w:hideMark/>
          </w:tcPr>
          <w:p w14:paraId="723AC2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55.2</w:t>
            </w:r>
          </w:p>
        </w:tc>
        <w:tc>
          <w:tcPr>
            <w:tcW w:w="739" w:type="dxa"/>
            <w:noWrap/>
            <w:hideMark/>
          </w:tcPr>
          <w:p w14:paraId="53369C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49.2</w:t>
            </w:r>
          </w:p>
        </w:tc>
        <w:tc>
          <w:tcPr>
            <w:tcW w:w="721" w:type="dxa"/>
            <w:noWrap/>
            <w:hideMark/>
          </w:tcPr>
          <w:p w14:paraId="711F72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3.9</w:t>
            </w:r>
          </w:p>
        </w:tc>
        <w:tc>
          <w:tcPr>
            <w:tcW w:w="674" w:type="dxa"/>
            <w:noWrap/>
            <w:hideMark/>
          </w:tcPr>
          <w:p w14:paraId="5E6777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29.8</w:t>
            </w:r>
          </w:p>
        </w:tc>
        <w:tc>
          <w:tcPr>
            <w:tcW w:w="694" w:type="dxa"/>
            <w:noWrap/>
            <w:hideMark/>
          </w:tcPr>
          <w:p w14:paraId="426CB3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F2EBA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EB380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85.1</w:t>
            </w:r>
          </w:p>
        </w:tc>
        <w:tc>
          <w:tcPr>
            <w:tcW w:w="751" w:type="dxa"/>
            <w:noWrap/>
            <w:hideMark/>
          </w:tcPr>
          <w:p w14:paraId="67612D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3.9</w:t>
            </w:r>
          </w:p>
        </w:tc>
        <w:tc>
          <w:tcPr>
            <w:tcW w:w="1008" w:type="dxa"/>
            <w:noWrap/>
            <w:hideMark/>
          </w:tcPr>
          <w:p w14:paraId="160A8A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D72A8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2BCEF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453EC8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4A7F6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AAEC9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D1EA536" w14:textId="77777777" w:rsidTr="006750F2">
        <w:trPr>
          <w:trHeight w:val="280"/>
        </w:trPr>
        <w:tc>
          <w:tcPr>
            <w:tcW w:w="919" w:type="dxa"/>
            <w:noWrap/>
            <w:hideMark/>
          </w:tcPr>
          <w:p w14:paraId="60E73E8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Paracidovorax</w:t>
            </w:r>
          </w:p>
        </w:tc>
        <w:tc>
          <w:tcPr>
            <w:tcW w:w="852" w:type="dxa"/>
            <w:noWrap/>
            <w:hideMark/>
          </w:tcPr>
          <w:p w14:paraId="2257EB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1F0DC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30550F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68.8</w:t>
            </w:r>
          </w:p>
        </w:tc>
        <w:tc>
          <w:tcPr>
            <w:tcW w:w="739" w:type="dxa"/>
            <w:noWrap/>
            <w:hideMark/>
          </w:tcPr>
          <w:p w14:paraId="4A3420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43.8</w:t>
            </w:r>
          </w:p>
        </w:tc>
        <w:tc>
          <w:tcPr>
            <w:tcW w:w="721" w:type="dxa"/>
            <w:noWrap/>
            <w:hideMark/>
          </w:tcPr>
          <w:p w14:paraId="4CDCBC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B414F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3A57E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EE4E2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DD318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68.8</w:t>
            </w:r>
          </w:p>
        </w:tc>
        <w:tc>
          <w:tcPr>
            <w:tcW w:w="751" w:type="dxa"/>
            <w:noWrap/>
            <w:hideMark/>
          </w:tcPr>
          <w:p w14:paraId="365C0C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45B1F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6C5B9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A5E20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811EC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2A30D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45C1F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15DE603" w14:textId="77777777" w:rsidTr="006750F2">
        <w:trPr>
          <w:trHeight w:val="280"/>
        </w:trPr>
        <w:tc>
          <w:tcPr>
            <w:tcW w:w="919" w:type="dxa"/>
            <w:noWrap/>
            <w:hideMark/>
          </w:tcPr>
          <w:p w14:paraId="0BB4CA6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Paraglaciecola</w:t>
            </w:r>
          </w:p>
        </w:tc>
        <w:tc>
          <w:tcPr>
            <w:tcW w:w="852" w:type="dxa"/>
            <w:noWrap/>
            <w:hideMark/>
          </w:tcPr>
          <w:p w14:paraId="31C5BD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A0AF4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68" w:type="dxa"/>
            <w:noWrap/>
            <w:hideMark/>
          </w:tcPr>
          <w:p w14:paraId="615F7E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739" w:type="dxa"/>
            <w:noWrap/>
            <w:hideMark/>
          </w:tcPr>
          <w:p w14:paraId="279035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21" w:type="dxa"/>
            <w:noWrap/>
            <w:hideMark/>
          </w:tcPr>
          <w:p w14:paraId="626BA2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674" w:type="dxa"/>
            <w:noWrap/>
            <w:hideMark/>
          </w:tcPr>
          <w:p w14:paraId="564044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A8107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310C2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511FB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751" w:type="dxa"/>
            <w:noWrap/>
            <w:hideMark/>
          </w:tcPr>
          <w:p w14:paraId="4DE460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1008" w:type="dxa"/>
            <w:noWrap/>
            <w:hideMark/>
          </w:tcPr>
          <w:p w14:paraId="4D5A8A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57A5E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2783F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A1952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86D06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9A6DC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D46D78E" w14:textId="77777777" w:rsidTr="006750F2">
        <w:trPr>
          <w:trHeight w:val="280"/>
        </w:trPr>
        <w:tc>
          <w:tcPr>
            <w:tcW w:w="919" w:type="dxa"/>
            <w:noWrap/>
            <w:hideMark/>
          </w:tcPr>
          <w:p w14:paraId="6A4DE6D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Pararheinheimera</w:t>
            </w:r>
          </w:p>
        </w:tc>
        <w:tc>
          <w:tcPr>
            <w:tcW w:w="852" w:type="dxa"/>
            <w:noWrap/>
            <w:hideMark/>
          </w:tcPr>
          <w:p w14:paraId="499DB9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2E4EC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68" w:type="dxa"/>
            <w:noWrap/>
            <w:hideMark/>
          </w:tcPr>
          <w:p w14:paraId="634C42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19.2</w:t>
            </w:r>
          </w:p>
        </w:tc>
        <w:tc>
          <w:tcPr>
            <w:tcW w:w="739" w:type="dxa"/>
            <w:noWrap/>
            <w:hideMark/>
          </w:tcPr>
          <w:p w14:paraId="7F9F90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38.5</w:t>
            </w:r>
          </w:p>
        </w:tc>
        <w:tc>
          <w:tcPr>
            <w:tcW w:w="721" w:type="dxa"/>
            <w:noWrap/>
            <w:hideMark/>
          </w:tcPr>
          <w:p w14:paraId="277DF9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6D822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CA1DB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87167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1A9DA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19.2</w:t>
            </w:r>
          </w:p>
        </w:tc>
        <w:tc>
          <w:tcPr>
            <w:tcW w:w="751" w:type="dxa"/>
            <w:noWrap/>
            <w:hideMark/>
          </w:tcPr>
          <w:p w14:paraId="5C371F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9D185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6087D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ECDC1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67CFB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3D262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929A2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A83B41B" w14:textId="77777777" w:rsidTr="006750F2">
        <w:trPr>
          <w:trHeight w:val="280"/>
        </w:trPr>
        <w:tc>
          <w:tcPr>
            <w:tcW w:w="919" w:type="dxa"/>
            <w:noWrap/>
            <w:hideMark/>
          </w:tcPr>
          <w:p w14:paraId="71C8092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Pasteurella</w:t>
            </w:r>
          </w:p>
        </w:tc>
        <w:tc>
          <w:tcPr>
            <w:tcW w:w="852" w:type="dxa"/>
            <w:noWrap/>
            <w:hideMark/>
          </w:tcPr>
          <w:p w14:paraId="2214CB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2D88A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184206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80AE2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148FCE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BEAC3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86D43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2CD3F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909" w:type="dxa"/>
            <w:noWrap/>
            <w:hideMark/>
          </w:tcPr>
          <w:p w14:paraId="171252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751" w:type="dxa"/>
            <w:noWrap/>
            <w:hideMark/>
          </w:tcPr>
          <w:p w14:paraId="34EC59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A3AE1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FE7F1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02533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E4592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E016B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79502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25A4B99" w14:textId="77777777" w:rsidTr="006750F2">
        <w:trPr>
          <w:trHeight w:val="280"/>
        </w:trPr>
        <w:tc>
          <w:tcPr>
            <w:tcW w:w="919" w:type="dxa"/>
            <w:noWrap/>
            <w:hideMark/>
          </w:tcPr>
          <w:p w14:paraId="69A1306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Paucibacter</w:t>
            </w:r>
          </w:p>
        </w:tc>
        <w:tc>
          <w:tcPr>
            <w:tcW w:w="852" w:type="dxa"/>
            <w:noWrap/>
            <w:hideMark/>
          </w:tcPr>
          <w:p w14:paraId="67CA82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EFF89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0C39C7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39" w:type="dxa"/>
            <w:noWrap/>
            <w:hideMark/>
          </w:tcPr>
          <w:p w14:paraId="1FA7B5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88.9</w:t>
            </w:r>
          </w:p>
        </w:tc>
        <w:tc>
          <w:tcPr>
            <w:tcW w:w="721" w:type="dxa"/>
            <w:noWrap/>
            <w:hideMark/>
          </w:tcPr>
          <w:p w14:paraId="7FF8F8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72.2</w:t>
            </w:r>
          </w:p>
        </w:tc>
        <w:tc>
          <w:tcPr>
            <w:tcW w:w="674" w:type="dxa"/>
            <w:noWrap/>
            <w:hideMark/>
          </w:tcPr>
          <w:p w14:paraId="0D5725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342CE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509A3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DE3AE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51" w:type="dxa"/>
            <w:noWrap/>
            <w:hideMark/>
          </w:tcPr>
          <w:p w14:paraId="12AAE6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72.2</w:t>
            </w:r>
          </w:p>
        </w:tc>
        <w:tc>
          <w:tcPr>
            <w:tcW w:w="1008" w:type="dxa"/>
            <w:noWrap/>
            <w:hideMark/>
          </w:tcPr>
          <w:p w14:paraId="41671E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C06FE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35603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5CA41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B4358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198EA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0A9D6B9" w14:textId="77777777" w:rsidTr="006750F2">
        <w:trPr>
          <w:trHeight w:val="280"/>
        </w:trPr>
        <w:tc>
          <w:tcPr>
            <w:tcW w:w="919" w:type="dxa"/>
            <w:noWrap/>
            <w:hideMark/>
          </w:tcPr>
          <w:p w14:paraId="0D13307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Pectobacterium</w:t>
            </w:r>
          </w:p>
        </w:tc>
        <w:tc>
          <w:tcPr>
            <w:tcW w:w="852" w:type="dxa"/>
            <w:noWrap/>
            <w:hideMark/>
          </w:tcPr>
          <w:p w14:paraId="3436C6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46460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768" w:type="dxa"/>
            <w:noWrap/>
            <w:hideMark/>
          </w:tcPr>
          <w:p w14:paraId="09D07D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70.3</w:t>
            </w:r>
          </w:p>
        </w:tc>
        <w:tc>
          <w:tcPr>
            <w:tcW w:w="739" w:type="dxa"/>
            <w:noWrap/>
            <w:hideMark/>
          </w:tcPr>
          <w:p w14:paraId="1E69F6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6230D5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67B7F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16.2</w:t>
            </w:r>
          </w:p>
        </w:tc>
        <w:tc>
          <w:tcPr>
            <w:tcW w:w="694" w:type="dxa"/>
            <w:noWrap/>
            <w:hideMark/>
          </w:tcPr>
          <w:p w14:paraId="4AD4FA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78C82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91.9</w:t>
            </w:r>
          </w:p>
        </w:tc>
        <w:tc>
          <w:tcPr>
            <w:tcW w:w="909" w:type="dxa"/>
            <w:noWrap/>
            <w:hideMark/>
          </w:tcPr>
          <w:p w14:paraId="1487AE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178.4</w:t>
            </w:r>
          </w:p>
        </w:tc>
        <w:tc>
          <w:tcPr>
            <w:tcW w:w="751" w:type="dxa"/>
            <w:noWrap/>
            <w:hideMark/>
          </w:tcPr>
          <w:p w14:paraId="342F7D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CF177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6936F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121EE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DD53A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834EC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1590F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2D4AD087" w14:textId="77777777" w:rsidTr="006750F2">
        <w:trPr>
          <w:trHeight w:val="280"/>
        </w:trPr>
        <w:tc>
          <w:tcPr>
            <w:tcW w:w="919" w:type="dxa"/>
            <w:noWrap/>
            <w:hideMark/>
          </w:tcPr>
          <w:p w14:paraId="1E9F48F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Pelomonas</w:t>
            </w:r>
          </w:p>
        </w:tc>
        <w:tc>
          <w:tcPr>
            <w:tcW w:w="852" w:type="dxa"/>
            <w:noWrap/>
            <w:hideMark/>
          </w:tcPr>
          <w:p w14:paraId="5FBEA4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FB82B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4762A4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739" w:type="dxa"/>
            <w:noWrap/>
            <w:hideMark/>
          </w:tcPr>
          <w:p w14:paraId="2E4260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w:t>
            </w:r>
          </w:p>
        </w:tc>
        <w:tc>
          <w:tcPr>
            <w:tcW w:w="721" w:type="dxa"/>
            <w:noWrap/>
            <w:hideMark/>
          </w:tcPr>
          <w:p w14:paraId="43834A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w:t>
            </w:r>
          </w:p>
        </w:tc>
        <w:tc>
          <w:tcPr>
            <w:tcW w:w="674" w:type="dxa"/>
            <w:noWrap/>
            <w:hideMark/>
          </w:tcPr>
          <w:p w14:paraId="1ED49E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694" w:type="dxa"/>
            <w:noWrap/>
            <w:hideMark/>
          </w:tcPr>
          <w:p w14:paraId="5DCE6B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2F844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9571B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w:t>
            </w:r>
          </w:p>
        </w:tc>
        <w:tc>
          <w:tcPr>
            <w:tcW w:w="751" w:type="dxa"/>
            <w:noWrap/>
            <w:hideMark/>
          </w:tcPr>
          <w:p w14:paraId="3DBD94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w:t>
            </w:r>
          </w:p>
        </w:tc>
        <w:tc>
          <w:tcPr>
            <w:tcW w:w="1008" w:type="dxa"/>
            <w:noWrap/>
            <w:hideMark/>
          </w:tcPr>
          <w:p w14:paraId="2D0391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CFBAC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E0CC9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2B9660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30FA5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A4753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3E24248" w14:textId="77777777" w:rsidTr="006750F2">
        <w:trPr>
          <w:trHeight w:val="280"/>
        </w:trPr>
        <w:tc>
          <w:tcPr>
            <w:tcW w:w="919" w:type="dxa"/>
            <w:noWrap/>
            <w:hideMark/>
          </w:tcPr>
          <w:p w14:paraId="2A2E8F9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Photobacterium</w:t>
            </w:r>
          </w:p>
        </w:tc>
        <w:tc>
          <w:tcPr>
            <w:tcW w:w="852" w:type="dxa"/>
            <w:noWrap/>
            <w:hideMark/>
          </w:tcPr>
          <w:p w14:paraId="5747E8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CAF63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w:t>
            </w:r>
          </w:p>
        </w:tc>
        <w:tc>
          <w:tcPr>
            <w:tcW w:w="768" w:type="dxa"/>
            <w:noWrap/>
            <w:hideMark/>
          </w:tcPr>
          <w:p w14:paraId="6F840A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39.7</w:t>
            </w:r>
          </w:p>
        </w:tc>
        <w:tc>
          <w:tcPr>
            <w:tcW w:w="739" w:type="dxa"/>
            <w:noWrap/>
            <w:hideMark/>
          </w:tcPr>
          <w:p w14:paraId="3790EC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96.2</w:t>
            </w:r>
          </w:p>
        </w:tc>
        <w:tc>
          <w:tcPr>
            <w:tcW w:w="721" w:type="dxa"/>
            <w:noWrap/>
            <w:hideMark/>
          </w:tcPr>
          <w:p w14:paraId="4DCA58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674" w:type="dxa"/>
            <w:noWrap/>
            <w:hideMark/>
          </w:tcPr>
          <w:p w14:paraId="66C076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w:t>
            </w:r>
          </w:p>
        </w:tc>
        <w:tc>
          <w:tcPr>
            <w:tcW w:w="694" w:type="dxa"/>
            <w:noWrap/>
            <w:hideMark/>
          </w:tcPr>
          <w:p w14:paraId="008805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D4E88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34.6</w:t>
            </w:r>
          </w:p>
        </w:tc>
        <w:tc>
          <w:tcPr>
            <w:tcW w:w="909" w:type="dxa"/>
            <w:noWrap/>
            <w:hideMark/>
          </w:tcPr>
          <w:p w14:paraId="48CB07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80.8</w:t>
            </w:r>
          </w:p>
        </w:tc>
        <w:tc>
          <w:tcPr>
            <w:tcW w:w="751" w:type="dxa"/>
            <w:noWrap/>
            <w:hideMark/>
          </w:tcPr>
          <w:p w14:paraId="2FE702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1008" w:type="dxa"/>
            <w:noWrap/>
            <w:hideMark/>
          </w:tcPr>
          <w:p w14:paraId="4C5064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319ED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4A818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FC9DE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E6F9E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B1731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EA438DD" w14:textId="77777777" w:rsidTr="006750F2">
        <w:trPr>
          <w:trHeight w:val="280"/>
        </w:trPr>
        <w:tc>
          <w:tcPr>
            <w:tcW w:w="919" w:type="dxa"/>
            <w:noWrap/>
            <w:hideMark/>
          </w:tcPr>
          <w:p w14:paraId="4A15BC9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Photorhabdus</w:t>
            </w:r>
          </w:p>
        </w:tc>
        <w:tc>
          <w:tcPr>
            <w:tcW w:w="852" w:type="dxa"/>
            <w:noWrap/>
            <w:hideMark/>
          </w:tcPr>
          <w:p w14:paraId="3EEFDC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2EF80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68" w:type="dxa"/>
            <w:noWrap/>
            <w:hideMark/>
          </w:tcPr>
          <w:p w14:paraId="091BC6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98F73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F53F7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34228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C082D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0B734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F5BA9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A93CC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31598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E940D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0E03C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577BB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D58A5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CD7D2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BAF5479" w14:textId="77777777" w:rsidTr="006750F2">
        <w:trPr>
          <w:trHeight w:val="280"/>
        </w:trPr>
        <w:tc>
          <w:tcPr>
            <w:tcW w:w="919" w:type="dxa"/>
            <w:noWrap/>
            <w:hideMark/>
          </w:tcPr>
          <w:p w14:paraId="6D26553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Pigmentiphaga</w:t>
            </w:r>
          </w:p>
        </w:tc>
        <w:tc>
          <w:tcPr>
            <w:tcW w:w="852" w:type="dxa"/>
            <w:noWrap/>
            <w:hideMark/>
          </w:tcPr>
          <w:p w14:paraId="72A024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4A536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5130D9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39" w:type="dxa"/>
            <w:noWrap/>
            <w:hideMark/>
          </w:tcPr>
          <w:p w14:paraId="5A2181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721" w:type="dxa"/>
            <w:noWrap/>
            <w:hideMark/>
          </w:tcPr>
          <w:p w14:paraId="527472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85BE4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865EB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91AF6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A5CDE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51" w:type="dxa"/>
            <w:noWrap/>
            <w:hideMark/>
          </w:tcPr>
          <w:p w14:paraId="57D5A4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A23E0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D60AE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10619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721150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D5504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189B9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7F30B39" w14:textId="77777777" w:rsidTr="006750F2">
        <w:trPr>
          <w:trHeight w:val="280"/>
        </w:trPr>
        <w:tc>
          <w:tcPr>
            <w:tcW w:w="919" w:type="dxa"/>
            <w:noWrap/>
            <w:hideMark/>
          </w:tcPr>
          <w:p w14:paraId="1048A4D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Polaromonas</w:t>
            </w:r>
          </w:p>
        </w:tc>
        <w:tc>
          <w:tcPr>
            <w:tcW w:w="852" w:type="dxa"/>
            <w:noWrap/>
            <w:hideMark/>
          </w:tcPr>
          <w:p w14:paraId="4DE786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631B5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w:t>
            </w:r>
          </w:p>
        </w:tc>
        <w:tc>
          <w:tcPr>
            <w:tcW w:w="768" w:type="dxa"/>
            <w:noWrap/>
            <w:hideMark/>
          </w:tcPr>
          <w:p w14:paraId="7C1C48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37.9</w:t>
            </w:r>
          </w:p>
        </w:tc>
        <w:tc>
          <w:tcPr>
            <w:tcW w:w="739" w:type="dxa"/>
            <w:noWrap/>
            <w:hideMark/>
          </w:tcPr>
          <w:p w14:paraId="641BA0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43.1</w:t>
            </w:r>
          </w:p>
        </w:tc>
        <w:tc>
          <w:tcPr>
            <w:tcW w:w="721" w:type="dxa"/>
            <w:noWrap/>
            <w:hideMark/>
          </w:tcPr>
          <w:p w14:paraId="12F208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36.2</w:t>
            </w:r>
          </w:p>
        </w:tc>
        <w:tc>
          <w:tcPr>
            <w:tcW w:w="674" w:type="dxa"/>
            <w:noWrap/>
            <w:hideMark/>
          </w:tcPr>
          <w:p w14:paraId="6A3012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w:t>
            </w:r>
          </w:p>
        </w:tc>
        <w:tc>
          <w:tcPr>
            <w:tcW w:w="694" w:type="dxa"/>
            <w:noWrap/>
            <w:hideMark/>
          </w:tcPr>
          <w:p w14:paraId="5133E1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E4F01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7ED02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44.8</w:t>
            </w:r>
          </w:p>
        </w:tc>
        <w:tc>
          <w:tcPr>
            <w:tcW w:w="751" w:type="dxa"/>
            <w:noWrap/>
            <w:hideMark/>
          </w:tcPr>
          <w:p w14:paraId="6A8C6C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36.2</w:t>
            </w:r>
          </w:p>
        </w:tc>
        <w:tc>
          <w:tcPr>
            <w:tcW w:w="1008" w:type="dxa"/>
            <w:noWrap/>
            <w:hideMark/>
          </w:tcPr>
          <w:p w14:paraId="2837F3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593EA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68639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6513D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5B515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F0FB0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3A00D19" w14:textId="77777777" w:rsidTr="006750F2">
        <w:trPr>
          <w:trHeight w:val="280"/>
        </w:trPr>
        <w:tc>
          <w:tcPr>
            <w:tcW w:w="919" w:type="dxa"/>
            <w:noWrap/>
            <w:hideMark/>
          </w:tcPr>
          <w:p w14:paraId="520252C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Polynucleobacter</w:t>
            </w:r>
          </w:p>
        </w:tc>
        <w:tc>
          <w:tcPr>
            <w:tcW w:w="852" w:type="dxa"/>
            <w:noWrap/>
            <w:hideMark/>
          </w:tcPr>
          <w:p w14:paraId="3E2DE0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10A6A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135</w:t>
            </w:r>
          </w:p>
        </w:tc>
        <w:tc>
          <w:tcPr>
            <w:tcW w:w="768" w:type="dxa"/>
            <w:noWrap/>
            <w:hideMark/>
          </w:tcPr>
          <w:p w14:paraId="079C5F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10.4</w:t>
            </w:r>
          </w:p>
        </w:tc>
        <w:tc>
          <w:tcPr>
            <w:tcW w:w="739" w:type="dxa"/>
            <w:noWrap/>
            <w:hideMark/>
          </w:tcPr>
          <w:p w14:paraId="151875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11.9</w:t>
            </w:r>
          </w:p>
        </w:tc>
        <w:tc>
          <w:tcPr>
            <w:tcW w:w="721" w:type="dxa"/>
            <w:noWrap/>
            <w:hideMark/>
          </w:tcPr>
          <w:p w14:paraId="665A6E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674" w:type="dxa"/>
            <w:noWrap/>
            <w:hideMark/>
          </w:tcPr>
          <w:p w14:paraId="363D9A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45BBB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E2FF3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0A97D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10.4</w:t>
            </w:r>
          </w:p>
        </w:tc>
        <w:tc>
          <w:tcPr>
            <w:tcW w:w="751" w:type="dxa"/>
            <w:noWrap/>
            <w:hideMark/>
          </w:tcPr>
          <w:p w14:paraId="514848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1008" w:type="dxa"/>
            <w:noWrap/>
            <w:hideMark/>
          </w:tcPr>
          <w:p w14:paraId="5D01A0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27DC0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D5F00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0AE24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3AE56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24672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7C3E9C1" w14:textId="77777777" w:rsidTr="006750F2">
        <w:trPr>
          <w:trHeight w:val="280"/>
        </w:trPr>
        <w:tc>
          <w:tcPr>
            <w:tcW w:w="919" w:type="dxa"/>
            <w:noWrap/>
            <w:hideMark/>
          </w:tcPr>
          <w:p w14:paraId="1E23419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Porticoccus</w:t>
            </w:r>
          </w:p>
        </w:tc>
        <w:tc>
          <w:tcPr>
            <w:tcW w:w="852" w:type="dxa"/>
            <w:noWrap/>
            <w:hideMark/>
          </w:tcPr>
          <w:p w14:paraId="4997F8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628EF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4B65E9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38.5</w:t>
            </w:r>
          </w:p>
        </w:tc>
        <w:tc>
          <w:tcPr>
            <w:tcW w:w="739" w:type="dxa"/>
            <w:noWrap/>
            <w:hideMark/>
          </w:tcPr>
          <w:p w14:paraId="1FA8BD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46.2</w:t>
            </w:r>
          </w:p>
        </w:tc>
        <w:tc>
          <w:tcPr>
            <w:tcW w:w="721" w:type="dxa"/>
            <w:noWrap/>
            <w:hideMark/>
          </w:tcPr>
          <w:p w14:paraId="278B22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674" w:type="dxa"/>
            <w:noWrap/>
            <w:hideMark/>
          </w:tcPr>
          <w:p w14:paraId="1FC626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FC478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F50B9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6F955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38.5</w:t>
            </w:r>
          </w:p>
        </w:tc>
        <w:tc>
          <w:tcPr>
            <w:tcW w:w="751" w:type="dxa"/>
            <w:noWrap/>
            <w:hideMark/>
          </w:tcPr>
          <w:p w14:paraId="36491D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1008" w:type="dxa"/>
            <w:noWrap/>
            <w:hideMark/>
          </w:tcPr>
          <w:p w14:paraId="2DF5AF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552C3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31F73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8B025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88FA2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95C5F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80E9A9C" w14:textId="77777777" w:rsidTr="006750F2">
        <w:trPr>
          <w:trHeight w:val="280"/>
        </w:trPr>
        <w:tc>
          <w:tcPr>
            <w:tcW w:w="919" w:type="dxa"/>
            <w:noWrap/>
            <w:hideMark/>
          </w:tcPr>
          <w:p w14:paraId="01EB389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Propionivibrio</w:t>
            </w:r>
          </w:p>
        </w:tc>
        <w:tc>
          <w:tcPr>
            <w:tcW w:w="852" w:type="dxa"/>
            <w:noWrap/>
            <w:hideMark/>
          </w:tcPr>
          <w:p w14:paraId="37E73B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CD7B3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3A1E81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38.1</w:t>
            </w:r>
          </w:p>
        </w:tc>
        <w:tc>
          <w:tcPr>
            <w:tcW w:w="739" w:type="dxa"/>
            <w:noWrap/>
            <w:hideMark/>
          </w:tcPr>
          <w:p w14:paraId="3F4BEC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52.4</w:t>
            </w:r>
          </w:p>
        </w:tc>
        <w:tc>
          <w:tcPr>
            <w:tcW w:w="721" w:type="dxa"/>
            <w:noWrap/>
            <w:hideMark/>
          </w:tcPr>
          <w:p w14:paraId="5EB284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47.6</w:t>
            </w:r>
          </w:p>
        </w:tc>
        <w:tc>
          <w:tcPr>
            <w:tcW w:w="674" w:type="dxa"/>
            <w:noWrap/>
            <w:hideMark/>
          </w:tcPr>
          <w:p w14:paraId="018680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52.4</w:t>
            </w:r>
          </w:p>
        </w:tc>
        <w:tc>
          <w:tcPr>
            <w:tcW w:w="694" w:type="dxa"/>
            <w:noWrap/>
            <w:hideMark/>
          </w:tcPr>
          <w:p w14:paraId="1FFD99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EF1EC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w:t>
            </w:r>
          </w:p>
        </w:tc>
        <w:tc>
          <w:tcPr>
            <w:tcW w:w="909" w:type="dxa"/>
            <w:noWrap/>
            <w:hideMark/>
          </w:tcPr>
          <w:p w14:paraId="01F829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95.2</w:t>
            </w:r>
          </w:p>
        </w:tc>
        <w:tc>
          <w:tcPr>
            <w:tcW w:w="751" w:type="dxa"/>
            <w:noWrap/>
            <w:hideMark/>
          </w:tcPr>
          <w:p w14:paraId="2853BC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47.6</w:t>
            </w:r>
          </w:p>
        </w:tc>
        <w:tc>
          <w:tcPr>
            <w:tcW w:w="1008" w:type="dxa"/>
            <w:noWrap/>
            <w:hideMark/>
          </w:tcPr>
          <w:p w14:paraId="2F6E31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16DD3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D5EFF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206E2F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3E2479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862F9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108D9AB" w14:textId="77777777" w:rsidTr="006750F2">
        <w:trPr>
          <w:trHeight w:val="280"/>
        </w:trPr>
        <w:tc>
          <w:tcPr>
            <w:tcW w:w="919" w:type="dxa"/>
            <w:noWrap/>
            <w:hideMark/>
          </w:tcPr>
          <w:p w14:paraId="534E0A5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Proteus</w:t>
            </w:r>
          </w:p>
        </w:tc>
        <w:tc>
          <w:tcPr>
            <w:tcW w:w="852" w:type="dxa"/>
            <w:noWrap/>
            <w:hideMark/>
          </w:tcPr>
          <w:p w14:paraId="73EFAA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C6298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68" w:type="dxa"/>
            <w:noWrap/>
            <w:hideMark/>
          </w:tcPr>
          <w:p w14:paraId="7D8495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2729A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95.7</w:t>
            </w:r>
          </w:p>
        </w:tc>
        <w:tc>
          <w:tcPr>
            <w:tcW w:w="721" w:type="dxa"/>
            <w:noWrap/>
            <w:hideMark/>
          </w:tcPr>
          <w:p w14:paraId="61949A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D04DA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E4B13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13B39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82960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65507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714E3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0776C2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208A0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00B8F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69228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0239B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C166AB0" w14:textId="77777777" w:rsidTr="006750F2">
        <w:trPr>
          <w:trHeight w:val="280"/>
        </w:trPr>
        <w:tc>
          <w:tcPr>
            <w:tcW w:w="919" w:type="dxa"/>
            <w:noWrap/>
            <w:hideMark/>
          </w:tcPr>
          <w:p w14:paraId="0B935E0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Providencia</w:t>
            </w:r>
          </w:p>
        </w:tc>
        <w:tc>
          <w:tcPr>
            <w:tcW w:w="852" w:type="dxa"/>
            <w:noWrap/>
            <w:hideMark/>
          </w:tcPr>
          <w:p w14:paraId="2F8ACB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A9C4E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w:t>
            </w:r>
          </w:p>
        </w:tc>
        <w:tc>
          <w:tcPr>
            <w:tcW w:w="768" w:type="dxa"/>
            <w:noWrap/>
            <w:hideMark/>
          </w:tcPr>
          <w:p w14:paraId="596AEF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665D8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92.6</w:t>
            </w:r>
          </w:p>
        </w:tc>
        <w:tc>
          <w:tcPr>
            <w:tcW w:w="721" w:type="dxa"/>
            <w:noWrap/>
            <w:hideMark/>
          </w:tcPr>
          <w:p w14:paraId="3C3A1E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CBCE7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5FEA7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56641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81.5</w:t>
            </w:r>
          </w:p>
        </w:tc>
        <w:tc>
          <w:tcPr>
            <w:tcW w:w="909" w:type="dxa"/>
            <w:noWrap/>
            <w:hideMark/>
          </w:tcPr>
          <w:p w14:paraId="1EF9C1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81.5</w:t>
            </w:r>
          </w:p>
        </w:tc>
        <w:tc>
          <w:tcPr>
            <w:tcW w:w="751" w:type="dxa"/>
            <w:noWrap/>
            <w:hideMark/>
          </w:tcPr>
          <w:p w14:paraId="6E77D2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5C4E4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D82AC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92C31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F8347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2A5913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64DA7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0AE7626" w14:textId="77777777" w:rsidTr="006750F2">
        <w:trPr>
          <w:trHeight w:val="280"/>
        </w:trPr>
        <w:tc>
          <w:tcPr>
            <w:tcW w:w="919" w:type="dxa"/>
            <w:noWrap/>
            <w:hideMark/>
          </w:tcPr>
          <w:p w14:paraId="6307C85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Pseudidiomarina</w:t>
            </w:r>
          </w:p>
        </w:tc>
        <w:tc>
          <w:tcPr>
            <w:tcW w:w="852" w:type="dxa"/>
            <w:noWrap/>
            <w:hideMark/>
          </w:tcPr>
          <w:p w14:paraId="3C9E7D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73764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768" w:type="dxa"/>
            <w:noWrap/>
            <w:hideMark/>
          </w:tcPr>
          <w:p w14:paraId="132100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41F03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21" w:type="dxa"/>
            <w:noWrap/>
            <w:hideMark/>
          </w:tcPr>
          <w:p w14:paraId="64C8D8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674" w:type="dxa"/>
            <w:noWrap/>
            <w:hideMark/>
          </w:tcPr>
          <w:p w14:paraId="082728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15438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70A66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506FD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8294C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1008" w:type="dxa"/>
            <w:noWrap/>
            <w:hideMark/>
          </w:tcPr>
          <w:p w14:paraId="435E2F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0F469B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2DA08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18BCC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B3733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FCE19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A708E45" w14:textId="77777777" w:rsidTr="006750F2">
        <w:trPr>
          <w:trHeight w:val="280"/>
        </w:trPr>
        <w:tc>
          <w:tcPr>
            <w:tcW w:w="919" w:type="dxa"/>
            <w:noWrap/>
            <w:hideMark/>
          </w:tcPr>
          <w:p w14:paraId="3FF73FF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Pseudoalteromonas</w:t>
            </w:r>
          </w:p>
        </w:tc>
        <w:tc>
          <w:tcPr>
            <w:tcW w:w="852" w:type="dxa"/>
            <w:noWrap/>
            <w:hideMark/>
          </w:tcPr>
          <w:p w14:paraId="0B5E78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24260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148</w:t>
            </w:r>
          </w:p>
        </w:tc>
        <w:tc>
          <w:tcPr>
            <w:tcW w:w="768" w:type="dxa"/>
            <w:noWrap/>
            <w:hideMark/>
          </w:tcPr>
          <w:p w14:paraId="0783CF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11.5</w:t>
            </w:r>
          </w:p>
        </w:tc>
        <w:tc>
          <w:tcPr>
            <w:tcW w:w="739" w:type="dxa"/>
            <w:noWrap/>
            <w:hideMark/>
          </w:tcPr>
          <w:p w14:paraId="66B479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8.8</w:t>
            </w:r>
          </w:p>
        </w:tc>
        <w:tc>
          <w:tcPr>
            <w:tcW w:w="721" w:type="dxa"/>
            <w:noWrap/>
            <w:hideMark/>
          </w:tcPr>
          <w:p w14:paraId="34A68D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w:t>
            </w:r>
          </w:p>
        </w:tc>
        <w:tc>
          <w:tcPr>
            <w:tcW w:w="674" w:type="dxa"/>
            <w:noWrap/>
            <w:hideMark/>
          </w:tcPr>
          <w:p w14:paraId="749ACA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1682E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4C82D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E7F03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11.5</w:t>
            </w:r>
          </w:p>
        </w:tc>
        <w:tc>
          <w:tcPr>
            <w:tcW w:w="751" w:type="dxa"/>
            <w:noWrap/>
            <w:hideMark/>
          </w:tcPr>
          <w:p w14:paraId="79A68F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w:t>
            </w:r>
          </w:p>
        </w:tc>
        <w:tc>
          <w:tcPr>
            <w:tcW w:w="1008" w:type="dxa"/>
            <w:noWrap/>
            <w:hideMark/>
          </w:tcPr>
          <w:p w14:paraId="05EC59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73749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F1C24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5B111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500D9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CAD2B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5A01DA0" w14:textId="77777777" w:rsidTr="006750F2">
        <w:trPr>
          <w:trHeight w:val="280"/>
        </w:trPr>
        <w:tc>
          <w:tcPr>
            <w:tcW w:w="919" w:type="dxa"/>
            <w:noWrap/>
            <w:hideMark/>
          </w:tcPr>
          <w:p w14:paraId="1B0EB66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Pseudoduganella</w:t>
            </w:r>
          </w:p>
        </w:tc>
        <w:tc>
          <w:tcPr>
            <w:tcW w:w="852" w:type="dxa"/>
            <w:noWrap/>
            <w:hideMark/>
          </w:tcPr>
          <w:p w14:paraId="1E7920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7DD01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768" w:type="dxa"/>
            <w:noWrap/>
            <w:hideMark/>
          </w:tcPr>
          <w:p w14:paraId="647F71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63.9</w:t>
            </w:r>
          </w:p>
        </w:tc>
        <w:tc>
          <w:tcPr>
            <w:tcW w:w="739" w:type="dxa"/>
            <w:noWrap/>
            <w:hideMark/>
          </w:tcPr>
          <w:p w14:paraId="0832F4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63.9</w:t>
            </w:r>
          </w:p>
        </w:tc>
        <w:tc>
          <w:tcPr>
            <w:tcW w:w="721" w:type="dxa"/>
            <w:noWrap/>
            <w:hideMark/>
          </w:tcPr>
          <w:p w14:paraId="25EAFA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674" w:type="dxa"/>
            <w:noWrap/>
            <w:hideMark/>
          </w:tcPr>
          <w:p w14:paraId="4293D2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C0F7B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8FC20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B837B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63.9</w:t>
            </w:r>
          </w:p>
        </w:tc>
        <w:tc>
          <w:tcPr>
            <w:tcW w:w="751" w:type="dxa"/>
            <w:noWrap/>
            <w:hideMark/>
          </w:tcPr>
          <w:p w14:paraId="3E209A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1008" w:type="dxa"/>
            <w:noWrap/>
            <w:hideMark/>
          </w:tcPr>
          <w:p w14:paraId="03D969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6A12C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042D2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0E9D1A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C1BC8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0ED95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EDDCE0C" w14:textId="77777777" w:rsidTr="006750F2">
        <w:trPr>
          <w:trHeight w:val="280"/>
        </w:trPr>
        <w:tc>
          <w:tcPr>
            <w:tcW w:w="919" w:type="dxa"/>
            <w:noWrap/>
            <w:hideMark/>
          </w:tcPr>
          <w:p w14:paraId="6A9D294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Pseudohongiella</w:t>
            </w:r>
          </w:p>
        </w:tc>
        <w:tc>
          <w:tcPr>
            <w:tcW w:w="852" w:type="dxa"/>
            <w:noWrap/>
            <w:hideMark/>
          </w:tcPr>
          <w:p w14:paraId="2A44DA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E847D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2BC5D8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56.2</w:t>
            </w:r>
          </w:p>
        </w:tc>
        <w:tc>
          <w:tcPr>
            <w:tcW w:w="739" w:type="dxa"/>
            <w:noWrap/>
            <w:hideMark/>
          </w:tcPr>
          <w:p w14:paraId="601018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49214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674" w:type="dxa"/>
            <w:noWrap/>
            <w:hideMark/>
          </w:tcPr>
          <w:p w14:paraId="531EE1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2C8F1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1EE43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C9741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56.2</w:t>
            </w:r>
          </w:p>
        </w:tc>
        <w:tc>
          <w:tcPr>
            <w:tcW w:w="751" w:type="dxa"/>
            <w:noWrap/>
            <w:hideMark/>
          </w:tcPr>
          <w:p w14:paraId="11AEFA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1008" w:type="dxa"/>
            <w:noWrap/>
            <w:hideMark/>
          </w:tcPr>
          <w:p w14:paraId="00DC7B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56CB3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63F46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472BD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0DD38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1CADF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33D488A" w14:textId="77777777" w:rsidTr="006750F2">
        <w:trPr>
          <w:trHeight w:val="280"/>
        </w:trPr>
        <w:tc>
          <w:tcPr>
            <w:tcW w:w="919" w:type="dxa"/>
            <w:noWrap/>
            <w:hideMark/>
          </w:tcPr>
          <w:p w14:paraId="4E3687E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Pseudomonas</w:t>
            </w:r>
          </w:p>
        </w:tc>
        <w:tc>
          <w:tcPr>
            <w:tcW w:w="852" w:type="dxa"/>
            <w:noWrap/>
            <w:hideMark/>
          </w:tcPr>
          <w:p w14:paraId="1D07EE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4461E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1020</w:t>
            </w:r>
          </w:p>
        </w:tc>
        <w:tc>
          <w:tcPr>
            <w:tcW w:w="768" w:type="dxa"/>
            <w:noWrap/>
            <w:hideMark/>
          </w:tcPr>
          <w:p w14:paraId="2115CA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35.9</w:t>
            </w:r>
          </w:p>
        </w:tc>
        <w:tc>
          <w:tcPr>
            <w:tcW w:w="739" w:type="dxa"/>
            <w:noWrap/>
            <w:hideMark/>
          </w:tcPr>
          <w:p w14:paraId="5BF7C7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39.1</w:t>
            </w:r>
          </w:p>
        </w:tc>
        <w:tc>
          <w:tcPr>
            <w:tcW w:w="721" w:type="dxa"/>
            <w:noWrap/>
            <w:hideMark/>
          </w:tcPr>
          <w:p w14:paraId="4B9E00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28.9</w:t>
            </w:r>
          </w:p>
        </w:tc>
        <w:tc>
          <w:tcPr>
            <w:tcW w:w="674" w:type="dxa"/>
            <w:noWrap/>
            <w:hideMark/>
          </w:tcPr>
          <w:p w14:paraId="0798F4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694" w:type="dxa"/>
            <w:noWrap/>
            <w:hideMark/>
          </w:tcPr>
          <w:p w14:paraId="11DE3A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5809D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235C1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751" w:type="dxa"/>
            <w:noWrap/>
            <w:hideMark/>
          </w:tcPr>
          <w:p w14:paraId="634EAE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28.9</w:t>
            </w:r>
          </w:p>
        </w:tc>
        <w:tc>
          <w:tcPr>
            <w:tcW w:w="1008" w:type="dxa"/>
            <w:noWrap/>
            <w:hideMark/>
          </w:tcPr>
          <w:p w14:paraId="5C7D46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CFBE0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5F0FD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941A3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635DF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BC5ED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C77C3D2" w14:textId="77777777" w:rsidTr="006750F2">
        <w:trPr>
          <w:trHeight w:val="280"/>
        </w:trPr>
        <w:tc>
          <w:tcPr>
            <w:tcW w:w="919" w:type="dxa"/>
            <w:noWrap/>
            <w:hideMark/>
          </w:tcPr>
          <w:p w14:paraId="1114C5D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Pseudoxanthomonas</w:t>
            </w:r>
          </w:p>
        </w:tc>
        <w:tc>
          <w:tcPr>
            <w:tcW w:w="852" w:type="dxa"/>
            <w:noWrap/>
            <w:hideMark/>
          </w:tcPr>
          <w:p w14:paraId="64F70F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51834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68" w:type="dxa"/>
            <w:noWrap/>
            <w:hideMark/>
          </w:tcPr>
          <w:p w14:paraId="3C9C18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18.3</w:t>
            </w:r>
          </w:p>
        </w:tc>
        <w:tc>
          <w:tcPr>
            <w:tcW w:w="739" w:type="dxa"/>
            <w:noWrap/>
            <w:hideMark/>
          </w:tcPr>
          <w:p w14:paraId="4B6720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56.7</w:t>
            </w:r>
          </w:p>
        </w:tc>
        <w:tc>
          <w:tcPr>
            <w:tcW w:w="721" w:type="dxa"/>
            <w:noWrap/>
            <w:hideMark/>
          </w:tcPr>
          <w:p w14:paraId="4E43C2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78.3</w:t>
            </w:r>
          </w:p>
        </w:tc>
        <w:tc>
          <w:tcPr>
            <w:tcW w:w="674" w:type="dxa"/>
            <w:noWrap/>
            <w:hideMark/>
          </w:tcPr>
          <w:p w14:paraId="188761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CB2C1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0BF29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09F7C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18.3</w:t>
            </w:r>
          </w:p>
        </w:tc>
        <w:tc>
          <w:tcPr>
            <w:tcW w:w="751" w:type="dxa"/>
            <w:noWrap/>
            <w:hideMark/>
          </w:tcPr>
          <w:p w14:paraId="5182E5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78.3</w:t>
            </w:r>
          </w:p>
        </w:tc>
        <w:tc>
          <w:tcPr>
            <w:tcW w:w="1008" w:type="dxa"/>
            <w:noWrap/>
            <w:hideMark/>
          </w:tcPr>
          <w:p w14:paraId="25A6F3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0E80F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1A89E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2CDE73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CFB3F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DD200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D72885D" w14:textId="77777777" w:rsidTr="006750F2">
        <w:trPr>
          <w:trHeight w:val="280"/>
        </w:trPr>
        <w:tc>
          <w:tcPr>
            <w:tcW w:w="919" w:type="dxa"/>
            <w:noWrap/>
            <w:hideMark/>
          </w:tcPr>
          <w:p w14:paraId="19A04FA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Psychrobacter</w:t>
            </w:r>
          </w:p>
        </w:tc>
        <w:tc>
          <w:tcPr>
            <w:tcW w:w="852" w:type="dxa"/>
            <w:noWrap/>
            <w:hideMark/>
          </w:tcPr>
          <w:p w14:paraId="361C26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0F4B0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117</w:t>
            </w:r>
          </w:p>
        </w:tc>
        <w:tc>
          <w:tcPr>
            <w:tcW w:w="768" w:type="dxa"/>
            <w:noWrap/>
            <w:hideMark/>
          </w:tcPr>
          <w:p w14:paraId="762243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12.8</w:t>
            </w:r>
          </w:p>
        </w:tc>
        <w:tc>
          <w:tcPr>
            <w:tcW w:w="739" w:type="dxa"/>
            <w:noWrap/>
            <w:hideMark/>
          </w:tcPr>
          <w:p w14:paraId="1B7EE5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40.2</w:t>
            </w:r>
          </w:p>
        </w:tc>
        <w:tc>
          <w:tcPr>
            <w:tcW w:w="721" w:type="dxa"/>
            <w:noWrap/>
            <w:hideMark/>
          </w:tcPr>
          <w:p w14:paraId="6E3A51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674" w:type="dxa"/>
            <w:noWrap/>
            <w:hideMark/>
          </w:tcPr>
          <w:p w14:paraId="4E6038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C6568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97972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32A62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12.8</w:t>
            </w:r>
          </w:p>
        </w:tc>
        <w:tc>
          <w:tcPr>
            <w:tcW w:w="751" w:type="dxa"/>
            <w:noWrap/>
            <w:hideMark/>
          </w:tcPr>
          <w:p w14:paraId="0BFEA1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1008" w:type="dxa"/>
            <w:noWrap/>
            <w:hideMark/>
          </w:tcPr>
          <w:p w14:paraId="428562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20E3A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6D75E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F53D5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E267D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5ACB3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BE4B848" w14:textId="77777777" w:rsidTr="006750F2">
        <w:trPr>
          <w:trHeight w:val="280"/>
        </w:trPr>
        <w:tc>
          <w:tcPr>
            <w:tcW w:w="919" w:type="dxa"/>
            <w:noWrap/>
            <w:hideMark/>
          </w:tcPr>
          <w:p w14:paraId="3DE62FD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Psychromonas</w:t>
            </w:r>
          </w:p>
        </w:tc>
        <w:tc>
          <w:tcPr>
            <w:tcW w:w="852" w:type="dxa"/>
            <w:noWrap/>
            <w:hideMark/>
          </w:tcPr>
          <w:p w14:paraId="42C59B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1FAB6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7A29AE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31.8</w:t>
            </w:r>
          </w:p>
        </w:tc>
        <w:tc>
          <w:tcPr>
            <w:tcW w:w="739" w:type="dxa"/>
            <w:noWrap/>
            <w:hideMark/>
          </w:tcPr>
          <w:p w14:paraId="2C2601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86.4</w:t>
            </w:r>
          </w:p>
        </w:tc>
        <w:tc>
          <w:tcPr>
            <w:tcW w:w="721" w:type="dxa"/>
            <w:noWrap/>
            <w:hideMark/>
          </w:tcPr>
          <w:p w14:paraId="491320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674" w:type="dxa"/>
            <w:noWrap/>
            <w:hideMark/>
          </w:tcPr>
          <w:p w14:paraId="7DD0BD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694" w:type="dxa"/>
            <w:noWrap/>
            <w:hideMark/>
          </w:tcPr>
          <w:p w14:paraId="4BF0D3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0E5BF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13.6</w:t>
            </w:r>
          </w:p>
        </w:tc>
        <w:tc>
          <w:tcPr>
            <w:tcW w:w="909" w:type="dxa"/>
            <w:noWrap/>
            <w:hideMark/>
          </w:tcPr>
          <w:p w14:paraId="38E41B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54.5</w:t>
            </w:r>
          </w:p>
        </w:tc>
        <w:tc>
          <w:tcPr>
            <w:tcW w:w="751" w:type="dxa"/>
            <w:noWrap/>
            <w:hideMark/>
          </w:tcPr>
          <w:p w14:paraId="2204DA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1008" w:type="dxa"/>
            <w:noWrap/>
            <w:hideMark/>
          </w:tcPr>
          <w:p w14:paraId="2F3050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B824B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090F7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479EA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43692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CAB1F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3482FEB" w14:textId="77777777" w:rsidTr="006750F2">
        <w:trPr>
          <w:trHeight w:val="280"/>
        </w:trPr>
        <w:tc>
          <w:tcPr>
            <w:tcW w:w="919" w:type="dxa"/>
            <w:noWrap/>
            <w:hideMark/>
          </w:tcPr>
          <w:p w14:paraId="407E9E3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Psychrosphaera</w:t>
            </w:r>
          </w:p>
        </w:tc>
        <w:tc>
          <w:tcPr>
            <w:tcW w:w="852" w:type="dxa"/>
            <w:noWrap/>
            <w:hideMark/>
          </w:tcPr>
          <w:p w14:paraId="54895C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4A333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73ED0C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39" w:type="dxa"/>
            <w:noWrap/>
            <w:hideMark/>
          </w:tcPr>
          <w:p w14:paraId="67FB9A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A6374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674" w:type="dxa"/>
            <w:noWrap/>
            <w:hideMark/>
          </w:tcPr>
          <w:p w14:paraId="14725A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20FBC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0B321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3154D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51" w:type="dxa"/>
            <w:noWrap/>
            <w:hideMark/>
          </w:tcPr>
          <w:p w14:paraId="43492E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1008" w:type="dxa"/>
            <w:noWrap/>
            <w:hideMark/>
          </w:tcPr>
          <w:p w14:paraId="697F9E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FF03A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E0C2A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3BDD5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4B0CF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E2096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A86D467" w14:textId="77777777" w:rsidTr="006750F2">
        <w:trPr>
          <w:trHeight w:val="280"/>
        </w:trPr>
        <w:tc>
          <w:tcPr>
            <w:tcW w:w="919" w:type="dxa"/>
            <w:noWrap/>
            <w:hideMark/>
          </w:tcPr>
          <w:p w14:paraId="436314A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Pusillimonas</w:t>
            </w:r>
          </w:p>
        </w:tc>
        <w:tc>
          <w:tcPr>
            <w:tcW w:w="852" w:type="dxa"/>
            <w:noWrap/>
            <w:hideMark/>
          </w:tcPr>
          <w:p w14:paraId="4B1B18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97BD0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68" w:type="dxa"/>
            <w:noWrap/>
            <w:hideMark/>
          </w:tcPr>
          <w:p w14:paraId="4DE7F6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739" w:type="dxa"/>
            <w:noWrap/>
            <w:hideMark/>
          </w:tcPr>
          <w:p w14:paraId="56E79C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721" w:type="dxa"/>
            <w:noWrap/>
            <w:hideMark/>
          </w:tcPr>
          <w:p w14:paraId="0E59C6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674" w:type="dxa"/>
            <w:noWrap/>
            <w:hideMark/>
          </w:tcPr>
          <w:p w14:paraId="251F51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D824F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B3D64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D42F0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751" w:type="dxa"/>
            <w:noWrap/>
            <w:hideMark/>
          </w:tcPr>
          <w:p w14:paraId="5C0415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1008" w:type="dxa"/>
            <w:noWrap/>
            <w:hideMark/>
          </w:tcPr>
          <w:p w14:paraId="23C19F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603E3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E2861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E331C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29E9FE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0D084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503B659" w14:textId="77777777" w:rsidTr="006750F2">
        <w:trPr>
          <w:trHeight w:val="280"/>
        </w:trPr>
        <w:tc>
          <w:tcPr>
            <w:tcW w:w="919" w:type="dxa"/>
            <w:noWrap/>
            <w:hideMark/>
          </w:tcPr>
          <w:p w14:paraId="118F486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Rahnella</w:t>
            </w:r>
          </w:p>
        </w:tc>
        <w:tc>
          <w:tcPr>
            <w:tcW w:w="852" w:type="dxa"/>
            <w:noWrap/>
            <w:hideMark/>
          </w:tcPr>
          <w:p w14:paraId="40D8D7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9BF0C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115AF0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21.1</w:t>
            </w:r>
          </w:p>
        </w:tc>
        <w:tc>
          <w:tcPr>
            <w:tcW w:w="739" w:type="dxa"/>
            <w:noWrap/>
            <w:hideMark/>
          </w:tcPr>
          <w:p w14:paraId="68D140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3EA7F6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C9C69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15.8</w:t>
            </w:r>
          </w:p>
        </w:tc>
        <w:tc>
          <w:tcPr>
            <w:tcW w:w="694" w:type="dxa"/>
            <w:noWrap/>
            <w:hideMark/>
          </w:tcPr>
          <w:p w14:paraId="278DF9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CB5B2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17D53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36.8</w:t>
            </w:r>
          </w:p>
        </w:tc>
        <w:tc>
          <w:tcPr>
            <w:tcW w:w="751" w:type="dxa"/>
            <w:noWrap/>
            <w:hideMark/>
          </w:tcPr>
          <w:p w14:paraId="2FE607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6BADE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9EDC0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11019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41BC5F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297E2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7E19A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A39BA0B" w14:textId="77777777" w:rsidTr="006750F2">
        <w:trPr>
          <w:trHeight w:val="280"/>
        </w:trPr>
        <w:tc>
          <w:tcPr>
            <w:tcW w:w="919" w:type="dxa"/>
            <w:noWrap/>
            <w:hideMark/>
          </w:tcPr>
          <w:p w14:paraId="6A77576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Ralstonia</w:t>
            </w:r>
          </w:p>
        </w:tc>
        <w:tc>
          <w:tcPr>
            <w:tcW w:w="852" w:type="dxa"/>
            <w:noWrap/>
            <w:hideMark/>
          </w:tcPr>
          <w:p w14:paraId="7F604F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CE049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w:t>
            </w:r>
          </w:p>
        </w:tc>
        <w:tc>
          <w:tcPr>
            <w:tcW w:w="768" w:type="dxa"/>
            <w:noWrap/>
            <w:hideMark/>
          </w:tcPr>
          <w:p w14:paraId="3382AB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41.9</w:t>
            </w:r>
          </w:p>
        </w:tc>
        <w:tc>
          <w:tcPr>
            <w:tcW w:w="739" w:type="dxa"/>
            <w:noWrap/>
            <w:hideMark/>
          </w:tcPr>
          <w:p w14:paraId="36F64F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64.5</w:t>
            </w:r>
          </w:p>
        </w:tc>
        <w:tc>
          <w:tcPr>
            <w:tcW w:w="721" w:type="dxa"/>
            <w:noWrap/>
            <w:hideMark/>
          </w:tcPr>
          <w:p w14:paraId="2241C9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674" w:type="dxa"/>
            <w:noWrap/>
            <w:hideMark/>
          </w:tcPr>
          <w:p w14:paraId="50D1BD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96140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2F677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448DE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41.9</w:t>
            </w:r>
          </w:p>
        </w:tc>
        <w:tc>
          <w:tcPr>
            <w:tcW w:w="751" w:type="dxa"/>
            <w:noWrap/>
            <w:hideMark/>
          </w:tcPr>
          <w:p w14:paraId="7A91E2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1008" w:type="dxa"/>
            <w:noWrap/>
            <w:hideMark/>
          </w:tcPr>
          <w:p w14:paraId="49B075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1A184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C5720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588F2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1D4AF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753F0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594CFE3" w14:textId="77777777" w:rsidTr="006750F2">
        <w:trPr>
          <w:trHeight w:val="280"/>
        </w:trPr>
        <w:tc>
          <w:tcPr>
            <w:tcW w:w="919" w:type="dxa"/>
            <w:noWrap/>
            <w:hideMark/>
          </w:tcPr>
          <w:p w14:paraId="03A2F4B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Ramlibacter</w:t>
            </w:r>
          </w:p>
        </w:tc>
        <w:tc>
          <w:tcPr>
            <w:tcW w:w="852" w:type="dxa"/>
            <w:noWrap/>
            <w:hideMark/>
          </w:tcPr>
          <w:p w14:paraId="1D91E2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0B3A4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w:t>
            </w:r>
          </w:p>
        </w:tc>
        <w:tc>
          <w:tcPr>
            <w:tcW w:w="768" w:type="dxa"/>
            <w:noWrap/>
            <w:hideMark/>
          </w:tcPr>
          <w:p w14:paraId="06B7E5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50.9</w:t>
            </w:r>
          </w:p>
        </w:tc>
        <w:tc>
          <w:tcPr>
            <w:tcW w:w="739" w:type="dxa"/>
            <w:noWrap/>
            <w:hideMark/>
          </w:tcPr>
          <w:p w14:paraId="57FBB5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47.2</w:t>
            </w:r>
          </w:p>
        </w:tc>
        <w:tc>
          <w:tcPr>
            <w:tcW w:w="721" w:type="dxa"/>
            <w:noWrap/>
            <w:hideMark/>
          </w:tcPr>
          <w:p w14:paraId="6E7D01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52.8</w:t>
            </w:r>
          </w:p>
        </w:tc>
        <w:tc>
          <w:tcPr>
            <w:tcW w:w="674" w:type="dxa"/>
            <w:noWrap/>
            <w:hideMark/>
          </w:tcPr>
          <w:p w14:paraId="4C9CE6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A39D9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847A8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15.1</w:t>
            </w:r>
          </w:p>
        </w:tc>
        <w:tc>
          <w:tcPr>
            <w:tcW w:w="909" w:type="dxa"/>
            <w:noWrap/>
            <w:hideMark/>
          </w:tcPr>
          <w:p w14:paraId="5020B0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w:t>
            </w:r>
          </w:p>
        </w:tc>
        <w:tc>
          <w:tcPr>
            <w:tcW w:w="751" w:type="dxa"/>
            <w:noWrap/>
            <w:hideMark/>
          </w:tcPr>
          <w:p w14:paraId="111F08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52.8</w:t>
            </w:r>
          </w:p>
        </w:tc>
        <w:tc>
          <w:tcPr>
            <w:tcW w:w="1008" w:type="dxa"/>
            <w:noWrap/>
            <w:hideMark/>
          </w:tcPr>
          <w:p w14:paraId="6E8472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A173C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88553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4DD4CE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77F36C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09169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1C7B419" w14:textId="77777777" w:rsidTr="006750F2">
        <w:trPr>
          <w:trHeight w:val="280"/>
        </w:trPr>
        <w:tc>
          <w:tcPr>
            <w:tcW w:w="919" w:type="dxa"/>
            <w:noWrap/>
            <w:hideMark/>
          </w:tcPr>
          <w:p w14:paraId="68F81F5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Rheinheimera</w:t>
            </w:r>
          </w:p>
        </w:tc>
        <w:tc>
          <w:tcPr>
            <w:tcW w:w="852" w:type="dxa"/>
            <w:noWrap/>
            <w:hideMark/>
          </w:tcPr>
          <w:p w14:paraId="11D636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207D2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611FEB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w:t>
            </w:r>
          </w:p>
        </w:tc>
        <w:tc>
          <w:tcPr>
            <w:tcW w:w="739" w:type="dxa"/>
            <w:noWrap/>
            <w:hideMark/>
          </w:tcPr>
          <w:p w14:paraId="20A6C3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70.6</w:t>
            </w:r>
          </w:p>
        </w:tc>
        <w:tc>
          <w:tcPr>
            <w:tcW w:w="721" w:type="dxa"/>
            <w:noWrap/>
            <w:hideMark/>
          </w:tcPr>
          <w:p w14:paraId="38B1D0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674" w:type="dxa"/>
            <w:noWrap/>
            <w:hideMark/>
          </w:tcPr>
          <w:p w14:paraId="1896FB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33D7B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8C0AC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2A740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w:t>
            </w:r>
          </w:p>
        </w:tc>
        <w:tc>
          <w:tcPr>
            <w:tcW w:w="751" w:type="dxa"/>
            <w:noWrap/>
            <w:hideMark/>
          </w:tcPr>
          <w:p w14:paraId="55590A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1008" w:type="dxa"/>
            <w:noWrap/>
            <w:hideMark/>
          </w:tcPr>
          <w:p w14:paraId="540515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22885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7A34C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EADD6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E1A28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C81FC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9B90111" w14:textId="77777777" w:rsidTr="006750F2">
        <w:trPr>
          <w:trHeight w:val="280"/>
        </w:trPr>
        <w:tc>
          <w:tcPr>
            <w:tcW w:w="919" w:type="dxa"/>
            <w:noWrap/>
            <w:hideMark/>
          </w:tcPr>
          <w:p w14:paraId="6554D37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Rhizobacter</w:t>
            </w:r>
          </w:p>
        </w:tc>
        <w:tc>
          <w:tcPr>
            <w:tcW w:w="852" w:type="dxa"/>
            <w:noWrap/>
            <w:hideMark/>
          </w:tcPr>
          <w:p w14:paraId="024222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E42B7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208BC4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39" w:type="dxa"/>
            <w:noWrap/>
            <w:hideMark/>
          </w:tcPr>
          <w:p w14:paraId="2CF997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72.7</w:t>
            </w:r>
          </w:p>
        </w:tc>
        <w:tc>
          <w:tcPr>
            <w:tcW w:w="721" w:type="dxa"/>
            <w:noWrap/>
            <w:hideMark/>
          </w:tcPr>
          <w:p w14:paraId="7E3F8A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674" w:type="dxa"/>
            <w:noWrap/>
            <w:hideMark/>
          </w:tcPr>
          <w:p w14:paraId="66BBA8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83FA0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C0F04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71CB0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51" w:type="dxa"/>
            <w:noWrap/>
            <w:hideMark/>
          </w:tcPr>
          <w:p w14:paraId="22AA6A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1008" w:type="dxa"/>
            <w:noWrap/>
            <w:hideMark/>
          </w:tcPr>
          <w:p w14:paraId="7ED781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C8041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F70AA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03D78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14BA0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D5826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AFE8ADE" w14:textId="77777777" w:rsidTr="006750F2">
        <w:trPr>
          <w:trHeight w:val="280"/>
        </w:trPr>
        <w:tc>
          <w:tcPr>
            <w:tcW w:w="919" w:type="dxa"/>
            <w:noWrap/>
            <w:hideMark/>
          </w:tcPr>
          <w:p w14:paraId="196AA71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Rhodanobacter</w:t>
            </w:r>
          </w:p>
        </w:tc>
        <w:tc>
          <w:tcPr>
            <w:tcW w:w="852" w:type="dxa"/>
            <w:noWrap/>
            <w:hideMark/>
          </w:tcPr>
          <w:p w14:paraId="2B9812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40555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w:t>
            </w:r>
          </w:p>
        </w:tc>
        <w:tc>
          <w:tcPr>
            <w:tcW w:w="768" w:type="dxa"/>
            <w:noWrap/>
            <w:hideMark/>
          </w:tcPr>
          <w:p w14:paraId="5BB94F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39" w:type="dxa"/>
            <w:noWrap/>
            <w:hideMark/>
          </w:tcPr>
          <w:p w14:paraId="6F1A54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27.1</w:t>
            </w:r>
          </w:p>
        </w:tc>
        <w:tc>
          <w:tcPr>
            <w:tcW w:w="721" w:type="dxa"/>
            <w:noWrap/>
            <w:hideMark/>
          </w:tcPr>
          <w:p w14:paraId="6021F3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79.2</w:t>
            </w:r>
          </w:p>
        </w:tc>
        <w:tc>
          <w:tcPr>
            <w:tcW w:w="674" w:type="dxa"/>
            <w:noWrap/>
            <w:hideMark/>
          </w:tcPr>
          <w:p w14:paraId="118B5A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A0C54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60A61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74150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51" w:type="dxa"/>
            <w:noWrap/>
            <w:hideMark/>
          </w:tcPr>
          <w:p w14:paraId="2FBA3B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79.2</w:t>
            </w:r>
          </w:p>
        </w:tc>
        <w:tc>
          <w:tcPr>
            <w:tcW w:w="1008" w:type="dxa"/>
            <w:noWrap/>
            <w:hideMark/>
          </w:tcPr>
          <w:p w14:paraId="168B96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4194C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9A3EC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00B896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446537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A11E1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C598690" w14:textId="77777777" w:rsidTr="006750F2">
        <w:trPr>
          <w:trHeight w:val="280"/>
        </w:trPr>
        <w:tc>
          <w:tcPr>
            <w:tcW w:w="919" w:type="dxa"/>
            <w:noWrap/>
            <w:hideMark/>
          </w:tcPr>
          <w:p w14:paraId="32222C6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Rhodoferax</w:t>
            </w:r>
          </w:p>
        </w:tc>
        <w:tc>
          <w:tcPr>
            <w:tcW w:w="852" w:type="dxa"/>
            <w:noWrap/>
            <w:hideMark/>
          </w:tcPr>
          <w:p w14:paraId="640E6F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8E19D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140</w:t>
            </w:r>
          </w:p>
        </w:tc>
        <w:tc>
          <w:tcPr>
            <w:tcW w:w="768" w:type="dxa"/>
            <w:noWrap/>
            <w:hideMark/>
          </w:tcPr>
          <w:p w14:paraId="225D2F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34.3</w:t>
            </w:r>
          </w:p>
        </w:tc>
        <w:tc>
          <w:tcPr>
            <w:tcW w:w="739" w:type="dxa"/>
            <w:noWrap/>
            <w:hideMark/>
          </w:tcPr>
          <w:p w14:paraId="6BFBC8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57.9</w:t>
            </w:r>
          </w:p>
        </w:tc>
        <w:tc>
          <w:tcPr>
            <w:tcW w:w="721" w:type="dxa"/>
            <w:noWrap/>
            <w:hideMark/>
          </w:tcPr>
          <w:p w14:paraId="355569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22.9</w:t>
            </w:r>
          </w:p>
        </w:tc>
        <w:tc>
          <w:tcPr>
            <w:tcW w:w="674" w:type="dxa"/>
            <w:noWrap/>
            <w:hideMark/>
          </w:tcPr>
          <w:p w14:paraId="28C8BB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18.6</w:t>
            </w:r>
          </w:p>
        </w:tc>
        <w:tc>
          <w:tcPr>
            <w:tcW w:w="694" w:type="dxa"/>
            <w:noWrap/>
            <w:hideMark/>
          </w:tcPr>
          <w:p w14:paraId="37C2C3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5C00D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909" w:type="dxa"/>
            <w:noWrap/>
            <w:hideMark/>
          </w:tcPr>
          <w:p w14:paraId="73BF9A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56.4</w:t>
            </w:r>
          </w:p>
        </w:tc>
        <w:tc>
          <w:tcPr>
            <w:tcW w:w="751" w:type="dxa"/>
            <w:noWrap/>
            <w:hideMark/>
          </w:tcPr>
          <w:p w14:paraId="189EE6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22.9</w:t>
            </w:r>
          </w:p>
        </w:tc>
        <w:tc>
          <w:tcPr>
            <w:tcW w:w="1008" w:type="dxa"/>
            <w:noWrap/>
            <w:hideMark/>
          </w:tcPr>
          <w:p w14:paraId="22F201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927D6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86E70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FEC8B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40ADB6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34BC1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66541B4" w14:textId="77777777" w:rsidTr="006750F2">
        <w:trPr>
          <w:trHeight w:val="280"/>
        </w:trPr>
        <w:tc>
          <w:tcPr>
            <w:tcW w:w="919" w:type="dxa"/>
            <w:noWrap/>
            <w:hideMark/>
          </w:tcPr>
          <w:p w14:paraId="418C3A7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Rodentibacter</w:t>
            </w:r>
          </w:p>
        </w:tc>
        <w:tc>
          <w:tcPr>
            <w:tcW w:w="852" w:type="dxa"/>
            <w:noWrap/>
            <w:hideMark/>
          </w:tcPr>
          <w:p w14:paraId="3BAD01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71DF8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53C822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FDFB4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040B62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70.6</w:t>
            </w:r>
          </w:p>
        </w:tc>
        <w:tc>
          <w:tcPr>
            <w:tcW w:w="674" w:type="dxa"/>
            <w:noWrap/>
            <w:hideMark/>
          </w:tcPr>
          <w:p w14:paraId="43BEE0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CB767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310C4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909" w:type="dxa"/>
            <w:noWrap/>
            <w:hideMark/>
          </w:tcPr>
          <w:p w14:paraId="654CFB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51" w:type="dxa"/>
            <w:noWrap/>
            <w:hideMark/>
          </w:tcPr>
          <w:p w14:paraId="554C6B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70.6</w:t>
            </w:r>
          </w:p>
        </w:tc>
        <w:tc>
          <w:tcPr>
            <w:tcW w:w="1008" w:type="dxa"/>
            <w:noWrap/>
            <w:hideMark/>
          </w:tcPr>
          <w:p w14:paraId="6FC3EC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A5117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3FB27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52461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FAE20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62F0F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47330DF0" w14:textId="77777777" w:rsidTr="006750F2">
        <w:trPr>
          <w:trHeight w:val="280"/>
        </w:trPr>
        <w:tc>
          <w:tcPr>
            <w:tcW w:w="919" w:type="dxa"/>
            <w:noWrap/>
            <w:hideMark/>
          </w:tcPr>
          <w:p w14:paraId="25967DD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Rosenbergiella</w:t>
            </w:r>
          </w:p>
        </w:tc>
        <w:tc>
          <w:tcPr>
            <w:tcW w:w="852" w:type="dxa"/>
            <w:noWrap/>
            <w:hideMark/>
          </w:tcPr>
          <w:p w14:paraId="196781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2E562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24F3F3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39" w:type="dxa"/>
            <w:noWrap/>
            <w:hideMark/>
          </w:tcPr>
          <w:p w14:paraId="3DD319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67B97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E81CD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4A347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6F72D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39F6D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51" w:type="dxa"/>
            <w:noWrap/>
            <w:hideMark/>
          </w:tcPr>
          <w:p w14:paraId="664467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94865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96F98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940C7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52E17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43731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47C7F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FB92D9B" w14:textId="77777777" w:rsidTr="006750F2">
        <w:trPr>
          <w:trHeight w:val="280"/>
        </w:trPr>
        <w:tc>
          <w:tcPr>
            <w:tcW w:w="919" w:type="dxa"/>
            <w:noWrap/>
            <w:hideMark/>
          </w:tcPr>
          <w:p w14:paraId="0CAA86E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Rubrivivax</w:t>
            </w:r>
          </w:p>
        </w:tc>
        <w:tc>
          <w:tcPr>
            <w:tcW w:w="852" w:type="dxa"/>
            <w:noWrap/>
            <w:hideMark/>
          </w:tcPr>
          <w:p w14:paraId="050545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64DB7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768" w:type="dxa"/>
            <w:noWrap/>
            <w:hideMark/>
          </w:tcPr>
          <w:p w14:paraId="5E973D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46.3</w:t>
            </w:r>
          </w:p>
        </w:tc>
        <w:tc>
          <w:tcPr>
            <w:tcW w:w="739" w:type="dxa"/>
            <w:noWrap/>
            <w:hideMark/>
          </w:tcPr>
          <w:p w14:paraId="6B1479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59.7</w:t>
            </w:r>
          </w:p>
        </w:tc>
        <w:tc>
          <w:tcPr>
            <w:tcW w:w="721" w:type="dxa"/>
            <w:noWrap/>
            <w:hideMark/>
          </w:tcPr>
          <w:p w14:paraId="0B95E7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40.3</w:t>
            </w:r>
          </w:p>
        </w:tc>
        <w:tc>
          <w:tcPr>
            <w:tcW w:w="674" w:type="dxa"/>
            <w:noWrap/>
            <w:hideMark/>
          </w:tcPr>
          <w:p w14:paraId="10DBAC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17.9</w:t>
            </w:r>
          </w:p>
        </w:tc>
        <w:tc>
          <w:tcPr>
            <w:tcW w:w="694" w:type="dxa"/>
            <w:noWrap/>
            <w:hideMark/>
          </w:tcPr>
          <w:p w14:paraId="56734A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FF2C7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13.4</w:t>
            </w:r>
          </w:p>
        </w:tc>
        <w:tc>
          <w:tcPr>
            <w:tcW w:w="909" w:type="dxa"/>
            <w:noWrap/>
            <w:hideMark/>
          </w:tcPr>
          <w:p w14:paraId="3FD556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77.6</w:t>
            </w:r>
          </w:p>
        </w:tc>
        <w:tc>
          <w:tcPr>
            <w:tcW w:w="751" w:type="dxa"/>
            <w:noWrap/>
            <w:hideMark/>
          </w:tcPr>
          <w:p w14:paraId="7655F2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40.3</w:t>
            </w:r>
          </w:p>
        </w:tc>
        <w:tc>
          <w:tcPr>
            <w:tcW w:w="1008" w:type="dxa"/>
            <w:noWrap/>
            <w:hideMark/>
          </w:tcPr>
          <w:p w14:paraId="5A4304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7FEBA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2490D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78CF9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649D3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951BC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FA39273" w14:textId="77777777" w:rsidTr="006750F2">
        <w:trPr>
          <w:trHeight w:val="280"/>
        </w:trPr>
        <w:tc>
          <w:tcPr>
            <w:tcW w:w="919" w:type="dxa"/>
            <w:noWrap/>
            <w:hideMark/>
          </w:tcPr>
          <w:p w14:paraId="4E17422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Rudaea</w:t>
            </w:r>
          </w:p>
        </w:tc>
        <w:tc>
          <w:tcPr>
            <w:tcW w:w="852" w:type="dxa"/>
            <w:noWrap/>
            <w:hideMark/>
          </w:tcPr>
          <w:p w14:paraId="6D5126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D46E0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031E39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39" w:type="dxa"/>
            <w:noWrap/>
            <w:hideMark/>
          </w:tcPr>
          <w:p w14:paraId="397EAE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21" w:type="dxa"/>
            <w:noWrap/>
            <w:hideMark/>
          </w:tcPr>
          <w:p w14:paraId="4C044E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674" w:type="dxa"/>
            <w:noWrap/>
            <w:hideMark/>
          </w:tcPr>
          <w:p w14:paraId="5C4F1F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27871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1A078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443A5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51" w:type="dxa"/>
            <w:noWrap/>
            <w:hideMark/>
          </w:tcPr>
          <w:p w14:paraId="723A83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1008" w:type="dxa"/>
            <w:noWrap/>
            <w:hideMark/>
          </w:tcPr>
          <w:p w14:paraId="49C459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CB61A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11A61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2C2680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5C164A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E2369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C9E0E14" w14:textId="77777777" w:rsidTr="006750F2">
        <w:trPr>
          <w:trHeight w:val="280"/>
        </w:trPr>
        <w:tc>
          <w:tcPr>
            <w:tcW w:w="919" w:type="dxa"/>
            <w:noWrap/>
            <w:hideMark/>
          </w:tcPr>
          <w:p w14:paraId="1136081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Ruthia</w:t>
            </w:r>
          </w:p>
        </w:tc>
        <w:tc>
          <w:tcPr>
            <w:tcW w:w="852" w:type="dxa"/>
            <w:noWrap/>
            <w:hideMark/>
          </w:tcPr>
          <w:p w14:paraId="60E12A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92F24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608EEA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39" w:type="dxa"/>
            <w:noWrap/>
            <w:hideMark/>
          </w:tcPr>
          <w:p w14:paraId="65B486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58.3</w:t>
            </w:r>
          </w:p>
        </w:tc>
        <w:tc>
          <w:tcPr>
            <w:tcW w:w="721" w:type="dxa"/>
            <w:noWrap/>
            <w:hideMark/>
          </w:tcPr>
          <w:p w14:paraId="59A531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16ECE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2E86D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9BE1A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D02C7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51" w:type="dxa"/>
            <w:noWrap/>
            <w:hideMark/>
          </w:tcPr>
          <w:p w14:paraId="6EAE27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A367A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6F399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A55EB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D3643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5CCB7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9AE3E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1A011F3" w14:textId="77777777" w:rsidTr="006750F2">
        <w:trPr>
          <w:trHeight w:val="280"/>
        </w:trPr>
        <w:tc>
          <w:tcPr>
            <w:tcW w:w="919" w:type="dxa"/>
            <w:noWrap/>
            <w:hideMark/>
          </w:tcPr>
          <w:p w14:paraId="668EE25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SCMT01</w:t>
            </w:r>
          </w:p>
        </w:tc>
        <w:tc>
          <w:tcPr>
            <w:tcW w:w="852" w:type="dxa"/>
            <w:noWrap/>
            <w:hideMark/>
          </w:tcPr>
          <w:p w14:paraId="128F06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3F7E6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2858BC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F4A5C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721" w:type="dxa"/>
            <w:noWrap/>
            <w:hideMark/>
          </w:tcPr>
          <w:p w14:paraId="12B8B6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54.5</w:t>
            </w:r>
          </w:p>
        </w:tc>
        <w:tc>
          <w:tcPr>
            <w:tcW w:w="674" w:type="dxa"/>
            <w:noWrap/>
            <w:hideMark/>
          </w:tcPr>
          <w:p w14:paraId="534DB7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78A4A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F6052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D5454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728E2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54.5</w:t>
            </w:r>
          </w:p>
        </w:tc>
        <w:tc>
          <w:tcPr>
            <w:tcW w:w="1008" w:type="dxa"/>
            <w:noWrap/>
            <w:hideMark/>
          </w:tcPr>
          <w:p w14:paraId="569433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0E846D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9780F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5DF5B0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57782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4DC47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261E69C" w14:textId="77777777" w:rsidTr="006750F2">
        <w:trPr>
          <w:trHeight w:val="280"/>
        </w:trPr>
        <w:tc>
          <w:tcPr>
            <w:tcW w:w="919" w:type="dxa"/>
            <w:noWrap/>
            <w:hideMark/>
          </w:tcPr>
          <w:p w14:paraId="04DD73E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SYFN01</w:t>
            </w:r>
          </w:p>
        </w:tc>
        <w:tc>
          <w:tcPr>
            <w:tcW w:w="852" w:type="dxa"/>
            <w:noWrap/>
            <w:hideMark/>
          </w:tcPr>
          <w:p w14:paraId="3EB3B8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FC4D1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0CA178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23.8</w:t>
            </w:r>
          </w:p>
        </w:tc>
        <w:tc>
          <w:tcPr>
            <w:tcW w:w="739" w:type="dxa"/>
            <w:noWrap/>
            <w:hideMark/>
          </w:tcPr>
          <w:p w14:paraId="299FDA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9.5</w:t>
            </w:r>
          </w:p>
        </w:tc>
        <w:tc>
          <w:tcPr>
            <w:tcW w:w="721" w:type="dxa"/>
            <w:noWrap/>
            <w:hideMark/>
          </w:tcPr>
          <w:p w14:paraId="749B61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7F139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C46B5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FA12E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583C1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23.8</w:t>
            </w:r>
          </w:p>
        </w:tc>
        <w:tc>
          <w:tcPr>
            <w:tcW w:w="751" w:type="dxa"/>
            <w:noWrap/>
            <w:hideMark/>
          </w:tcPr>
          <w:p w14:paraId="5AAAA7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FF336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071BD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69010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FDCA6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EDAF5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0F998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17EB82E" w14:textId="77777777" w:rsidTr="006750F2">
        <w:trPr>
          <w:trHeight w:val="280"/>
        </w:trPr>
        <w:tc>
          <w:tcPr>
            <w:tcW w:w="919" w:type="dxa"/>
            <w:noWrap/>
            <w:hideMark/>
          </w:tcPr>
          <w:p w14:paraId="50D89B0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Salinicola</w:t>
            </w:r>
          </w:p>
        </w:tc>
        <w:tc>
          <w:tcPr>
            <w:tcW w:w="852" w:type="dxa"/>
            <w:noWrap/>
            <w:hideMark/>
          </w:tcPr>
          <w:p w14:paraId="20C049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BDA9F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5D1653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44.4</w:t>
            </w:r>
          </w:p>
        </w:tc>
        <w:tc>
          <w:tcPr>
            <w:tcW w:w="739" w:type="dxa"/>
            <w:noWrap/>
            <w:hideMark/>
          </w:tcPr>
          <w:p w14:paraId="3C7E0D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w:t>
            </w:r>
          </w:p>
        </w:tc>
        <w:tc>
          <w:tcPr>
            <w:tcW w:w="721" w:type="dxa"/>
            <w:noWrap/>
            <w:hideMark/>
          </w:tcPr>
          <w:p w14:paraId="4ADF26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DC46F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3EE08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DD587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3C00F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44.4</w:t>
            </w:r>
          </w:p>
        </w:tc>
        <w:tc>
          <w:tcPr>
            <w:tcW w:w="751" w:type="dxa"/>
            <w:noWrap/>
            <w:hideMark/>
          </w:tcPr>
          <w:p w14:paraId="7A3040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83017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811EE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2F0FE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26278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6C734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32304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D5C5CA0" w14:textId="77777777" w:rsidTr="006750F2">
        <w:trPr>
          <w:trHeight w:val="280"/>
        </w:trPr>
        <w:tc>
          <w:tcPr>
            <w:tcW w:w="919" w:type="dxa"/>
            <w:noWrap/>
            <w:hideMark/>
          </w:tcPr>
          <w:p w14:paraId="456C760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Salinisphaera</w:t>
            </w:r>
          </w:p>
        </w:tc>
        <w:tc>
          <w:tcPr>
            <w:tcW w:w="852" w:type="dxa"/>
            <w:noWrap/>
            <w:hideMark/>
          </w:tcPr>
          <w:p w14:paraId="6CF8E9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41056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21C15C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39" w:type="dxa"/>
            <w:noWrap/>
            <w:hideMark/>
          </w:tcPr>
          <w:p w14:paraId="1203B4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21" w:type="dxa"/>
            <w:noWrap/>
            <w:hideMark/>
          </w:tcPr>
          <w:p w14:paraId="3331DE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674" w:type="dxa"/>
            <w:noWrap/>
            <w:hideMark/>
          </w:tcPr>
          <w:p w14:paraId="1B1FD9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FDBB8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B4A19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4CAA9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51" w:type="dxa"/>
            <w:noWrap/>
            <w:hideMark/>
          </w:tcPr>
          <w:p w14:paraId="6DCFA9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1008" w:type="dxa"/>
            <w:noWrap/>
            <w:hideMark/>
          </w:tcPr>
          <w:p w14:paraId="52B6C6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8F6BC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C9F2D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1A13E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1F014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23D1B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924728A" w14:textId="77777777" w:rsidTr="006750F2">
        <w:trPr>
          <w:trHeight w:val="280"/>
        </w:trPr>
        <w:tc>
          <w:tcPr>
            <w:tcW w:w="919" w:type="dxa"/>
            <w:noWrap/>
            <w:hideMark/>
          </w:tcPr>
          <w:p w14:paraId="2B5A1B4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Salinivibrio</w:t>
            </w:r>
          </w:p>
        </w:tc>
        <w:tc>
          <w:tcPr>
            <w:tcW w:w="852" w:type="dxa"/>
            <w:noWrap/>
            <w:hideMark/>
          </w:tcPr>
          <w:p w14:paraId="3AD437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A6C72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2D6CF0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742AD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21" w:type="dxa"/>
            <w:noWrap/>
            <w:hideMark/>
          </w:tcPr>
          <w:p w14:paraId="640E40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1C3FF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72C49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9163C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51E5D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8E81F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C0B2B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238E25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F305A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1D1A7C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C23EE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9756E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386B4B5" w14:textId="77777777" w:rsidTr="006750F2">
        <w:trPr>
          <w:trHeight w:val="280"/>
        </w:trPr>
        <w:tc>
          <w:tcPr>
            <w:tcW w:w="919" w:type="dxa"/>
            <w:noWrap/>
            <w:hideMark/>
          </w:tcPr>
          <w:p w14:paraId="264AE3B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Salmonella</w:t>
            </w:r>
          </w:p>
        </w:tc>
        <w:tc>
          <w:tcPr>
            <w:tcW w:w="852" w:type="dxa"/>
            <w:noWrap/>
            <w:hideMark/>
          </w:tcPr>
          <w:p w14:paraId="220F87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8D5C7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768" w:type="dxa"/>
            <w:noWrap/>
            <w:hideMark/>
          </w:tcPr>
          <w:p w14:paraId="4C45F6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31F31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4EC92C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6B55C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69F86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0F57C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85.7</w:t>
            </w:r>
          </w:p>
        </w:tc>
        <w:tc>
          <w:tcPr>
            <w:tcW w:w="909" w:type="dxa"/>
            <w:noWrap/>
            <w:hideMark/>
          </w:tcPr>
          <w:p w14:paraId="14B390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85.7</w:t>
            </w:r>
          </w:p>
        </w:tc>
        <w:tc>
          <w:tcPr>
            <w:tcW w:w="751" w:type="dxa"/>
            <w:noWrap/>
            <w:hideMark/>
          </w:tcPr>
          <w:p w14:paraId="47CBD5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1D5DD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48E5C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471CD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2CDB4F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491B0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425A7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7BC314C" w14:textId="77777777" w:rsidTr="006750F2">
        <w:trPr>
          <w:trHeight w:val="280"/>
        </w:trPr>
        <w:tc>
          <w:tcPr>
            <w:tcW w:w="919" w:type="dxa"/>
            <w:noWrap/>
            <w:hideMark/>
          </w:tcPr>
          <w:p w14:paraId="61CF377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Serratia</w:t>
            </w:r>
          </w:p>
        </w:tc>
        <w:tc>
          <w:tcPr>
            <w:tcW w:w="852" w:type="dxa"/>
            <w:noWrap/>
            <w:hideMark/>
          </w:tcPr>
          <w:p w14:paraId="658F43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425B6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68" w:type="dxa"/>
            <w:noWrap/>
            <w:hideMark/>
          </w:tcPr>
          <w:p w14:paraId="75E558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15.7</w:t>
            </w:r>
          </w:p>
        </w:tc>
        <w:tc>
          <w:tcPr>
            <w:tcW w:w="739" w:type="dxa"/>
            <w:noWrap/>
            <w:hideMark/>
          </w:tcPr>
          <w:p w14:paraId="7A7BA8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96.4</w:t>
            </w:r>
          </w:p>
        </w:tc>
        <w:tc>
          <w:tcPr>
            <w:tcW w:w="721" w:type="dxa"/>
            <w:noWrap/>
            <w:hideMark/>
          </w:tcPr>
          <w:p w14:paraId="750E33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CDA5D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039A4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E71E4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9.6</w:t>
            </w:r>
          </w:p>
        </w:tc>
        <w:tc>
          <w:tcPr>
            <w:tcW w:w="909" w:type="dxa"/>
            <w:noWrap/>
            <w:hideMark/>
          </w:tcPr>
          <w:p w14:paraId="524822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25.3</w:t>
            </w:r>
          </w:p>
        </w:tc>
        <w:tc>
          <w:tcPr>
            <w:tcW w:w="751" w:type="dxa"/>
            <w:noWrap/>
            <w:hideMark/>
          </w:tcPr>
          <w:p w14:paraId="3469AB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4E2CE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C1593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2C750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33575E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9C252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EDF4D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10BDBE2" w14:textId="77777777" w:rsidTr="006750F2">
        <w:trPr>
          <w:trHeight w:val="280"/>
        </w:trPr>
        <w:tc>
          <w:tcPr>
            <w:tcW w:w="919" w:type="dxa"/>
            <w:noWrap/>
            <w:hideMark/>
          </w:tcPr>
          <w:p w14:paraId="59BBE1B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Shewanella</w:t>
            </w:r>
          </w:p>
        </w:tc>
        <w:tc>
          <w:tcPr>
            <w:tcW w:w="852" w:type="dxa"/>
            <w:noWrap/>
            <w:hideMark/>
          </w:tcPr>
          <w:p w14:paraId="17CDF5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35BA3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178</w:t>
            </w:r>
          </w:p>
        </w:tc>
        <w:tc>
          <w:tcPr>
            <w:tcW w:w="768" w:type="dxa"/>
            <w:noWrap/>
            <w:hideMark/>
          </w:tcPr>
          <w:p w14:paraId="7DA1D9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19.1</w:t>
            </w:r>
          </w:p>
        </w:tc>
        <w:tc>
          <w:tcPr>
            <w:tcW w:w="739" w:type="dxa"/>
            <w:noWrap/>
            <w:hideMark/>
          </w:tcPr>
          <w:p w14:paraId="452372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96.6</w:t>
            </w:r>
          </w:p>
        </w:tc>
        <w:tc>
          <w:tcPr>
            <w:tcW w:w="721" w:type="dxa"/>
            <w:noWrap/>
            <w:hideMark/>
          </w:tcPr>
          <w:p w14:paraId="7BF9E8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14.6</w:t>
            </w:r>
          </w:p>
        </w:tc>
        <w:tc>
          <w:tcPr>
            <w:tcW w:w="674" w:type="dxa"/>
            <w:noWrap/>
            <w:hideMark/>
          </w:tcPr>
          <w:p w14:paraId="3D5709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694" w:type="dxa"/>
            <w:noWrap/>
            <w:hideMark/>
          </w:tcPr>
          <w:p w14:paraId="4F0D79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3031C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94.4</w:t>
            </w:r>
          </w:p>
        </w:tc>
        <w:tc>
          <w:tcPr>
            <w:tcW w:w="909" w:type="dxa"/>
            <w:noWrap/>
            <w:hideMark/>
          </w:tcPr>
          <w:p w14:paraId="396FDF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116.3</w:t>
            </w:r>
          </w:p>
        </w:tc>
        <w:tc>
          <w:tcPr>
            <w:tcW w:w="751" w:type="dxa"/>
            <w:noWrap/>
            <w:hideMark/>
          </w:tcPr>
          <w:p w14:paraId="13D87C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14.6</w:t>
            </w:r>
          </w:p>
        </w:tc>
        <w:tc>
          <w:tcPr>
            <w:tcW w:w="1008" w:type="dxa"/>
            <w:noWrap/>
            <w:hideMark/>
          </w:tcPr>
          <w:p w14:paraId="733F51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F1DA4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F4533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CCF33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403E7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4CFC0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0469FE9" w14:textId="77777777" w:rsidTr="006750F2">
        <w:trPr>
          <w:trHeight w:val="280"/>
        </w:trPr>
        <w:tc>
          <w:tcPr>
            <w:tcW w:w="919" w:type="dxa"/>
            <w:noWrap/>
            <w:hideMark/>
          </w:tcPr>
          <w:p w14:paraId="2EFF31A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Sideroxyarcus</w:t>
            </w:r>
          </w:p>
        </w:tc>
        <w:tc>
          <w:tcPr>
            <w:tcW w:w="852" w:type="dxa"/>
            <w:noWrap/>
            <w:hideMark/>
          </w:tcPr>
          <w:p w14:paraId="0F2101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054B4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68" w:type="dxa"/>
            <w:noWrap/>
            <w:hideMark/>
          </w:tcPr>
          <w:p w14:paraId="4C8FEC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30.4</w:t>
            </w:r>
          </w:p>
        </w:tc>
        <w:tc>
          <w:tcPr>
            <w:tcW w:w="739" w:type="dxa"/>
            <w:noWrap/>
            <w:hideMark/>
          </w:tcPr>
          <w:p w14:paraId="487943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17.4</w:t>
            </w:r>
          </w:p>
        </w:tc>
        <w:tc>
          <w:tcPr>
            <w:tcW w:w="721" w:type="dxa"/>
            <w:noWrap/>
            <w:hideMark/>
          </w:tcPr>
          <w:p w14:paraId="6F2573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56.5</w:t>
            </w:r>
          </w:p>
        </w:tc>
        <w:tc>
          <w:tcPr>
            <w:tcW w:w="674" w:type="dxa"/>
            <w:noWrap/>
            <w:hideMark/>
          </w:tcPr>
          <w:p w14:paraId="0ABC81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87</w:t>
            </w:r>
          </w:p>
        </w:tc>
        <w:tc>
          <w:tcPr>
            <w:tcW w:w="694" w:type="dxa"/>
            <w:noWrap/>
            <w:hideMark/>
          </w:tcPr>
          <w:p w14:paraId="7CB0F3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B6AD2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C0F2A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117.4</w:t>
            </w:r>
          </w:p>
        </w:tc>
        <w:tc>
          <w:tcPr>
            <w:tcW w:w="751" w:type="dxa"/>
            <w:noWrap/>
            <w:hideMark/>
          </w:tcPr>
          <w:p w14:paraId="2CCDE7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56.5</w:t>
            </w:r>
          </w:p>
        </w:tc>
        <w:tc>
          <w:tcPr>
            <w:tcW w:w="1008" w:type="dxa"/>
            <w:noWrap/>
            <w:hideMark/>
          </w:tcPr>
          <w:p w14:paraId="722AA6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9331D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90CBE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8F94A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E99C2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BD472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38EBB4DC" w14:textId="77777777" w:rsidTr="006750F2">
        <w:trPr>
          <w:trHeight w:val="280"/>
        </w:trPr>
        <w:tc>
          <w:tcPr>
            <w:tcW w:w="919" w:type="dxa"/>
            <w:noWrap/>
            <w:hideMark/>
          </w:tcPr>
          <w:p w14:paraId="4071869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Snodgrassella</w:t>
            </w:r>
          </w:p>
        </w:tc>
        <w:tc>
          <w:tcPr>
            <w:tcW w:w="852" w:type="dxa"/>
            <w:noWrap/>
            <w:hideMark/>
          </w:tcPr>
          <w:p w14:paraId="5E44F3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63582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1DDDFE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87CB6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92.3</w:t>
            </w:r>
          </w:p>
        </w:tc>
        <w:tc>
          <w:tcPr>
            <w:tcW w:w="721" w:type="dxa"/>
            <w:noWrap/>
            <w:hideMark/>
          </w:tcPr>
          <w:p w14:paraId="13724F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37101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15373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982D3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B0586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E0664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64F0C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01A0EF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619E4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A6C51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87472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664ED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92F8227" w14:textId="77777777" w:rsidTr="006750F2">
        <w:trPr>
          <w:trHeight w:val="280"/>
        </w:trPr>
        <w:tc>
          <w:tcPr>
            <w:tcW w:w="919" w:type="dxa"/>
            <w:noWrap/>
            <w:hideMark/>
          </w:tcPr>
          <w:p w14:paraId="458629C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Solimonas</w:t>
            </w:r>
          </w:p>
        </w:tc>
        <w:tc>
          <w:tcPr>
            <w:tcW w:w="852" w:type="dxa"/>
            <w:noWrap/>
            <w:hideMark/>
          </w:tcPr>
          <w:p w14:paraId="46FD60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1608B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6FD37F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739" w:type="dxa"/>
            <w:noWrap/>
            <w:hideMark/>
          </w:tcPr>
          <w:p w14:paraId="1FE10C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7B729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674" w:type="dxa"/>
            <w:noWrap/>
            <w:hideMark/>
          </w:tcPr>
          <w:p w14:paraId="68B12B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694" w:type="dxa"/>
            <w:noWrap/>
            <w:hideMark/>
          </w:tcPr>
          <w:p w14:paraId="6FDFCC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7BF0B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735F7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90.9</w:t>
            </w:r>
          </w:p>
        </w:tc>
        <w:tc>
          <w:tcPr>
            <w:tcW w:w="751" w:type="dxa"/>
            <w:noWrap/>
            <w:hideMark/>
          </w:tcPr>
          <w:p w14:paraId="6C5812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1008" w:type="dxa"/>
            <w:noWrap/>
            <w:hideMark/>
          </w:tcPr>
          <w:p w14:paraId="09BD1A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6AC24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4FDB5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142106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20A85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8A5BC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080AEAC" w14:textId="77777777" w:rsidTr="006750F2">
        <w:trPr>
          <w:trHeight w:val="280"/>
        </w:trPr>
        <w:tc>
          <w:tcPr>
            <w:tcW w:w="919" w:type="dxa"/>
            <w:noWrap/>
            <w:hideMark/>
          </w:tcPr>
          <w:p w14:paraId="7EA0DA5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Spiribacter</w:t>
            </w:r>
          </w:p>
        </w:tc>
        <w:tc>
          <w:tcPr>
            <w:tcW w:w="852" w:type="dxa"/>
            <w:noWrap/>
            <w:hideMark/>
          </w:tcPr>
          <w:p w14:paraId="7BE478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6FFB6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1B0537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232F2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13.3</w:t>
            </w:r>
          </w:p>
        </w:tc>
        <w:tc>
          <w:tcPr>
            <w:tcW w:w="721" w:type="dxa"/>
            <w:noWrap/>
            <w:hideMark/>
          </w:tcPr>
          <w:p w14:paraId="679D47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7C28E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DF21A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BFECC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8FC5B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44D68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8BA5D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009D5B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FC97B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F8857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C90C3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8AE44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F6D8C48" w14:textId="77777777" w:rsidTr="006750F2">
        <w:trPr>
          <w:trHeight w:val="280"/>
        </w:trPr>
        <w:tc>
          <w:tcPr>
            <w:tcW w:w="919" w:type="dxa"/>
            <w:noWrap/>
            <w:hideMark/>
          </w:tcPr>
          <w:p w14:paraId="23B9D9F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Stenotrophomonas</w:t>
            </w:r>
          </w:p>
        </w:tc>
        <w:tc>
          <w:tcPr>
            <w:tcW w:w="852" w:type="dxa"/>
            <w:noWrap/>
            <w:hideMark/>
          </w:tcPr>
          <w:p w14:paraId="2BECD9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8605F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108</w:t>
            </w:r>
          </w:p>
        </w:tc>
        <w:tc>
          <w:tcPr>
            <w:tcW w:w="768" w:type="dxa"/>
            <w:noWrap/>
            <w:hideMark/>
          </w:tcPr>
          <w:p w14:paraId="64439D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0.9</w:t>
            </w:r>
          </w:p>
        </w:tc>
        <w:tc>
          <w:tcPr>
            <w:tcW w:w="739" w:type="dxa"/>
            <w:noWrap/>
            <w:hideMark/>
          </w:tcPr>
          <w:p w14:paraId="10F0E6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42.6</w:t>
            </w:r>
          </w:p>
        </w:tc>
        <w:tc>
          <w:tcPr>
            <w:tcW w:w="721" w:type="dxa"/>
            <w:noWrap/>
            <w:hideMark/>
          </w:tcPr>
          <w:p w14:paraId="04C922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674" w:type="dxa"/>
            <w:noWrap/>
            <w:hideMark/>
          </w:tcPr>
          <w:p w14:paraId="33342D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3D278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C6392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30066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0.9</w:t>
            </w:r>
          </w:p>
        </w:tc>
        <w:tc>
          <w:tcPr>
            <w:tcW w:w="751" w:type="dxa"/>
            <w:noWrap/>
            <w:hideMark/>
          </w:tcPr>
          <w:p w14:paraId="016905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1008" w:type="dxa"/>
            <w:noWrap/>
            <w:hideMark/>
          </w:tcPr>
          <w:p w14:paraId="34FB76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E0803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46C40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47F5F8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42546F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C36DA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0B140F7" w14:textId="77777777" w:rsidTr="006750F2">
        <w:trPr>
          <w:trHeight w:val="280"/>
        </w:trPr>
        <w:tc>
          <w:tcPr>
            <w:tcW w:w="919" w:type="dxa"/>
            <w:noWrap/>
            <w:hideMark/>
          </w:tcPr>
          <w:p w14:paraId="48AB786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Stutzerimonas</w:t>
            </w:r>
          </w:p>
        </w:tc>
        <w:tc>
          <w:tcPr>
            <w:tcW w:w="852" w:type="dxa"/>
            <w:noWrap/>
            <w:hideMark/>
          </w:tcPr>
          <w:p w14:paraId="7537D8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A7488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w:t>
            </w:r>
          </w:p>
        </w:tc>
        <w:tc>
          <w:tcPr>
            <w:tcW w:w="768" w:type="dxa"/>
            <w:noWrap/>
            <w:hideMark/>
          </w:tcPr>
          <w:p w14:paraId="63974F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31.9</w:t>
            </w:r>
          </w:p>
        </w:tc>
        <w:tc>
          <w:tcPr>
            <w:tcW w:w="739" w:type="dxa"/>
            <w:noWrap/>
            <w:hideMark/>
          </w:tcPr>
          <w:p w14:paraId="3EC26E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90.3</w:t>
            </w:r>
          </w:p>
        </w:tc>
        <w:tc>
          <w:tcPr>
            <w:tcW w:w="721" w:type="dxa"/>
            <w:noWrap/>
            <w:hideMark/>
          </w:tcPr>
          <w:p w14:paraId="441D32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90.3</w:t>
            </w:r>
          </w:p>
        </w:tc>
        <w:tc>
          <w:tcPr>
            <w:tcW w:w="674" w:type="dxa"/>
            <w:noWrap/>
            <w:hideMark/>
          </w:tcPr>
          <w:p w14:paraId="2F2352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9.7</w:t>
            </w:r>
          </w:p>
        </w:tc>
        <w:tc>
          <w:tcPr>
            <w:tcW w:w="694" w:type="dxa"/>
            <w:noWrap/>
            <w:hideMark/>
          </w:tcPr>
          <w:p w14:paraId="791E75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08699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6BED3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751" w:type="dxa"/>
            <w:noWrap/>
            <w:hideMark/>
          </w:tcPr>
          <w:p w14:paraId="41B759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90.3</w:t>
            </w:r>
          </w:p>
        </w:tc>
        <w:tc>
          <w:tcPr>
            <w:tcW w:w="1008" w:type="dxa"/>
            <w:noWrap/>
            <w:hideMark/>
          </w:tcPr>
          <w:p w14:paraId="31FE11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B0476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538FA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25FD08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773A93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D43E4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075BF514" w14:textId="77777777" w:rsidTr="006750F2">
        <w:trPr>
          <w:trHeight w:val="280"/>
        </w:trPr>
        <w:tc>
          <w:tcPr>
            <w:tcW w:w="919" w:type="dxa"/>
            <w:noWrap/>
            <w:hideMark/>
          </w:tcPr>
          <w:p w14:paraId="3B1635C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Succinivibrio</w:t>
            </w:r>
          </w:p>
        </w:tc>
        <w:tc>
          <w:tcPr>
            <w:tcW w:w="852" w:type="dxa"/>
            <w:noWrap/>
            <w:hideMark/>
          </w:tcPr>
          <w:p w14:paraId="5E19B1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ACC29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68" w:type="dxa"/>
            <w:noWrap/>
            <w:hideMark/>
          </w:tcPr>
          <w:p w14:paraId="255510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B77ED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2CEF7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90AFD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11.5</w:t>
            </w:r>
          </w:p>
        </w:tc>
        <w:tc>
          <w:tcPr>
            <w:tcW w:w="694" w:type="dxa"/>
            <w:noWrap/>
            <w:hideMark/>
          </w:tcPr>
          <w:p w14:paraId="65A7D6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2DE7D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C9272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11.5</w:t>
            </w:r>
          </w:p>
        </w:tc>
        <w:tc>
          <w:tcPr>
            <w:tcW w:w="751" w:type="dxa"/>
            <w:noWrap/>
            <w:hideMark/>
          </w:tcPr>
          <w:p w14:paraId="79404E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31B08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F2D78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E7523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EECB8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A679A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39A09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18F7752" w14:textId="77777777" w:rsidTr="006750F2">
        <w:trPr>
          <w:trHeight w:val="280"/>
        </w:trPr>
        <w:tc>
          <w:tcPr>
            <w:tcW w:w="919" w:type="dxa"/>
            <w:noWrap/>
            <w:hideMark/>
          </w:tcPr>
          <w:p w14:paraId="6DD5B07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Sulfuricystis</w:t>
            </w:r>
          </w:p>
        </w:tc>
        <w:tc>
          <w:tcPr>
            <w:tcW w:w="852" w:type="dxa"/>
            <w:noWrap/>
            <w:hideMark/>
          </w:tcPr>
          <w:p w14:paraId="39DED7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4F9C0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6C4825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39" w:type="dxa"/>
            <w:noWrap/>
            <w:hideMark/>
          </w:tcPr>
          <w:p w14:paraId="26C54E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91.7</w:t>
            </w:r>
          </w:p>
        </w:tc>
        <w:tc>
          <w:tcPr>
            <w:tcW w:w="721" w:type="dxa"/>
            <w:noWrap/>
            <w:hideMark/>
          </w:tcPr>
          <w:p w14:paraId="7A5C04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58.3</w:t>
            </w:r>
          </w:p>
        </w:tc>
        <w:tc>
          <w:tcPr>
            <w:tcW w:w="674" w:type="dxa"/>
            <w:noWrap/>
            <w:hideMark/>
          </w:tcPr>
          <w:p w14:paraId="37257D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694" w:type="dxa"/>
            <w:noWrap/>
            <w:hideMark/>
          </w:tcPr>
          <w:p w14:paraId="3450C5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9A570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909" w:type="dxa"/>
            <w:noWrap/>
            <w:hideMark/>
          </w:tcPr>
          <w:p w14:paraId="7AD2F4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150</w:t>
            </w:r>
          </w:p>
        </w:tc>
        <w:tc>
          <w:tcPr>
            <w:tcW w:w="751" w:type="dxa"/>
            <w:noWrap/>
            <w:hideMark/>
          </w:tcPr>
          <w:p w14:paraId="0A0420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58.3</w:t>
            </w:r>
          </w:p>
        </w:tc>
        <w:tc>
          <w:tcPr>
            <w:tcW w:w="1008" w:type="dxa"/>
            <w:noWrap/>
            <w:hideMark/>
          </w:tcPr>
          <w:p w14:paraId="5B4C66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D169F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7ECB5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EF1A1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6D547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F1AC8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73CDDB94" w14:textId="77777777" w:rsidTr="006750F2">
        <w:trPr>
          <w:trHeight w:val="280"/>
        </w:trPr>
        <w:tc>
          <w:tcPr>
            <w:tcW w:w="919" w:type="dxa"/>
            <w:noWrap/>
            <w:hideMark/>
          </w:tcPr>
          <w:p w14:paraId="67E14C6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Sulfuritalea</w:t>
            </w:r>
          </w:p>
        </w:tc>
        <w:tc>
          <w:tcPr>
            <w:tcW w:w="852" w:type="dxa"/>
            <w:noWrap/>
            <w:hideMark/>
          </w:tcPr>
          <w:p w14:paraId="493D97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AED32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58C4BB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739" w:type="dxa"/>
            <w:noWrap/>
            <w:hideMark/>
          </w:tcPr>
          <w:p w14:paraId="0E58E8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95.5</w:t>
            </w:r>
          </w:p>
        </w:tc>
        <w:tc>
          <w:tcPr>
            <w:tcW w:w="721" w:type="dxa"/>
            <w:noWrap/>
            <w:hideMark/>
          </w:tcPr>
          <w:p w14:paraId="03DB49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674" w:type="dxa"/>
            <w:noWrap/>
            <w:hideMark/>
          </w:tcPr>
          <w:p w14:paraId="0EAAB0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694" w:type="dxa"/>
            <w:noWrap/>
            <w:hideMark/>
          </w:tcPr>
          <w:p w14:paraId="453F7B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F69FE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06109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751" w:type="dxa"/>
            <w:noWrap/>
            <w:hideMark/>
          </w:tcPr>
          <w:p w14:paraId="75C071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1008" w:type="dxa"/>
            <w:noWrap/>
            <w:hideMark/>
          </w:tcPr>
          <w:p w14:paraId="72CA73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BBEBB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F1B37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22CBF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9AB48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AF994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40A940E" w14:textId="77777777" w:rsidTr="006750F2">
        <w:trPr>
          <w:trHeight w:val="280"/>
        </w:trPr>
        <w:tc>
          <w:tcPr>
            <w:tcW w:w="919" w:type="dxa"/>
            <w:noWrap/>
            <w:hideMark/>
          </w:tcPr>
          <w:p w14:paraId="3B6DA09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Sutterella</w:t>
            </w:r>
          </w:p>
        </w:tc>
        <w:tc>
          <w:tcPr>
            <w:tcW w:w="852" w:type="dxa"/>
            <w:noWrap/>
            <w:hideMark/>
          </w:tcPr>
          <w:p w14:paraId="77B5D8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64A3F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768" w:type="dxa"/>
            <w:noWrap/>
            <w:hideMark/>
          </w:tcPr>
          <w:p w14:paraId="3960EF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6DA44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89.7</w:t>
            </w:r>
          </w:p>
        </w:tc>
        <w:tc>
          <w:tcPr>
            <w:tcW w:w="721" w:type="dxa"/>
            <w:noWrap/>
            <w:hideMark/>
          </w:tcPr>
          <w:p w14:paraId="0E71CC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ECC22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13.8</w:t>
            </w:r>
          </w:p>
        </w:tc>
        <w:tc>
          <w:tcPr>
            <w:tcW w:w="694" w:type="dxa"/>
            <w:noWrap/>
            <w:hideMark/>
          </w:tcPr>
          <w:p w14:paraId="384DE2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EFC2C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96.6</w:t>
            </w:r>
          </w:p>
        </w:tc>
        <w:tc>
          <w:tcPr>
            <w:tcW w:w="909" w:type="dxa"/>
            <w:noWrap/>
            <w:hideMark/>
          </w:tcPr>
          <w:p w14:paraId="4B50A1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110.3</w:t>
            </w:r>
          </w:p>
        </w:tc>
        <w:tc>
          <w:tcPr>
            <w:tcW w:w="751" w:type="dxa"/>
            <w:noWrap/>
            <w:hideMark/>
          </w:tcPr>
          <w:p w14:paraId="6F5FC9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8B1B3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441CD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B62CD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86120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135F6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E38CC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074EB8B" w14:textId="77777777" w:rsidTr="006750F2">
        <w:trPr>
          <w:trHeight w:val="280"/>
        </w:trPr>
        <w:tc>
          <w:tcPr>
            <w:tcW w:w="919" w:type="dxa"/>
            <w:noWrap/>
            <w:hideMark/>
          </w:tcPr>
          <w:p w14:paraId="04DECE9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Tatlockia</w:t>
            </w:r>
          </w:p>
        </w:tc>
        <w:tc>
          <w:tcPr>
            <w:tcW w:w="852" w:type="dxa"/>
            <w:noWrap/>
            <w:hideMark/>
          </w:tcPr>
          <w:p w14:paraId="72A8CA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07CDB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w:t>
            </w:r>
          </w:p>
        </w:tc>
        <w:tc>
          <w:tcPr>
            <w:tcW w:w="768" w:type="dxa"/>
            <w:noWrap/>
            <w:hideMark/>
          </w:tcPr>
          <w:p w14:paraId="60F9F6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06DB9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C785A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03DF6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4257C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D311C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02094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CF67F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77AF3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2E476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1AA3B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0ABD01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FE1DA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695EB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336AD35" w14:textId="77777777" w:rsidTr="006750F2">
        <w:trPr>
          <w:trHeight w:val="280"/>
        </w:trPr>
        <w:tc>
          <w:tcPr>
            <w:tcW w:w="919" w:type="dxa"/>
            <w:noWrap/>
            <w:hideMark/>
          </w:tcPr>
          <w:p w14:paraId="407D098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Telluria</w:t>
            </w:r>
          </w:p>
        </w:tc>
        <w:tc>
          <w:tcPr>
            <w:tcW w:w="852" w:type="dxa"/>
            <w:noWrap/>
            <w:hideMark/>
          </w:tcPr>
          <w:p w14:paraId="17E2D4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3FF6A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85</w:t>
            </w:r>
          </w:p>
        </w:tc>
        <w:tc>
          <w:tcPr>
            <w:tcW w:w="768" w:type="dxa"/>
            <w:noWrap/>
            <w:hideMark/>
          </w:tcPr>
          <w:p w14:paraId="28B7B3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30.6</w:t>
            </w:r>
          </w:p>
        </w:tc>
        <w:tc>
          <w:tcPr>
            <w:tcW w:w="739" w:type="dxa"/>
            <w:noWrap/>
            <w:hideMark/>
          </w:tcPr>
          <w:p w14:paraId="2A7EE4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21" w:type="dxa"/>
            <w:noWrap/>
            <w:hideMark/>
          </w:tcPr>
          <w:p w14:paraId="610401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25.9</w:t>
            </w:r>
          </w:p>
        </w:tc>
        <w:tc>
          <w:tcPr>
            <w:tcW w:w="674" w:type="dxa"/>
            <w:noWrap/>
            <w:hideMark/>
          </w:tcPr>
          <w:p w14:paraId="71B157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B7CAC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8F5C7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7ED2E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30.6</w:t>
            </w:r>
          </w:p>
        </w:tc>
        <w:tc>
          <w:tcPr>
            <w:tcW w:w="751" w:type="dxa"/>
            <w:noWrap/>
            <w:hideMark/>
          </w:tcPr>
          <w:p w14:paraId="710D3D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25.9</w:t>
            </w:r>
          </w:p>
        </w:tc>
        <w:tc>
          <w:tcPr>
            <w:tcW w:w="1008" w:type="dxa"/>
            <w:noWrap/>
            <w:hideMark/>
          </w:tcPr>
          <w:p w14:paraId="24061C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990A2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CC2E2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B885E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798B70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56BCA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A34E354" w14:textId="77777777" w:rsidTr="006750F2">
        <w:trPr>
          <w:trHeight w:val="280"/>
        </w:trPr>
        <w:tc>
          <w:tcPr>
            <w:tcW w:w="919" w:type="dxa"/>
            <w:noWrap/>
            <w:hideMark/>
          </w:tcPr>
          <w:p w14:paraId="239F93E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Tepidimonas</w:t>
            </w:r>
          </w:p>
        </w:tc>
        <w:tc>
          <w:tcPr>
            <w:tcW w:w="852" w:type="dxa"/>
            <w:noWrap/>
            <w:hideMark/>
          </w:tcPr>
          <w:p w14:paraId="3BFA1A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4D0C3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57E284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61.5</w:t>
            </w:r>
          </w:p>
        </w:tc>
        <w:tc>
          <w:tcPr>
            <w:tcW w:w="739" w:type="dxa"/>
            <w:noWrap/>
            <w:hideMark/>
          </w:tcPr>
          <w:p w14:paraId="27F936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46.2</w:t>
            </w:r>
          </w:p>
        </w:tc>
        <w:tc>
          <w:tcPr>
            <w:tcW w:w="721" w:type="dxa"/>
            <w:noWrap/>
            <w:hideMark/>
          </w:tcPr>
          <w:p w14:paraId="1EB00B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674" w:type="dxa"/>
            <w:noWrap/>
            <w:hideMark/>
          </w:tcPr>
          <w:p w14:paraId="62B36D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87223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DDB53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2132D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61.5</w:t>
            </w:r>
          </w:p>
        </w:tc>
        <w:tc>
          <w:tcPr>
            <w:tcW w:w="751" w:type="dxa"/>
            <w:noWrap/>
            <w:hideMark/>
          </w:tcPr>
          <w:p w14:paraId="04CD47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1008" w:type="dxa"/>
            <w:noWrap/>
            <w:hideMark/>
          </w:tcPr>
          <w:p w14:paraId="523CF6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7B766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1E03A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323362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84A5D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7F482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A858CAF" w14:textId="77777777" w:rsidTr="006750F2">
        <w:trPr>
          <w:trHeight w:val="280"/>
        </w:trPr>
        <w:tc>
          <w:tcPr>
            <w:tcW w:w="919" w:type="dxa"/>
            <w:noWrap/>
            <w:hideMark/>
          </w:tcPr>
          <w:p w14:paraId="3A01FBD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Thalassotalea</w:t>
            </w:r>
          </w:p>
        </w:tc>
        <w:tc>
          <w:tcPr>
            <w:tcW w:w="852" w:type="dxa"/>
            <w:noWrap/>
            <w:hideMark/>
          </w:tcPr>
          <w:p w14:paraId="79261C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61D4E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768" w:type="dxa"/>
            <w:noWrap/>
            <w:hideMark/>
          </w:tcPr>
          <w:p w14:paraId="6D585F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24.2</w:t>
            </w:r>
          </w:p>
        </w:tc>
        <w:tc>
          <w:tcPr>
            <w:tcW w:w="739" w:type="dxa"/>
            <w:noWrap/>
            <w:hideMark/>
          </w:tcPr>
          <w:p w14:paraId="726338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97</w:t>
            </w:r>
          </w:p>
        </w:tc>
        <w:tc>
          <w:tcPr>
            <w:tcW w:w="721" w:type="dxa"/>
            <w:noWrap/>
            <w:hideMark/>
          </w:tcPr>
          <w:p w14:paraId="637A25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27.3</w:t>
            </w:r>
          </w:p>
        </w:tc>
        <w:tc>
          <w:tcPr>
            <w:tcW w:w="674" w:type="dxa"/>
            <w:noWrap/>
            <w:hideMark/>
          </w:tcPr>
          <w:p w14:paraId="6002DA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88607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8D1AB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15.2</w:t>
            </w:r>
          </w:p>
        </w:tc>
        <w:tc>
          <w:tcPr>
            <w:tcW w:w="909" w:type="dxa"/>
            <w:noWrap/>
            <w:hideMark/>
          </w:tcPr>
          <w:p w14:paraId="1EAFE1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39.4</w:t>
            </w:r>
          </w:p>
        </w:tc>
        <w:tc>
          <w:tcPr>
            <w:tcW w:w="751" w:type="dxa"/>
            <w:noWrap/>
            <w:hideMark/>
          </w:tcPr>
          <w:p w14:paraId="5C5D31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27.3</w:t>
            </w:r>
          </w:p>
        </w:tc>
        <w:tc>
          <w:tcPr>
            <w:tcW w:w="1008" w:type="dxa"/>
            <w:noWrap/>
            <w:hideMark/>
          </w:tcPr>
          <w:p w14:paraId="7E4EDA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231A8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62051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0DA20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B0E58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05651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8204CF8" w14:textId="77777777" w:rsidTr="006750F2">
        <w:trPr>
          <w:trHeight w:val="280"/>
        </w:trPr>
        <w:tc>
          <w:tcPr>
            <w:tcW w:w="919" w:type="dxa"/>
            <w:noWrap/>
            <w:hideMark/>
          </w:tcPr>
          <w:p w14:paraId="50730C8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Thauera</w:t>
            </w:r>
          </w:p>
        </w:tc>
        <w:tc>
          <w:tcPr>
            <w:tcW w:w="852" w:type="dxa"/>
            <w:noWrap/>
            <w:hideMark/>
          </w:tcPr>
          <w:p w14:paraId="68B5B4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DE8B0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68" w:type="dxa"/>
            <w:noWrap/>
            <w:hideMark/>
          </w:tcPr>
          <w:p w14:paraId="02CA97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w:t>
            </w:r>
          </w:p>
        </w:tc>
        <w:tc>
          <w:tcPr>
            <w:tcW w:w="739" w:type="dxa"/>
            <w:noWrap/>
            <w:hideMark/>
          </w:tcPr>
          <w:p w14:paraId="3124AC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96</w:t>
            </w:r>
          </w:p>
        </w:tc>
        <w:tc>
          <w:tcPr>
            <w:tcW w:w="721" w:type="dxa"/>
            <w:noWrap/>
            <w:hideMark/>
          </w:tcPr>
          <w:p w14:paraId="67051C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74" w:type="dxa"/>
            <w:noWrap/>
            <w:hideMark/>
          </w:tcPr>
          <w:p w14:paraId="4A2C9C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C83C2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5C8F1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8F40E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w:t>
            </w:r>
          </w:p>
        </w:tc>
        <w:tc>
          <w:tcPr>
            <w:tcW w:w="751" w:type="dxa"/>
            <w:noWrap/>
            <w:hideMark/>
          </w:tcPr>
          <w:p w14:paraId="65E1A0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1008" w:type="dxa"/>
            <w:noWrap/>
            <w:hideMark/>
          </w:tcPr>
          <w:p w14:paraId="1BE9B8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052B9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09B9F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5D5349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F2823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1E84E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56E3D26A" w14:textId="77777777" w:rsidTr="006750F2">
        <w:trPr>
          <w:trHeight w:val="280"/>
        </w:trPr>
        <w:tc>
          <w:tcPr>
            <w:tcW w:w="919" w:type="dxa"/>
            <w:noWrap/>
            <w:hideMark/>
          </w:tcPr>
          <w:p w14:paraId="3A35B06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Thermomonas</w:t>
            </w:r>
          </w:p>
        </w:tc>
        <w:tc>
          <w:tcPr>
            <w:tcW w:w="852" w:type="dxa"/>
            <w:noWrap/>
            <w:hideMark/>
          </w:tcPr>
          <w:p w14:paraId="38BDC9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3D692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w:t>
            </w:r>
          </w:p>
        </w:tc>
        <w:tc>
          <w:tcPr>
            <w:tcW w:w="768" w:type="dxa"/>
            <w:noWrap/>
            <w:hideMark/>
          </w:tcPr>
          <w:p w14:paraId="39BDFF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90E1E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77.8</w:t>
            </w:r>
          </w:p>
        </w:tc>
        <w:tc>
          <w:tcPr>
            <w:tcW w:w="721" w:type="dxa"/>
            <w:noWrap/>
            <w:hideMark/>
          </w:tcPr>
          <w:p w14:paraId="3DC808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85.2</w:t>
            </w:r>
          </w:p>
        </w:tc>
        <w:tc>
          <w:tcPr>
            <w:tcW w:w="674" w:type="dxa"/>
            <w:noWrap/>
            <w:hideMark/>
          </w:tcPr>
          <w:p w14:paraId="3E01F8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CA9A8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3A27D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BAC0D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27D1E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85.2</w:t>
            </w:r>
          </w:p>
        </w:tc>
        <w:tc>
          <w:tcPr>
            <w:tcW w:w="1008" w:type="dxa"/>
            <w:noWrap/>
            <w:hideMark/>
          </w:tcPr>
          <w:p w14:paraId="34F809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2A947F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DFCAF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1E178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1DF6D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3797E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462AD68A" w14:textId="77777777" w:rsidTr="006750F2">
        <w:trPr>
          <w:trHeight w:val="280"/>
        </w:trPr>
        <w:tc>
          <w:tcPr>
            <w:tcW w:w="919" w:type="dxa"/>
            <w:noWrap/>
            <w:hideMark/>
          </w:tcPr>
          <w:p w14:paraId="7D0C157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Thioalkalivibrio</w:t>
            </w:r>
          </w:p>
        </w:tc>
        <w:tc>
          <w:tcPr>
            <w:tcW w:w="852" w:type="dxa"/>
            <w:noWrap/>
            <w:hideMark/>
          </w:tcPr>
          <w:p w14:paraId="53A0FB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1EBCB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768" w:type="dxa"/>
            <w:noWrap/>
            <w:hideMark/>
          </w:tcPr>
          <w:p w14:paraId="2DF12C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17.9</w:t>
            </w:r>
          </w:p>
        </w:tc>
        <w:tc>
          <w:tcPr>
            <w:tcW w:w="739" w:type="dxa"/>
            <w:noWrap/>
            <w:hideMark/>
          </w:tcPr>
          <w:p w14:paraId="183D3C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21" w:type="dxa"/>
            <w:noWrap/>
            <w:hideMark/>
          </w:tcPr>
          <w:p w14:paraId="0055FC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35.7</w:t>
            </w:r>
          </w:p>
        </w:tc>
        <w:tc>
          <w:tcPr>
            <w:tcW w:w="674" w:type="dxa"/>
            <w:noWrap/>
            <w:hideMark/>
          </w:tcPr>
          <w:p w14:paraId="7DC496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9C09C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D343B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21.4</w:t>
            </w:r>
          </w:p>
        </w:tc>
        <w:tc>
          <w:tcPr>
            <w:tcW w:w="909" w:type="dxa"/>
            <w:noWrap/>
            <w:hideMark/>
          </w:tcPr>
          <w:p w14:paraId="07EC85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39.3</w:t>
            </w:r>
          </w:p>
        </w:tc>
        <w:tc>
          <w:tcPr>
            <w:tcW w:w="751" w:type="dxa"/>
            <w:noWrap/>
            <w:hideMark/>
          </w:tcPr>
          <w:p w14:paraId="17C6E6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35.7</w:t>
            </w:r>
          </w:p>
        </w:tc>
        <w:tc>
          <w:tcPr>
            <w:tcW w:w="1008" w:type="dxa"/>
            <w:noWrap/>
            <w:hideMark/>
          </w:tcPr>
          <w:p w14:paraId="4486E3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5E579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F6EBD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66613A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B034A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85BD5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DDA6213" w14:textId="77777777" w:rsidTr="006750F2">
        <w:trPr>
          <w:trHeight w:val="280"/>
        </w:trPr>
        <w:tc>
          <w:tcPr>
            <w:tcW w:w="919" w:type="dxa"/>
            <w:noWrap/>
            <w:hideMark/>
          </w:tcPr>
          <w:p w14:paraId="7475461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Thiobacillus</w:t>
            </w:r>
          </w:p>
        </w:tc>
        <w:tc>
          <w:tcPr>
            <w:tcW w:w="852" w:type="dxa"/>
            <w:noWrap/>
            <w:hideMark/>
          </w:tcPr>
          <w:p w14:paraId="520FF2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8E526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w:t>
            </w:r>
          </w:p>
        </w:tc>
        <w:tc>
          <w:tcPr>
            <w:tcW w:w="768" w:type="dxa"/>
            <w:noWrap/>
            <w:hideMark/>
          </w:tcPr>
          <w:p w14:paraId="19F5C1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63.2</w:t>
            </w:r>
          </w:p>
        </w:tc>
        <w:tc>
          <w:tcPr>
            <w:tcW w:w="739" w:type="dxa"/>
            <w:noWrap/>
            <w:hideMark/>
          </w:tcPr>
          <w:p w14:paraId="041B4C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84.2</w:t>
            </w:r>
          </w:p>
        </w:tc>
        <w:tc>
          <w:tcPr>
            <w:tcW w:w="721" w:type="dxa"/>
            <w:noWrap/>
            <w:hideMark/>
          </w:tcPr>
          <w:p w14:paraId="265B1E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60.5</w:t>
            </w:r>
          </w:p>
        </w:tc>
        <w:tc>
          <w:tcPr>
            <w:tcW w:w="674" w:type="dxa"/>
            <w:noWrap/>
            <w:hideMark/>
          </w:tcPr>
          <w:p w14:paraId="10A7AD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34.2</w:t>
            </w:r>
          </w:p>
        </w:tc>
        <w:tc>
          <w:tcPr>
            <w:tcW w:w="694" w:type="dxa"/>
            <w:noWrap/>
            <w:hideMark/>
          </w:tcPr>
          <w:p w14:paraId="0BC61B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A20A9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7.9</w:t>
            </w:r>
          </w:p>
        </w:tc>
        <w:tc>
          <w:tcPr>
            <w:tcW w:w="909" w:type="dxa"/>
            <w:noWrap/>
            <w:hideMark/>
          </w:tcPr>
          <w:p w14:paraId="6217F0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105.3</w:t>
            </w:r>
          </w:p>
        </w:tc>
        <w:tc>
          <w:tcPr>
            <w:tcW w:w="751" w:type="dxa"/>
            <w:noWrap/>
            <w:hideMark/>
          </w:tcPr>
          <w:p w14:paraId="4B670A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60.5</w:t>
            </w:r>
          </w:p>
        </w:tc>
        <w:tc>
          <w:tcPr>
            <w:tcW w:w="1008" w:type="dxa"/>
            <w:noWrap/>
            <w:hideMark/>
          </w:tcPr>
          <w:p w14:paraId="4B1CFD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2481B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3554E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AA04F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31772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58C2E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3150788" w14:textId="77777777" w:rsidTr="006750F2">
        <w:trPr>
          <w:trHeight w:val="280"/>
        </w:trPr>
        <w:tc>
          <w:tcPr>
            <w:tcW w:w="919" w:type="dxa"/>
            <w:noWrap/>
            <w:hideMark/>
          </w:tcPr>
          <w:p w14:paraId="1DF152A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Thiocapsa</w:t>
            </w:r>
          </w:p>
        </w:tc>
        <w:tc>
          <w:tcPr>
            <w:tcW w:w="852" w:type="dxa"/>
            <w:noWrap/>
            <w:hideMark/>
          </w:tcPr>
          <w:p w14:paraId="4DFCFC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D6EC1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1CFEEB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39" w:type="dxa"/>
            <w:noWrap/>
            <w:hideMark/>
          </w:tcPr>
          <w:p w14:paraId="7A96DE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63.6</w:t>
            </w:r>
          </w:p>
        </w:tc>
        <w:tc>
          <w:tcPr>
            <w:tcW w:w="721" w:type="dxa"/>
            <w:noWrap/>
            <w:hideMark/>
          </w:tcPr>
          <w:p w14:paraId="08D10E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674" w:type="dxa"/>
            <w:noWrap/>
            <w:hideMark/>
          </w:tcPr>
          <w:p w14:paraId="57219D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694" w:type="dxa"/>
            <w:noWrap/>
            <w:hideMark/>
          </w:tcPr>
          <w:p w14:paraId="3F9287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372ED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909" w:type="dxa"/>
            <w:noWrap/>
            <w:hideMark/>
          </w:tcPr>
          <w:p w14:paraId="1AFE9A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109.1</w:t>
            </w:r>
          </w:p>
        </w:tc>
        <w:tc>
          <w:tcPr>
            <w:tcW w:w="751" w:type="dxa"/>
            <w:noWrap/>
            <w:hideMark/>
          </w:tcPr>
          <w:p w14:paraId="347305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1008" w:type="dxa"/>
            <w:noWrap/>
            <w:hideMark/>
          </w:tcPr>
          <w:p w14:paraId="3B992F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EC465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F7083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A63A8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C55B7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F72D2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1FEA227" w14:textId="77777777" w:rsidTr="006750F2">
        <w:trPr>
          <w:trHeight w:val="280"/>
        </w:trPr>
        <w:tc>
          <w:tcPr>
            <w:tcW w:w="919" w:type="dxa"/>
            <w:noWrap/>
            <w:hideMark/>
          </w:tcPr>
          <w:p w14:paraId="18CEBB2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Thiodiazotropha</w:t>
            </w:r>
          </w:p>
        </w:tc>
        <w:tc>
          <w:tcPr>
            <w:tcW w:w="852" w:type="dxa"/>
            <w:noWrap/>
            <w:hideMark/>
          </w:tcPr>
          <w:p w14:paraId="4DEEC3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BD67F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4EE6F4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39" w:type="dxa"/>
            <w:noWrap/>
            <w:hideMark/>
          </w:tcPr>
          <w:p w14:paraId="0D4AFE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111313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674" w:type="dxa"/>
            <w:noWrap/>
            <w:hideMark/>
          </w:tcPr>
          <w:p w14:paraId="23D37D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w:t>
            </w:r>
          </w:p>
        </w:tc>
        <w:tc>
          <w:tcPr>
            <w:tcW w:w="694" w:type="dxa"/>
            <w:noWrap/>
            <w:hideMark/>
          </w:tcPr>
          <w:p w14:paraId="0383E8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68CBF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0AD53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105</w:t>
            </w:r>
          </w:p>
        </w:tc>
        <w:tc>
          <w:tcPr>
            <w:tcW w:w="751" w:type="dxa"/>
            <w:noWrap/>
            <w:hideMark/>
          </w:tcPr>
          <w:p w14:paraId="6458F2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1008" w:type="dxa"/>
            <w:noWrap/>
            <w:hideMark/>
          </w:tcPr>
          <w:p w14:paraId="436BF4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F85C4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9C930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65430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6E0E2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C5CDF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DD59B49" w14:textId="77777777" w:rsidTr="006750F2">
        <w:trPr>
          <w:trHeight w:val="280"/>
        </w:trPr>
        <w:tc>
          <w:tcPr>
            <w:tcW w:w="919" w:type="dxa"/>
            <w:noWrap/>
            <w:hideMark/>
          </w:tcPr>
          <w:p w14:paraId="309FA0F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Thiodubiliella</w:t>
            </w:r>
          </w:p>
        </w:tc>
        <w:tc>
          <w:tcPr>
            <w:tcW w:w="852" w:type="dxa"/>
            <w:noWrap/>
            <w:hideMark/>
          </w:tcPr>
          <w:p w14:paraId="76EFD6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9F8C5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07CA40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39" w:type="dxa"/>
            <w:noWrap/>
            <w:hideMark/>
          </w:tcPr>
          <w:p w14:paraId="7518D9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721" w:type="dxa"/>
            <w:noWrap/>
            <w:hideMark/>
          </w:tcPr>
          <w:p w14:paraId="555DA2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674" w:type="dxa"/>
            <w:noWrap/>
            <w:hideMark/>
          </w:tcPr>
          <w:p w14:paraId="0431CF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60421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77D85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58597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51" w:type="dxa"/>
            <w:noWrap/>
            <w:hideMark/>
          </w:tcPr>
          <w:p w14:paraId="01037B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1008" w:type="dxa"/>
            <w:noWrap/>
            <w:hideMark/>
          </w:tcPr>
          <w:p w14:paraId="7DAC2F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19ACC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A9CB4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28C7C5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2E4AA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962C9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B6D59AF" w14:textId="77777777" w:rsidTr="006750F2">
        <w:trPr>
          <w:trHeight w:val="280"/>
        </w:trPr>
        <w:tc>
          <w:tcPr>
            <w:tcW w:w="919" w:type="dxa"/>
            <w:noWrap/>
            <w:hideMark/>
          </w:tcPr>
          <w:p w14:paraId="56B306B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Thioglobus</w:t>
            </w:r>
          </w:p>
        </w:tc>
        <w:tc>
          <w:tcPr>
            <w:tcW w:w="852" w:type="dxa"/>
            <w:noWrap/>
            <w:hideMark/>
          </w:tcPr>
          <w:p w14:paraId="2D14F0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75363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751697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44.4</w:t>
            </w:r>
          </w:p>
        </w:tc>
        <w:tc>
          <w:tcPr>
            <w:tcW w:w="739" w:type="dxa"/>
            <w:noWrap/>
            <w:hideMark/>
          </w:tcPr>
          <w:p w14:paraId="7ECE8B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38.9</w:t>
            </w:r>
          </w:p>
        </w:tc>
        <w:tc>
          <w:tcPr>
            <w:tcW w:w="721" w:type="dxa"/>
            <w:noWrap/>
            <w:hideMark/>
          </w:tcPr>
          <w:p w14:paraId="54DAEB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22.2</w:t>
            </w:r>
          </w:p>
        </w:tc>
        <w:tc>
          <w:tcPr>
            <w:tcW w:w="674" w:type="dxa"/>
            <w:noWrap/>
            <w:hideMark/>
          </w:tcPr>
          <w:p w14:paraId="6D8E1B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FC527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992DE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25E32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44.4</w:t>
            </w:r>
          </w:p>
        </w:tc>
        <w:tc>
          <w:tcPr>
            <w:tcW w:w="751" w:type="dxa"/>
            <w:noWrap/>
            <w:hideMark/>
          </w:tcPr>
          <w:p w14:paraId="12D683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22.2</w:t>
            </w:r>
          </w:p>
        </w:tc>
        <w:tc>
          <w:tcPr>
            <w:tcW w:w="1008" w:type="dxa"/>
            <w:noWrap/>
            <w:hideMark/>
          </w:tcPr>
          <w:p w14:paraId="4A8E07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5B581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F2731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DAFEC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0FFC4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F33A5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6035661" w14:textId="77777777" w:rsidTr="006750F2">
        <w:trPr>
          <w:trHeight w:val="280"/>
        </w:trPr>
        <w:tc>
          <w:tcPr>
            <w:tcW w:w="919" w:type="dxa"/>
            <w:noWrap/>
            <w:hideMark/>
          </w:tcPr>
          <w:p w14:paraId="7D1653B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Thiogranum</w:t>
            </w:r>
          </w:p>
        </w:tc>
        <w:tc>
          <w:tcPr>
            <w:tcW w:w="852" w:type="dxa"/>
            <w:noWrap/>
            <w:hideMark/>
          </w:tcPr>
          <w:p w14:paraId="5C971F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CAEA0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424D5D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39" w:type="dxa"/>
            <w:noWrap/>
            <w:hideMark/>
          </w:tcPr>
          <w:p w14:paraId="2D06D5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21" w:type="dxa"/>
            <w:noWrap/>
            <w:hideMark/>
          </w:tcPr>
          <w:p w14:paraId="7A2CF5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674" w:type="dxa"/>
            <w:noWrap/>
            <w:hideMark/>
          </w:tcPr>
          <w:p w14:paraId="29CDDE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694" w:type="dxa"/>
            <w:noWrap/>
            <w:hideMark/>
          </w:tcPr>
          <w:p w14:paraId="59E58B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61A7F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18990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110</w:t>
            </w:r>
          </w:p>
        </w:tc>
        <w:tc>
          <w:tcPr>
            <w:tcW w:w="751" w:type="dxa"/>
            <w:noWrap/>
            <w:hideMark/>
          </w:tcPr>
          <w:p w14:paraId="258AE2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1008" w:type="dxa"/>
            <w:noWrap/>
            <w:hideMark/>
          </w:tcPr>
          <w:p w14:paraId="5C1CED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CCD3E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8D6F4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795E71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7403A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5FE40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0698609B" w14:textId="77777777" w:rsidTr="006750F2">
        <w:trPr>
          <w:trHeight w:val="280"/>
        </w:trPr>
        <w:tc>
          <w:tcPr>
            <w:tcW w:w="919" w:type="dxa"/>
            <w:noWrap/>
            <w:hideMark/>
          </w:tcPr>
          <w:p w14:paraId="7915AFE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Thiohalocapsa</w:t>
            </w:r>
          </w:p>
        </w:tc>
        <w:tc>
          <w:tcPr>
            <w:tcW w:w="852" w:type="dxa"/>
            <w:noWrap/>
            <w:hideMark/>
          </w:tcPr>
          <w:p w14:paraId="500A74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C208F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483C52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D4529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21" w:type="dxa"/>
            <w:noWrap/>
            <w:hideMark/>
          </w:tcPr>
          <w:p w14:paraId="7149AB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247BC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694" w:type="dxa"/>
            <w:noWrap/>
            <w:hideMark/>
          </w:tcPr>
          <w:p w14:paraId="050651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E82FA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1E0FE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751" w:type="dxa"/>
            <w:noWrap/>
            <w:hideMark/>
          </w:tcPr>
          <w:p w14:paraId="0F8431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D74B8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1E6A4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84764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5EC0C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BA150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68BA7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297EC7E" w14:textId="77777777" w:rsidTr="006750F2">
        <w:trPr>
          <w:trHeight w:val="280"/>
        </w:trPr>
        <w:tc>
          <w:tcPr>
            <w:tcW w:w="919" w:type="dxa"/>
            <w:noWrap/>
            <w:hideMark/>
          </w:tcPr>
          <w:p w14:paraId="1EBEE13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Thiolapillus</w:t>
            </w:r>
          </w:p>
        </w:tc>
        <w:tc>
          <w:tcPr>
            <w:tcW w:w="852" w:type="dxa"/>
            <w:noWrap/>
            <w:hideMark/>
          </w:tcPr>
          <w:p w14:paraId="1BD1E8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EC5A6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5F8C6D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739" w:type="dxa"/>
            <w:noWrap/>
            <w:hideMark/>
          </w:tcPr>
          <w:p w14:paraId="294013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1A33C4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674" w:type="dxa"/>
            <w:noWrap/>
            <w:hideMark/>
          </w:tcPr>
          <w:p w14:paraId="4F13D8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77408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98945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23B06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751" w:type="dxa"/>
            <w:noWrap/>
            <w:hideMark/>
          </w:tcPr>
          <w:p w14:paraId="1D8689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1008" w:type="dxa"/>
            <w:noWrap/>
            <w:hideMark/>
          </w:tcPr>
          <w:p w14:paraId="4D63F1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E376B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F2E36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2AEC3B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3A67C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4F47E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604346B" w14:textId="77777777" w:rsidTr="006750F2">
        <w:trPr>
          <w:trHeight w:val="280"/>
        </w:trPr>
        <w:tc>
          <w:tcPr>
            <w:tcW w:w="919" w:type="dxa"/>
            <w:noWrap/>
            <w:hideMark/>
          </w:tcPr>
          <w:p w14:paraId="6958673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Thiomicrorhabdus</w:t>
            </w:r>
          </w:p>
        </w:tc>
        <w:tc>
          <w:tcPr>
            <w:tcW w:w="852" w:type="dxa"/>
            <w:noWrap/>
            <w:hideMark/>
          </w:tcPr>
          <w:p w14:paraId="7F7C10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57FCA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68" w:type="dxa"/>
            <w:noWrap/>
            <w:hideMark/>
          </w:tcPr>
          <w:p w14:paraId="22789D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w:t>
            </w:r>
          </w:p>
        </w:tc>
        <w:tc>
          <w:tcPr>
            <w:tcW w:w="739" w:type="dxa"/>
            <w:noWrap/>
            <w:hideMark/>
          </w:tcPr>
          <w:p w14:paraId="083BA2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721" w:type="dxa"/>
            <w:noWrap/>
            <w:hideMark/>
          </w:tcPr>
          <w:p w14:paraId="72E194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30F85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57430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58366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CF688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w:t>
            </w:r>
          </w:p>
        </w:tc>
        <w:tc>
          <w:tcPr>
            <w:tcW w:w="751" w:type="dxa"/>
            <w:noWrap/>
            <w:hideMark/>
          </w:tcPr>
          <w:p w14:paraId="58E096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B036F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DCC28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C3E51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DDB6F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651B4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797CF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5481706" w14:textId="77777777" w:rsidTr="006750F2">
        <w:trPr>
          <w:trHeight w:val="280"/>
        </w:trPr>
        <w:tc>
          <w:tcPr>
            <w:tcW w:w="919" w:type="dxa"/>
            <w:noWrap/>
            <w:hideMark/>
          </w:tcPr>
          <w:p w14:paraId="5A5BAEC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Thiomonas</w:t>
            </w:r>
          </w:p>
        </w:tc>
        <w:tc>
          <w:tcPr>
            <w:tcW w:w="852" w:type="dxa"/>
            <w:noWrap/>
            <w:hideMark/>
          </w:tcPr>
          <w:p w14:paraId="0A4E0F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FA3FC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768" w:type="dxa"/>
            <w:noWrap/>
            <w:hideMark/>
          </w:tcPr>
          <w:p w14:paraId="01205C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39" w:type="dxa"/>
            <w:noWrap/>
            <w:hideMark/>
          </w:tcPr>
          <w:p w14:paraId="518864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62.9</w:t>
            </w:r>
          </w:p>
        </w:tc>
        <w:tc>
          <w:tcPr>
            <w:tcW w:w="721" w:type="dxa"/>
            <w:noWrap/>
            <w:hideMark/>
          </w:tcPr>
          <w:p w14:paraId="788A14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674" w:type="dxa"/>
            <w:noWrap/>
            <w:hideMark/>
          </w:tcPr>
          <w:p w14:paraId="643654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w:t>
            </w:r>
          </w:p>
        </w:tc>
        <w:tc>
          <w:tcPr>
            <w:tcW w:w="694" w:type="dxa"/>
            <w:noWrap/>
            <w:hideMark/>
          </w:tcPr>
          <w:p w14:paraId="134546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3A614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55AD1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45.7</w:t>
            </w:r>
          </w:p>
        </w:tc>
        <w:tc>
          <w:tcPr>
            <w:tcW w:w="751" w:type="dxa"/>
            <w:noWrap/>
            <w:hideMark/>
          </w:tcPr>
          <w:p w14:paraId="38301C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1008" w:type="dxa"/>
            <w:noWrap/>
            <w:hideMark/>
          </w:tcPr>
          <w:p w14:paraId="28B443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67D4F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06CF0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5E553E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74495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D1E7A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84FEA14" w14:textId="77777777" w:rsidTr="006750F2">
        <w:trPr>
          <w:trHeight w:val="280"/>
        </w:trPr>
        <w:tc>
          <w:tcPr>
            <w:tcW w:w="919" w:type="dxa"/>
            <w:noWrap/>
            <w:hideMark/>
          </w:tcPr>
          <w:p w14:paraId="79A81CA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Thiopseudomonas</w:t>
            </w:r>
          </w:p>
        </w:tc>
        <w:tc>
          <w:tcPr>
            <w:tcW w:w="852" w:type="dxa"/>
            <w:noWrap/>
            <w:hideMark/>
          </w:tcPr>
          <w:p w14:paraId="41609D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28C8E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553F8F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263E2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21" w:type="dxa"/>
            <w:noWrap/>
            <w:hideMark/>
          </w:tcPr>
          <w:p w14:paraId="4D0464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92.9</w:t>
            </w:r>
          </w:p>
        </w:tc>
        <w:tc>
          <w:tcPr>
            <w:tcW w:w="674" w:type="dxa"/>
            <w:noWrap/>
            <w:hideMark/>
          </w:tcPr>
          <w:p w14:paraId="3C933F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7E9E3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2BB32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28A0D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521F3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92.9</w:t>
            </w:r>
          </w:p>
        </w:tc>
        <w:tc>
          <w:tcPr>
            <w:tcW w:w="1008" w:type="dxa"/>
            <w:noWrap/>
            <w:hideMark/>
          </w:tcPr>
          <w:p w14:paraId="427E8D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0C00EB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A6946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3CC6D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48326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66E16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0448219E" w14:textId="77777777" w:rsidTr="006750F2">
        <w:trPr>
          <w:trHeight w:val="280"/>
        </w:trPr>
        <w:tc>
          <w:tcPr>
            <w:tcW w:w="919" w:type="dxa"/>
            <w:noWrap/>
            <w:hideMark/>
          </w:tcPr>
          <w:p w14:paraId="4CD3CB7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Thiothrix</w:t>
            </w:r>
          </w:p>
        </w:tc>
        <w:tc>
          <w:tcPr>
            <w:tcW w:w="852" w:type="dxa"/>
            <w:noWrap/>
            <w:hideMark/>
          </w:tcPr>
          <w:p w14:paraId="7430A7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99710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037120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47.1</w:t>
            </w:r>
          </w:p>
        </w:tc>
        <w:tc>
          <w:tcPr>
            <w:tcW w:w="739" w:type="dxa"/>
            <w:noWrap/>
            <w:hideMark/>
          </w:tcPr>
          <w:p w14:paraId="260238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82.4</w:t>
            </w:r>
          </w:p>
        </w:tc>
        <w:tc>
          <w:tcPr>
            <w:tcW w:w="721" w:type="dxa"/>
            <w:noWrap/>
            <w:hideMark/>
          </w:tcPr>
          <w:p w14:paraId="3E4301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52.9</w:t>
            </w:r>
          </w:p>
        </w:tc>
        <w:tc>
          <w:tcPr>
            <w:tcW w:w="674" w:type="dxa"/>
            <w:noWrap/>
            <w:hideMark/>
          </w:tcPr>
          <w:p w14:paraId="2B9F7D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58.8</w:t>
            </w:r>
          </w:p>
        </w:tc>
        <w:tc>
          <w:tcPr>
            <w:tcW w:w="694" w:type="dxa"/>
            <w:noWrap/>
            <w:hideMark/>
          </w:tcPr>
          <w:p w14:paraId="20A24E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DB1BC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69F69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105.9</w:t>
            </w:r>
          </w:p>
        </w:tc>
        <w:tc>
          <w:tcPr>
            <w:tcW w:w="751" w:type="dxa"/>
            <w:noWrap/>
            <w:hideMark/>
          </w:tcPr>
          <w:p w14:paraId="5C9F1F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52.9</w:t>
            </w:r>
          </w:p>
        </w:tc>
        <w:tc>
          <w:tcPr>
            <w:tcW w:w="1008" w:type="dxa"/>
            <w:noWrap/>
            <w:hideMark/>
          </w:tcPr>
          <w:p w14:paraId="5F8D2B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5DBAF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7DCC1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AEC5F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290CFE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292C9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E88EF1B" w14:textId="77777777" w:rsidTr="006750F2">
        <w:trPr>
          <w:trHeight w:val="280"/>
        </w:trPr>
        <w:tc>
          <w:tcPr>
            <w:tcW w:w="919" w:type="dxa"/>
            <w:noWrap/>
            <w:hideMark/>
          </w:tcPr>
          <w:p w14:paraId="5E3E6B3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Trinickia</w:t>
            </w:r>
          </w:p>
        </w:tc>
        <w:tc>
          <w:tcPr>
            <w:tcW w:w="852" w:type="dxa"/>
            <w:noWrap/>
            <w:hideMark/>
          </w:tcPr>
          <w:p w14:paraId="1BA3D5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73042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116BD5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61.1</w:t>
            </w:r>
          </w:p>
        </w:tc>
        <w:tc>
          <w:tcPr>
            <w:tcW w:w="739" w:type="dxa"/>
            <w:noWrap/>
            <w:hideMark/>
          </w:tcPr>
          <w:p w14:paraId="70D9D2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721" w:type="dxa"/>
            <w:noWrap/>
            <w:hideMark/>
          </w:tcPr>
          <w:p w14:paraId="6F69A2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38.9</w:t>
            </w:r>
          </w:p>
        </w:tc>
        <w:tc>
          <w:tcPr>
            <w:tcW w:w="674" w:type="dxa"/>
            <w:noWrap/>
            <w:hideMark/>
          </w:tcPr>
          <w:p w14:paraId="428AA2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27.8</w:t>
            </w:r>
          </w:p>
        </w:tc>
        <w:tc>
          <w:tcPr>
            <w:tcW w:w="694" w:type="dxa"/>
            <w:noWrap/>
            <w:hideMark/>
          </w:tcPr>
          <w:p w14:paraId="5B8A9D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FC1F8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F6EE7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88.9</w:t>
            </w:r>
          </w:p>
        </w:tc>
        <w:tc>
          <w:tcPr>
            <w:tcW w:w="751" w:type="dxa"/>
            <w:noWrap/>
            <w:hideMark/>
          </w:tcPr>
          <w:p w14:paraId="5CBECE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38.9</w:t>
            </w:r>
          </w:p>
        </w:tc>
        <w:tc>
          <w:tcPr>
            <w:tcW w:w="1008" w:type="dxa"/>
            <w:noWrap/>
            <w:hideMark/>
          </w:tcPr>
          <w:p w14:paraId="1EF6A6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751CC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8131D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07230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7BE64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E1108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A44D242" w14:textId="77777777" w:rsidTr="006750F2">
        <w:trPr>
          <w:trHeight w:val="280"/>
        </w:trPr>
        <w:tc>
          <w:tcPr>
            <w:tcW w:w="919" w:type="dxa"/>
            <w:noWrap/>
            <w:hideMark/>
          </w:tcPr>
          <w:p w14:paraId="6649E4B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UBA10906</w:t>
            </w:r>
          </w:p>
        </w:tc>
        <w:tc>
          <w:tcPr>
            <w:tcW w:w="852" w:type="dxa"/>
            <w:noWrap/>
            <w:hideMark/>
          </w:tcPr>
          <w:p w14:paraId="3BD7BE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EA12C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684027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18.8</w:t>
            </w:r>
          </w:p>
        </w:tc>
        <w:tc>
          <w:tcPr>
            <w:tcW w:w="739" w:type="dxa"/>
            <w:noWrap/>
            <w:hideMark/>
          </w:tcPr>
          <w:p w14:paraId="0049D5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31.2</w:t>
            </w:r>
          </w:p>
        </w:tc>
        <w:tc>
          <w:tcPr>
            <w:tcW w:w="721" w:type="dxa"/>
            <w:noWrap/>
            <w:hideMark/>
          </w:tcPr>
          <w:p w14:paraId="2B8C53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674" w:type="dxa"/>
            <w:noWrap/>
            <w:hideMark/>
          </w:tcPr>
          <w:p w14:paraId="415A8E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694" w:type="dxa"/>
            <w:noWrap/>
            <w:hideMark/>
          </w:tcPr>
          <w:p w14:paraId="4A0D8A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4815A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16806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68.8</w:t>
            </w:r>
          </w:p>
        </w:tc>
        <w:tc>
          <w:tcPr>
            <w:tcW w:w="751" w:type="dxa"/>
            <w:noWrap/>
            <w:hideMark/>
          </w:tcPr>
          <w:p w14:paraId="3EBDFB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75</w:t>
            </w:r>
          </w:p>
        </w:tc>
        <w:tc>
          <w:tcPr>
            <w:tcW w:w="1008" w:type="dxa"/>
            <w:noWrap/>
            <w:hideMark/>
          </w:tcPr>
          <w:p w14:paraId="19771B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9762E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5D39C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22F3F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9971A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4E758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30DFE3C" w14:textId="77777777" w:rsidTr="006750F2">
        <w:trPr>
          <w:trHeight w:val="280"/>
        </w:trPr>
        <w:tc>
          <w:tcPr>
            <w:tcW w:w="919" w:type="dxa"/>
            <w:noWrap/>
            <w:hideMark/>
          </w:tcPr>
          <w:p w14:paraId="4D43084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UBA2463</w:t>
            </w:r>
          </w:p>
        </w:tc>
        <w:tc>
          <w:tcPr>
            <w:tcW w:w="852" w:type="dxa"/>
            <w:noWrap/>
            <w:hideMark/>
          </w:tcPr>
          <w:p w14:paraId="1FA0ED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BD078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07A48B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E97D3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1A0FE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856F0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A4FFE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9E318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82B8E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A0278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BE529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16E8B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8D932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F85CF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2B7284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35D72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9D201ED" w14:textId="77777777" w:rsidTr="006750F2">
        <w:trPr>
          <w:trHeight w:val="280"/>
        </w:trPr>
        <w:tc>
          <w:tcPr>
            <w:tcW w:w="919" w:type="dxa"/>
            <w:noWrap/>
            <w:hideMark/>
          </w:tcPr>
          <w:p w14:paraId="1ADEF00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UBA4421</w:t>
            </w:r>
          </w:p>
        </w:tc>
        <w:tc>
          <w:tcPr>
            <w:tcW w:w="852" w:type="dxa"/>
            <w:noWrap/>
            <w:hideMark/>
          </w:tcPr>
          <w:p w14:paraId="75AA36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DFF41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647E5C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39" w:type="dxa"/>
            <w:noWrap/>
            <w:hideMark/>
          </w:tcPr>
          <w:p w14:paraId="5EA7BE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432EE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w:t>
            </w:r>
          </w:p>
        </w:tc>
        <w:tc>
          <w:tcPr>
            <w:tcW w:w="674" w:type="dxa"/>
            <w:noWrap/>
            <w:hideMark/>
          </w:tcPr>
          <w:p w14:paraId="11033F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4988A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B0A45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40827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51" w:type="dxa"/>
            <w:noWrap/>
            <w:hideMark/>
          </w:tcPr>
          <w:p w14:paraId="07E96E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w:t>
            </w:r>
          </w:p>
        </w:tc>
        <w:tc>
          <w:tcPr>
            <w:tcW w:w="1008" w:type="dxa"/>
            <w:noWrap/>
            <w:hideMark/>
          </w:tcPr>
          <w:p w14:paraId="215252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E3B38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0E600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2B090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AAEA4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8DCCD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FECEE4A" w14:textId="77777777" w:rsidTr="006750F2">
        <w:trPr>
          <w:trHeight w:val="280"/>
        </w:trPr>
        <w:tc>
          <w:tcPr>
            <w:tcW w:w="919" w:type="dxa"/>
            <w:noWrap/>
            <w:hideMark/>
          </w:tcPr>
          <w:p w14:paraId="08A0EA3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UBA4615</w:t>
            </w:r>
          </w:p>
        </w:tc>
        <w:tc>
          <w:tcPr>
            <w:tcW w:w="852" w:type="dxa"/>
            <w:noWrap/>
            <w:hideMark/>
          </w:tcPr>
          <w:p w14:paraId="204629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EAF44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64D2E6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39" w:type="dxa"/>
            <w:noWrap/>
            <w:hideMark/>
          </w:tcPr>
          <w:p w14:paraId="09CEF6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3E1DD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B0A70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A9C4D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96499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369C7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51" w:type="dxa"/>
            <w:noWrap/>
            <w:hideMark/>
          </w:tcPr>
          <w:p w14:paraId="5C102C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39AD9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694EE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A7DBB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4834F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C9813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1406E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A436771" w14:textId="77777777" w:rsidTr="006750F2">
        <w:trPr>
          <w:trHeight w:val="280"/>
        </w:trPr>
        <w:tc>
          <w:tcPr>
            <w:tcW w:w="919" w:type="dxa"/>
            <w:noWrap/>
            <w:hideMark/>
          </w:tcPr>
          <w:p w14:paraId="7F7E657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UBA5078</w:t>
            </w:r>
          </w:p>
        </w:tc>
        <w:tc>
          <w:tcPr>
            <w:tcW w:w="852" w:type="dxa"/>
            <w:noWrap/>
            <w:hideMark/>
          </w:tcPr>
          <w:p w14:paraId="2F06BB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043C1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325251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64.3</w:t>
            </w:r>
          </w:p>
        </w:tc>
        <w:tc>
          <w:tcPr>
            <w:tcW w:w="739" w:type="dxa"/>
            <w:noWrap/>
            <w:hideMark/>
          </w:tcPr>
          <w:p w14:paraId="1B12B7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810C9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674" w:type="dxa"/>
            <w:noWrap/>
            <w:hideMark/>
          </w:tcPr>
          <w:p w14:paraId="76FE75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ADD78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D6FF4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AFE6D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64.3</w:t>
            </w:r>
          </w:p>
        </w:tc>
        <w:tc>
          <w:tcPr>
            <w:tcW w:w="751" w:type="dxa"/>
            <w:noWrap/>
            <w:hideMark/>
          </w:tcPr>
          <w:p w14:paraId="5DC904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1008" w:type="dxa"/>
            <w:noWrap/>
            <w:hideMark/>
          </w:tcPr>
          <w:p w14:paraId="03BAFD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78F50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009B4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F5BBA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D1BFD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5D292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3D0D831" w14:textId="77777777" w:rsidTr="006750F2">
        <w:trPr>
          <w:trHeight w:val="280"/>
        </w:trPr>
        <w:tc>
          <w:tcPr>
            <w:tcW w:w="919" w:type="dxa"/>
            <w:noWrap/>
            <w:hideMark/>
          </w:tcPr>
          <w:p w14:paraId="16E4413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UBA5216</w:t>
            </w:r>
          </w:p>
        </w:tc>
        <w:tc>
          <w:tcPr>
            <w:tcW w:w="852" w:type="dxa"/>
            <w:noWrap/>
            <w:hideMark/>
          </w:tcPr>
          <w:p w14:paraId="4DA72C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1623F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512823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91.7</w:t>
            </w:r>
          </w:p>
        </w:tc>
        <w:tc>
          <w:tcPr>
            <w:tcW w:w="739" w:type="dxa"/>
            <w:noWrap/>
            <w:hideMark/>
          </w:tcPr>
          <w:p w14:paraId="0BD927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721" w:type="dxa"/>
            <w:noWrap/>
            <w:hideMark/>
          </w:tcPr>
          <w:p w14:paraId="24CDF4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C26F5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D9207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6338E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2FB37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91.7</w:t>
            </w:r>
          </w:p>
        </w:tc>
        <w:tc>
          <w:tcPr>
            <w:tcW w:w="751" w:type="dxa"/>
            <w:noWrap/>
            <w:hideMark/>
          </w:tcPr>
          <w:p w14:paraId="6A91E2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9A909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4E8F3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7CDB3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96143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35A51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AEB66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7B8F719" w14:textId="77777777" w:rsidTr="006750F2">
        <w:trPr>
          <w:trHeight w:val="280"/>
        </w:trPr>
        <w:tc>
          <w:tcPr>
            <w:tcW w:w="919" w:type="dxa"/>
            <w:noWrap/>
            <w:hideMark/>
          </w:tcPr>
          <w:p w14:paraId="5E02BBE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UBA9145</w:t>
            </w:r>
          </w:p>
        </w:tc>
        <w:tc>
          <w:tcPr>
            <w:tcW w:w="852" w:type="dxa"/>
            <w:noWrap/>
            <w:hideMark/>
          </w:tcPr>
          <w:p w14:paraId="29F02A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DA2BF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768" w:type="dxa"/>
            <w:noWrap/>
            <w:hideMark/>
          </w:tcPr>
          <w:p w14:paraId="67AB1D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w:t>
            </w:r>
          </w:p>
        </w:tc>
        <w:tc>
          <w:tcPr>
            <w:tcW w:w="739" w:type="dxa"/>
            <w:noWrap/>
            <w:hideMark/>
          </w:tcPr>
          <w:p w14:paraId="2A8F0F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w:t>
            </w:r>
          </w:p>
        </w:tc>
        <w:tc>
          <w:tcPr>
            <w:tcW w:w="721" w:type="dxa"/>
            <w:noWrap/>
            <w:hideMark/>
          </w:tcPr>
          <w:p w14:paraId="4D5737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5E5FE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37285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B68DB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0AF6D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w:t>
            </w:r>
          </w:p>
        </w:tc>
        <w:tc>
          <w:tcPr>
            <w:tcW w:w="751" w:type="dxa"/>
            <w:noWrap/>
            <w:hideMark/>
          </w:tcPr>
          <w:p w14:paraId="451260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D10C5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77458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5629A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2DD61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20136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39D61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FE44217" w14:textId="77777777" w:rsidTr="006750F2">
        <w:trPr>
          <w:trHeight w:val="280"/>
        </w:trPr>
        <w:tc>
          <w:tcPr>
            <w:tcW w:w="919" w:type="dxa"/>
            <w:noWrap/>
            <w:hideMark/>
          </w:tcPr>
          <w:p w14:paraId="4DEC5E5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Undibacterium</w:t>
            </w:r>
          </w:p>
        </w:tc>
        <w:tc>
          <w:tcPr>
            <w:tcW w:w="852" w:type="dxa"/>
            <w:noWrap/>
            <w:hideMark/>
          </w:tcPr>
          <w:p w14:paraId="7FEBE4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7A72B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768" w:type="dxa"/>
            <w:noWrap/>
            <w:hideMark/>
          </w:tcPr>
          <w:p w14:paraId="034ECB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51.4</w:t>
            </w:r>
          </w:p>
        </w:tc>
        <w:tc>
          <w:tcPr>
            <w:tcW w:w="739" w:type="dxa"/>
            <w:noWrap/>
            <w:hideMark/>
          </w:tcPr>
          <w:p w14:paraId="00DDB6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68.6</w:t>
            </w:r>
          </w:p>
        </w:tc>
        <w:tc>
          <w:tcPr>
            <w:tcW w:w="721" w:type="dxa"/>
            <w:noWrap/>
            <w:hideMark/>
          </w:tcPr>
          <w:p w14:paraId="54B54A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674" w:type="dxa"/>
            <w:noWrap/>
            <w:hideMark/>
          </w:tcPr>
          <w:p w14:paraId="49F766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32E06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7CBB1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C6061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51.4</w:t>
            </w:r>
          </w:p>
        </w:tc>
        <w:tc>
          <w:tcPr>
            <w:tcW w:w="751" w:type="dxa"/>
            <w:noWrap/>
            <w:hideMark/>
          </w:tcPr>
          <w:p w14:paraId="087A09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1008" w:type="dxa"/>
            <w:noWrap/>
            <w:hideMark/>
          </w:tcPr>
          <w:p w14:paraId="4CC197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9EA16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46564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0BE30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B4957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7AAD6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8D3AEA4" w14:textId="77777777" w:rsidTr="006750F2">
        <w:trPr>
          <w:trHeight w:val="280"/>
        </w:trPr>
        <w:tc>
          <w:tcPr>
            <w:tcW w:w="919" w:type="dxa"/>
            <w:noWrap/>
            <w:hideMark/>
          </w:tcPr>
          <w:p w14:paraId="32C8515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VBCG01</w:t>
            </w:r>
          </w:p>
        </w:tc>
        <w:tc>
          <w:tcPr>
            <w:tcW w:w="852" w:type="dxa"/>
            <w:noWrap/>
            <w:hideMark/>
          </w:tcPr>
          <w:p w14:paraId="49E60A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193035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698E58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4F115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73.7</w:t>
            </w:r>
          </w:p>
        </w:tc>
        <w:tc>
          <w:tcPr>
            <w:tcW w:w="721" w:type="dxa"/>
            <w:noWrap/>
            <w:hideMark/>
          </w:tcPr>
          <w:p w14:paraId="7FD29A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68.4</w:t>
            </w:r>
          </w:p>
        </w:tc>
        <w:tc>
          <w:tcPr>
            <w:tcW w:w="674" w:type="dxa"/>
            <w:noWrap/>
            <w:hideMark/>
          </w:tcPr>
          <w:p w14:paraId="4D785A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D2703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CB299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15.8</w:t>
            </w:r>
          </w:p>
        </w:tc>
        <w:tc>
          <w:tcPr>
            <w:tcW w:w="909" w:type="dxa"/>
            <w:noWrap/>
            <w:hideMark/>
          </w:tcPr>
          <w:p w14:paraId="6AB721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15.8</w:t>
            </w:r>
          </w:p>
        </w:tc>
        <w:tc>
          <w:tcPr>
            <w:tcW w:w="751" w:type="dxa"/>
            <w:noWrap/>
            <w:hideMark/>
          </w:tcPr>
          <w:p w14:paraId="0E94F9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68.4</w:t>
            </w:r>
          </w:p>
        </w:tc>
        <w:tc>
          <w:tcPr>
            <w:tcW w:w="1008" w:type="dxa"/>
            <w:noWrap/>
            <w:hideMark/>
          </w:tcPr>
          <w:p w14:paraId="043DB1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DCDC1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989F5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6C8C1E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672D9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F1A23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543873B5" w14:textId="77777777" w:rsidTr="006750F2">
        <w:trPr>
          <w:trHeight w:val="280"/>
        </w:trPr>
        <w:tc>
          <w:tcPr>
            <w:tcW w:w="919" w:type="dxa"/>
            <w:noWrap/>
            <w:hideMark/>
          </w:tcPr>
          <w:p w14:paraId="6BDFCD8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Variovorax</w:t>
            </w:r>
          </w:p>
        </w:tc>
        <w:tc>
          <w:tcPr>
            <w:tcW w:w="852" w:type="dxa"/>
            <w:noWrap/>
            <w:hideMark/>
          </w:tcPr>
          <w:p w14:paraId="03DC88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E7E31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w:t>
            </w:r>
          </w:p>
        </w:tc>
        <w:tc>
          <w:tcPr>
            <w:tcW w:w="768" w:type="dxa"/>
            <w:noWrap/>
            <w:hideMark/>
          </w:tcPr>
          <w:p w14:paraId="0A3960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24.7</w:t>
            </w:r>
          </w:p>
        </w:tc>
        <w:tc>
          <w:tcPr>
            <w:tcW w:w="739" w:type="dxa"/>
            <w:noWrap/>
            <w:hideMark/>
          </w:tcPr>
          <w:p w14:paraId="56344D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26.9</w:t>
            </w:r>
          </w:p>
        </w:tc>
        <w:tc>
          <w:tcPr>
            <w:tcW w:w="721" w:type="dxa"/>
            <w:noWrap/>
            <w:hideMark/>
          </w:tcPr>
          <w:p w14:paraId="2F8EDC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69CDE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w:t>
            </w:r>
          </w:p>
        </w:tc>
        <w:tc>
          <w:tcPr>
            <w:tcW w:w="694" w:type="dxa"/>
            <w:noWrap/>
            <w:hideMark/>
          </w:tcPr>
          <w:p w14:paraId="1B1B3C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EDABA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8251D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751" w:type="dxa"/>
            <w:noWrap/>
            <w:hideMark/>
          </w:tcPr>
          <w:p w14:paraId="32F5FA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19B9C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9C9B0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992E0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12B7D2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3117D3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A135F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57E7CC8" w14:textId="77777777" w:rsidTr="006750F2">
        <w:trPr>
          <w:trHeight w:val="280"/>
        </w:trPr>
        <w:tc>
          <w:tcPr>
            <w:tcW w:w="919" w:type="dxa"/>
            <w:noWrap/>
            <w:hideMark/>
          </w:tcPr>
          <w:p w14:paraId="14BBBF8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Venatoribacter</w:t>
            </w:r>
          </w:p>
        </w:tc>
        <w:tc>
          <w:tcPr>
            <w:tcW w:w="852" w:type="dxa"/>
            <w:noWrap/>
            <w:hideMark/>
          </w:tcPr>
          <w:p w14:paraId="01B01A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BFD31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1B6A5B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39" w:type="dxa"/>
            <w:noWrap/>
            <w:hideMark/>
          </w:tcPr>
          <w:p w14:paraId="5A4E02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21" w:type="dxa"/>
            <w:noWrap/>
            <w:hideMark/>
          </w:tcPr>
          <w:p w14:paraId="7DC7B1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674" w:type="dxa"/>
            <w:noWrap/>
            <w:hideMark/>
          </w:tcPr>
          <w:p w14:paraId="70EAD1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694" w:type="dxa"/>
            <w:noWrap/>
            <w:hideMark/>
          </w:tcPr>
          <w:p w14:paraId="7B6E9B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D4A98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1DA60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51" w:type="dxa"/>
            <w:noWrap/>
            <w:hideMark/>
          </w:tcPr>
          <w:p w14:paraId="01AB0C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1008" w:type="dxa"/>
            <w:noWrap/>
            <w:hideMark/>
          </w:tcPr>
          <w:p w14:paraId="1A1247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A3E8C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CAAD6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10423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6E14A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BE684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E0E23F9" w14:textId="77777777" w:rsidTr="006750F2">
        <w:trPr>
          <w:trHeight w:val="280"/>
        </w:trPr>
        <w:tc>
          <w:tcPr>
            <w:tcW w:w="919" w:type="dxa"/>
            <w:noWrap/>
            <w:hideMark/>
          </w:tcPr>
          <w:p w14:paraId="7085DAE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Vibrio</w:t>
            </w:r>
          </w:p>
        </w:tc>
        <w:tc>
          <w:tcPr>
            <w:tcW w:w="852" w:type="dxa"/>
            <w:noWrap/>
            <w:hideMark/>
          </w:tcPr>
          <w:p w14:paraId="5A2B86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2C126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325</w:t>
            </w:r>
          </w:p>
        </w:tc>
        <w:tc>
          <w:tcPr>
            <w:tcW w:w="768" w:type="dxa"/>
            <w:noWrap/>
            <w:hideMark/>
          </w:tcPr>
          <w:p w14:paraId="570182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40.3</w:t>
            </w:r>
          </w:p>
        </w:tc>
        <w:tc>
          <w:tcPr>
            <w:tcW w:w="739" w:type="dxa"/>
            <w:noWrap/>
            <w:hideMark/>
          </w:tcPr>
          <w:p w14:paraId="6FE87F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88.9</w:t>
            </w:r>
          </w:p>
        </w:tc>
        <w:tc>
          <w:tcPr>
            <w:tcW w:w="721" w:type="dxa"/>
            <w:noWrap/>
            <w:hideMark/>
          </w:tcPr>
          <w:p w14:paraId="456E49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30599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12.3</w:t>
            </w:r>
          </w:p>
        </w:tc>
        <w:tc>
          <w:tcPr>
            <w:tcW w:w="694" w:type="dxa"/>
            <w:noWrap/>
            <w:hideMark/>
          </w:tcPr>
          <w:p w14:paraId="78F0B8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5DC44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57.5</w:t>
            </w:r>
          </w:p>
        </w:tc>
        <w:tc>
          <w:tcPr>
            <w:tcW w:w="909" w:type="dxa"/>
            <w:noWrap/>
            <w:hideMark/>
          </w:tcPr>
          <w:p w14:paraId="2E3563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110.2</w:t>
            </w:r>
          </w:p>
        </w:tc>
        <w:tc>
          <w:tcPr>
            <w:tcW w:w="751" w:type="dxa"/>
            <w:noWrap/>
            <w:hideMark/>
          </w:tcPr>
          <w:p w14:paraId="514215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F303C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886E0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9567F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67283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2294B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553E1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B93F930" w14:textId="77777777" w:rsidTr="006750F2">
        <w:trPr>
          <w:trHeight w:val="280"/>
        </w:trPr>
        <w:tc>
          <w:tcPr>
            <w:tcW w:w="919" w:type="dxa"/>
            <w:noWrap/>
            <w:hideMark/>
          </w:tcPr>
          <w:p w14:paraId="0F86E51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Vogesella</w:t>
            </w:r>
          </w:p>
        </w:tc>
        <w:tc>
          <w:tcPr>
            <w:tcW w:w="852" w:type="dxa"/>
            <w:noWrap/>
            <w:hideMark/>
          </w:tcPr>
          <w:p w14:paraId="45108B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6CBA5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6DAAFC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46.2</w:t>
            </w:r>
          </w:p>
        </w:tc>
        <w:tc>
          <w:tcPr>
            <w:tcW w:w="739" w:type="dxa"/>
            <w:noWrap/>
            <w:hideMark/>
          </w:tcPr>
          <w:p w14:paraId="53A2B9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84.6</w:t>
            </w:r>
          </w:p>
        </w:tc>
        <w:tc>
          <w:tcPr>
            <w:tcW w:w="721" w:type="dxa"/>
            <w:noWrap/>
            <w:hideMark/>
          </w:tcPr>
          <w:p w14:paraId="24B5AC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84.6</w:t>
            </w:r>
          </w:p>
        </w:tc>
        <w:tc>
          <w:tcPr>
            <w:tcW w:w="674" w:type="dxa"/>
            <w:noWrap/>
            <w:hideMark/>
          </w:tcPr>
          <w:p w14:paraId="68B0D0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23363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87CFD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E0EE1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46.2</w:t>
            </w:r>
          </w:p>
        </w:tc>
        <w:tc>
          <w:tcPr>
            <w:tcW w:w="751" w:type="dxa"/>
            <w:noWrap/>
            <w:hideMark/>
          </w:tcPr>
          <w:p w14:paraId="3BF818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84.6</w:t>
            </w:r>
          </w:p>
        </w:tc>
        <w:tc>
          <w:tcPr>
            <w:tcW w:w="1008" w:type="dxa"/>
            <w:noWrap/>
            <w:hideMark/>
          </w:tcPr>
          <w:p w14:paraId="37C2BA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4860E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5F12E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08163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ED5BB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88B85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346064B8" w14:textId="77777777" w:rsidTr="006750F2">
        <w:trPr>
          <w:trHeight w:val="280"/>
        </w:trPr>
        <w:tc>
          <w:tcPr>
            <w:tcW w:w="919" w:type="dxa"/>
            <w:noWrap/>
            <w:hideMark/>
          </w:tcPr>
          <w:p w14:paraId="76CBA13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Vreelandella</w:t>
            </w:r>
          </w:p>
        </w:tc>
        <w:tc>
          <w:tcPr>
            <w:tcW w:w="852" w:type="dxa"/>
            <w:noWrap/>
            <w:hideMark/>
          </w:tcPr>
          <w:p w14:paraId="7CF5BC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7A528F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85</w:t>
            </w:r>
          </w:p>
        </w:tc>
        <w:tc>
          <w:tcPr>
            <w:tcW w:w="768" w:type="dxa"/>
            <w:noWrap/>
            <w:hideMark/>
          </w:tcPr>
          <w:p w14:paraId="4C5658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48.2</w:t>
            </w:r>
          </w:p>
        </w:tc>
        <w:tc>
          <w:tcPr>
            <w:tcW w:w="739" w:type="dxa"/>
            <w:noWrap/>
            <w:hideMark/>
          </w:tcPr>
          <w:p w14:paraId="277C5E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62.4</w:t>
            </w:r>
          </w:p>
        </w:tc>
        <w:tc>
          <w:tcPr>
            <w:tcW w:w="721" w:type="dxa"/>
            <w:noWrap/>
            <w:hideMark/>
          </w:tcPr>
          <w:p w14:paraId="69314A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w:t>
            </w:r>
          </w:p>
        </w:tc>
        <w:tc>
          <w:tcPr>
            <w:tcW w:w="674" w:type="dxa"/>
            <w:noWrap/>
            <w:hideMark/>
          </w:tcPr>
          <w:p w14:paraId="231357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810FD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EC7D7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3A226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48.2</w:t>
            </w:r>
          </w:p>
        </w:tc>
        <w:tc>
          <w:tcPr>
            <w:tcW w:w="751" w:type="dxa"/>
            <w:noWrap/>
            <w:hideMark/>
          </w:tcPr>
          <w:p w14:paraId="0EA467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w:t>
            </w:r>
          </w:p>
        </w:tc>
        <w:tc>
          <w:tcPr>
            <w:tcW w:w="1008" w:type="dxa"/>
            <w:noWrap/>
            <w:hideMark/>
          </w:tcPr>
          <w:p w14:paraId="54166E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B8CBB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0FBC5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5C2A8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07BCE7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51B53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B9B913F" w14:textId="77777777" w:rsidTr="006750F2">
        <w:trPr>
          <w:trHeight w:val="280"/>
        </w:trPr>
        <w:tc>
          <w:tcPr>
            <w:tcW w:w="919" w:type="dxa"/>
            <w:noWrap/>
            <w:hideMark/>
          </w:tcPr>
          <w:p w14:paraId="7104B84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Wenzhouxiangella</w:t>
            </w:r>
          </w:p>
        </w:tc>
        <w:tc>
          <w:tcPr>
            <w:tcW w:w="852" w:type="dxa"/>
            <w:noWrap/>
            <w:hideMark/>
          </w:tcPr>
          <w:p w14:paraId="5D1ED9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393B5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54AD60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A4AA1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15.8</w:t>
            </w:r>
          </w:p>
        </w:tc>
        <w:tc>
          <w:tcPr>
            <w:tcW w:w="721" w:type="dxa"/>
            <w:noWrap/>
            <w:hideMark/>
          </w:tcPr>
          <w:p w14:paraId="3C1035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36.8</w:t>
            </w:r>
          </w:p>
        </w:tc>
        <w:tc>
          <w:tcPr>
            <w:tcW w:w="674" w:type="dxa"/>
            <w:noWrap/>
            <w:hideMark/>
          </w:tcPr>
          <w:p w14:paraId="54F0A6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F3ADB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FF791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21.1</w:t>
            </w:r>
          </w:p>
        </w:tc>
        <w:tc>
          <w:tcPr>
            <w:tcW w:w="909" w:type="dxa"/>
            <w:noWrap/>
            <w:hideMark/>
          </w:tcPr>
          <w:p w14:paraId="579336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21.1</w:t>
            </w:r>
          </w:p>
        </w:tc>
        <w:tc>
          <w:tcPr>
            <w:tcW w:w="751" w:type="dxa"/>
            <w:noWrap/>
            <w:hideMark/>
          </w:tcPr>
          <w:p w14:paraId="45A74A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36.8</w:t>
            </w:r>
          </w:p>
        </w:tc>
        <w:tc>
          <w:tcPr>
            <w:tcW w:w="1008" w:type="dxa"/>
            <w:noWrap/>
            <w:hideMark/>
          </w:tcPr>
          <w:p w14:paraId="3DE2BF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EC88E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F0115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57AD36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B2209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3CBC6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B129C97" w14:textId="77777777" w:rsidTr="006750F2">
        <w:trPr>
          <w:trHeight w:val="280"/>
        </w:trPr>
        <w:tc>
          <w:tcPr>
            <w:tcW w:w="919" w:type="dxa"/>
            <w:noWrap/>
            <w:hideMark/>
          </w:tcPr>
          <w:p w14:paraId="2A1FF03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Xanthomonas</w:t>
            </w:r>
          </w:p>
        </w:tc>
        <w:tc>
          <w:tcPr>
            <w:tcW w:w="852" w:type="dxa"/>
            <w:noWrap/>
            <w:hideMark/>
          </w:tcPr>
          <w:p w14:paraId="264FF9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51702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68" w:type="dxa"/>
            <w:noWrap/>
            <w:hideMark/>
          </w:tcPr>
          <w:p w14:paraId="3ED50D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27.7</w:t>
            </w:r>
          </w:p>
        </w:tc>
        <w:tc>
          <w:tcPr>
            <w:tcW w:w="739" w:type="dxa"/>
            <w:noWrap/>
            <w:hideMark/>
          </w:tcPr>
          <w:p w14:paraId="0E8542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2.4</w:t>
            </w:r>
          </w:p>
        </w:tc>
        <w:tc>
          <w:tcPr>
            <w:tcW w:w="721" w:type="dxa"/>
            <w:noWrap/>
            <w:hideMark/>
          </w:tcPr>
          <w:p w14:paraId="295AC1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9C049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0E259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68ABC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372DA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27.7</w:t>
            </w:r>
          </w:p>
        </w:tc>
        <w:tc>
          <w:tcPr>
            <w:tcW w:w="751" w:type="dxa"/>
            <w:noWrap/>
            <w:hideMark/>
          </w:tcPr>
          <w:p w14:paraId="3846BB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C8119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FC28E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5D966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032B1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3BD64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3C86D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929C97A" w14:textId="77777777" w:rsidTr="006750F2">
        <w:trPr>
          <w:trHeight w:val="280"/>
        </w:trPr>
        <w:tc>
          <w:tcPr>
            <w:tcW w:w="919" w:type="dxa"/>
            <w:noWrap/>
            <w:hideMark/>
          </w:tcPr>
          <w:p w14:paraId="040E1CE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Xenophilus</w:t>
            </w:r>
          </w:p>
        </w:tc>
        <w:tc>
          <w:tcPr>
            <w:tcW w:w="852" w:type="dxa"/>
            <w:noWrap/>
            <w:hideMark/>
          </w:tcPr>
          <w:p w14:paraId="2C76BD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624828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055802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53.3</w:t>
            </w:r>
          </w:p>
        </w:tc>
        <w:tc>
          <w:tcPr>
            <w:tcW w:w="739" w:type="dxa"/>
            <w:noWrap/>
            <w:hideMark/>
          </w:tcPr>
          <w:p w14:paraId="1C654E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58843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674" w:type="dxa"/>
            <w:noWrap/>
            <w:hideMark/>
          </w:tcPr>
          <w:p w14:paraId="07811B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694" w:type="dxa"/>
            <w:noWrap/>
            <w:hideMark/>
          </w:tcPr>
          <w:p w14:paraId="7F04CB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5F572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43A1B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73.3</w:t>
            </w:r>
          </w:p>
        </w:tc>
        <w:tc>
          <w:tcPr>
            <w:tcW w:w="751" w:type="dxa"/>
            <w:noWrap/>
            <w:hideMark/>
          </w:tcPr>
          <w:p w14:paraId="2433F4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1008" w:type="dxa"/>
            <w:noWrap/>
            <w:hideMark/>
          </w:tcPr>
          <w:p w14:paraId="782E86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BFA40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A8C66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375560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1741A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E37AE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E79DF1B" w14:textId="77777777" w:rsidTr="006750F2">
        <w:trPr>
          <w:trHeight w:val="280"/>
        </w:trPr>
        <w:tc>
          <w:tcPr>
            <w:tcW w:w="919" w:type="dxa"/>
            <w:noWrap/>
            <w:hideMark/>
          </w:tcPr>
          <w:p w14:paraId="5323526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Xenorhabdus</w:t>
            </w:r>
          </w:p>
        </w:tc>
        <w:tc>
          <w:tcPr>
            <w:tcW w:w="852" w:type="dxa"/>
            <w:noWrap/>
            <w:hideMark/>
          </w:tcPr>
          <w:p w14:paraId="0D1CB6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21A33B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768" w:type="dxa"/>
            <w:noWrap/>
            <w:hideMark/>
          </w:tcPr>
          <w:p w14:paraId="0E40CC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6EE32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B041E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82544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8BCCB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DD3EE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673AA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E4DE2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CEB7F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1810B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E906D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5BA01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BE093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18D8D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244683E5" w14:textId="77777777" w:rsidTr="006750F2">
        <w:trPr>
          <w:trHeight w:val="280"/>
        </w:trPr>
        <w:tc>
          <w:tcPr>
            <w:tcW w:w="919" w:type="dxa"/>
            <w:noWrap/>
            <w:hideMark/>
          </w:tcPr>
          <w:p w14:paraId="247101D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Yersinia</w:t>
            </w:r>
          </w:p>
        </w:tc>
        <w:tc>
          <w:tcPr>
            <w:tcW w:w="852" w:type="dxa"/>
            <w:noWrap/>
            <w:hideMark/>
          </w:tcPr>
          <w:p w14:paraId="1E5FCE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5C85A0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w:t>
            </w:r>
          </w:p>
        </w:tc>
        <w:tc>
          <w:tcPr>
            <w:tcW w:w="768" w:type="dxa"/>
            <w:noWrap/>
            <w:hideMark/>
          </w:tcPr>
          <w:p w14:paraId="0D6524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C4404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5869E6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1C117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7A913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C52D7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45.2</w:t>
            </w:r>
          </w:p>
        </w:tc>
        <w:tc>
          <w:tcPr>
            <w:tcW w:w="909" w:type="dxa"/>
            <w:noWrap/>
            <w:hideMark/>
          </w:tcPr>
          <w:p w14:paraId="212FD3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45.2</w:t>
            </w:r>
          </w:p>
        </w:tc>
        <w:tc>
          <w:tcPr>
            <w:tcW w:w="751" w:type="dxa"/>
            <w:noWrap/>
            <w:hideMark/>
          </w:tcPr>
          <w:p w14:paraId="42C692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6F35C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1275E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E582E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47EC3A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C8AA2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D904F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69F6203F" w14:textId="77777777" w:rsidTr="006750F2">
        <w:trPr>
          <w:trHeight w:val="280"/>
        </w:trPr>
        <w:tc>
          <w:tcPr>
            <w:tcW w:w="919" w:type="dxa"/>
            <w:noWrap/>
            <w:hideMark/>
          </w:tcPr>
          <w:p w14:paraId="403EAA0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Zeimonas</w:t>
            </w:r>
          </w:p>
        </w:tc>
        <w:tc>
          <w:tcPr>
            <w:tcW w:w="852" w:type="dxa"/>
            <w:noWrap/>
            <w:hideMark/>
          </w:tcPr>
          <w:p w14:paraId="3F0EA7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304E70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4C3104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739" w:type="dxa"/>
            <w:noWrap/>
            <w:hideMark/>
          </w:tcPr>
          <w:p w14:paraId="0F94B9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87.5</w:t>
            </w:r>
          </w:p>
        </w:tc>
        <w:tc>
          <w:tcPr>
            <w:tcW w:w="721" w:type="dxa"/>
            <w:noWrap/>
            <w:hideMark/>
          </w:tcPr>
          <w:p w14:paraId="578FD4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81.2</w:t>
            </w:r>
          </w:p>
        </w:tc>
        <w:tc>
          <w:tcPr>
            <w:tcW w:w="674" w:type="dxa"/>
            <w:noWrap/>
            <w:hideMark/>
          </w:tcPr>
          <w:p w14:paraId="43D249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55E68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1E24C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1903A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751" w:type="dxa"/>
            <w:noWrap/>
            <w:hideMark/>
          </w:tcPr>
          <w:p w14:paraId="352216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81.2</w:t>
            </w:r>
          </w:p>
        </w:tc>
        <w:tc>
          <w:tcPr>
            <w:tcW w:w="1008" w:type="dxa"/>
            <w:noWrap/>
            <w:hideMark/>
          </w:tcPr>
          <w:p w14:paraId="77B3BA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514DC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C6C10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68BDB1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0431E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9ED91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98F4EE7" w14:textId="77777777" w:rsidTr="006750F2">
        <w:trPr>
          <w:trHeight w:val="280"/>
        </w:trPr>
        <w:tc>
          <w:tcPr>
            <w:tcW w:w="919" w:type="dxa"/>
            <w:noWrap/>
            <w:hideMark/>
          </w:tcPr>
          <w:p w14:paraId="223FF00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Zoogloea</w:t>
            </w:r>
          </w:p>
        </w:tc>
        <w:tc>
          <w:tcPr>
            <w:tcW w:w="852" w:type="dxa"/>
            <w:noWrap/>
            <w:hideMark/>
          </w:tcPr>
          <w:p w14:paraId="09E8CA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429C89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0A465F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55.6</w:t>
            </w:r>
          </w:p>
        </w:tc>
        <w:tc>
          <w:tcPr>
            <w:tcW w:w="739" w:type="dxa"/>
            <w:noWrap/>
            <w:hideMark/>
          </w:tcPr>
          <w:p w14:paraId="48CF81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94.4</w:t>
            </w:r>
          </w:p>
        </w:tc>
        <w:tc>
          <w:tcPr>
            <w:tcW w:w="721" w:type="dxa"/>
            <w:noWrap/>
            <w:hideMark/>
          </w:tcPr>
          <w:p w14:paraId="5BB169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88.9</w:t>
            </w:r>
          </w:p>
        </w:tc>
        <w:tc>
          <w:tcPr>
            <w:tcW w:w="674" w:type="dxa"/>
            <w:noWrap/>
            <w:hideMark/>
          </w:tcPr>
          <w:p w14:paraId="402B5F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694" w:type="dxa"/>
            <w:noWrap/>
            <w:hideMark/>
          </w:tcPr>
          <w:p w14:paraId="5AF6CA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8B80F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82617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122.2</w:t>
            </w:r>
          </w:p>
        </w:tc>
        <w:tc>
          <w:tcPr>
            <w:tcW w:w="751" w:type="dxa"/>
            <w:noWrap/>
            <w:hideMark/>
          </w:tcPr>
          <w:p w14:paraId="4856CE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88.9</w:t>
            </w:r>
          </w:p>
        </w:tc>
        <w:tc>
          <w:tcPr>
            <w:tcW w:w="1008" w:type="dxa"/>
            <w:noWrap/>
            <w:hideMark/>
          </w:tcPr>
          <w:p w14:paraId="453F3B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5E46C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71C86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2C69F1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7686A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BBF6B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474D96AF" w14:textId="77777777" w:rsidTr="006750F2">
        <w:trPr>
          <w:trHeight w:val="280"/>
        </w:trPr>
        <w:tc>
          <w:tcPr>
            <w:tcW w:w="919" w:type="dxa"/>
            <w:noWrap/>
            <w:hideMark/>
          </w:tcPr>
          <w:p w14:paraId="09D2E60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Zwartia</w:t>
            </w:r>
          </w:p>
        </w:tc>
        <w:tc>
          <w:tcPr>
            <w:tcW w:w="852" w:type="dxa"/>
            <w:noWrap/>
            <w:hideMark/>
          </w:tcPr>
          <w:p w14:paraId="7ACFB3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Gammaproteobacteria</w:t>
            </w:r>
          </w:p>
        </w:tc>
        <w:tc>
          <w:tcPr>
            <w:tcW w:w="513" w:type="dxa"/>
            <w:noWrap/>
            <w:hideMark/>
          </w:tcPr>
          <w:p w14:paraId="0D1F38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01CCBC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13.6</w:t>
            </w:r>
          </w:p>
        </w:tc>
        <w:tc>
          <w:tcPr>
            <w:tcW w:w="739" w:type="dxa"/>
            <w:noWrap/>
            <w:hideMark/>
          </w:tcPr>
          <w:p w14:paraId="2659FB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40.9</w:t>
            </w:r>
          </w:p>
        </w:tc>
        <w:tc>
          <w:tcPr>
            <w:tcW w:w="721" w:type="dxa"/>
            <w:noWrap/>
            <w:hideMark/>
          </w:tcPr>
          <w:p w14:paraId="651542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BA2EC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459AE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F8BE1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44D1A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13.6</w:t>
            </w:r>
          </w:p>
        </w:tc>
        <w:tc>
          <w:tcPr>
            <w:tcW w:w="751" w:type="dxa"/>
            <w:noWrap/>
            <w:hideMark/>
          </w:tcPr>
          <w:p w14:paraId="7CFFBB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9D982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86529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BE4FD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AD9B0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C45E0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FBA40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43970A2" w14:textId="77777777" w:rsidTr="006750F2">
        <w:trPr>
          <w:trHeight w:val="280"/>
        </w:trPr>
        <w:tc>
          <w:tcPr>
            <w:tcW w:w="919" w:type="dxa"/>
            <w:noWrap/>
            <w:hideMark/>
          </w:tcPr>
          <w:p w14:paraId="069A94A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Bin94</w:t>
            </w:r>
          </w:p>
        </w:tc>
        <w:tc>
          <w:tcPr>
            <w:tcW w:w="852" w:type="dxa"/>
            <w:noWrap/>
            <w:hideMark/>
          </w:tcPr>
          <w:p w14:paraId="7344FB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Gemmatimonadetes</w:t>
            </w:r>
          </w:p>
        </w:tc>
        <w:tc>
          <w:tcPr>
            <w:tcW w:w="513" w:type="dxa"/>
            <w:noWrap/>
            <w:hideMark/>
          </w:tcPr>
          <w:p w14:paraId="3875C4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18FC5B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44AD9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677A9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79FA2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21FDC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B6641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CE79D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CA080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4745E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F4E10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0EB7A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4C0F8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9F712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67F7F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63C279A" w14:textId="77777777" w:rsidTr="006750F2">
        <w:trPr>
          <w:trHeight w:val="280"/>
        </w:trPr>
        <w:tc>
          <w:tcPr>
            <w:tcW w:w="919" w:type="dxa"/>
            <w:noWrap/>
            <w:hideMark/>
          </w:tcPr>
          <w:p w14:paraId="1AA2D41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Fen-1231</w:t>
            </w:r>
          </w:p>
        </w:tc>
        <w:tc>
          <w:tcPr>
            <w:tcW w:w="852" w:type="dxa"/>
            <w:noWrap/>
            <w:hideMark/>
          </w:tcPr>
          <w:p w14:paraId="73AE42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Gemmatimonadetes</w:t>
            </w:r>
          </w:p>
        </w:tc>
        <w:tc>
          <w:tcPr>
            <w:tcW w:w="513" w:type="dxa"/>
            <w:noWrap/>
            <w:hideMark/>
          </w:tcPr>
          <w:p w14:paraId="7F2CB1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70B2B0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22381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21" w:type="dxa"/>
            <w:noWrap/>
            <w:hideMark/>
          </w:tcPr>
          <w:p w14:paraId="77309B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674" w:type="dxa"/>
            <w:noWrap/>
            <w:hideMark/>
          </w:tcPr>
          <w:p w14:paraId="1EC5EA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9C7B9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E222D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042B2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9D489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1008" w:type="dxa"/>
            <w:noWrap/>
            <w:hideMark/>
          </w:tcPr>
          <w:p w14:paraId="399C62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3F7B50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8CCC2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24E8D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A9A41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AE109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E46F9CC" w14:textId="77777777" w:rsidTr="006750F2">
        <w:trPr>
          <w:trHeight w:val="280"/>
        </w:trPr>
        <w:tc>
          <w:tcPr>
            <w:tcW w:w="919" w:type="dxa"/>
            <w:noWrap/>
            <w:hideMark/>
          </w:tcPr>
          <w:p w14:paraId="7CC83A4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Gemmatimonas</w:t>
            </w:r>
          </w:p>
        </w:tc>
        <w:tc>
          <w:tcPr>
            <w:tcW w:w="852" w:type="dxa"/>
            <w:noWrap/>
            <w:hideMark/>
          </w:tcPr>
          <w:p w14:paraId="28708F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Gemmatimonadetes</w:t>
            </w:r>
          </w:p>
        </w:tc>
        <w:tc>
          <w:tcPr>
            <w:tcW w:w="513" w:type="dxa"/>
            <w:noWrap/>
            <w:hideMark/>
          </w:tcPr>
          <w:p w14:paraId="012C0C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11ED7D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F0082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721" w:type="dxa"/>
            <w:noWrap/>
            <w:hideMark/>
          </w:tcPr>
          <w:p w14:paraId="318960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674" w:type="dxa"/>
            <w:noWrap/>
            <w:hideMark/>
          </w:tcPr>
          <w:p w14:paraId="7E4FE2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9A5FF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0352E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34E22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79845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1008" w:type="dxa"/>
            <w:noWrap/>
            <w:hideMark/>
          </w:tcPr>
          <w:p w14:paraId="77A065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5F55F1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F13E0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885B7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CE8C5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8E903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6984A81" w14:textId="77777777" w:rsidTr="006750F2">
        <w:trPr>
          <w:trHeight w:val="280"/>
        </w:trPr>
        <w:tc>
          <w:tcPr>
            <w:tcW w:w="919" w:type="dxa"/>
            <w:noWrap/>
            <w:hideMark/>
          </w:tcPr>
          <w:p w14:paraId="33E9FB4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PNKF01</w:t>
            </w:r>
          </w:p>
        </w:tc>
        <w:tc>
          <w:tcPr>
            <w:tcW w:w="852" w:type="dxa"/>
            <w:noWrap/>
            <w:hideMark/>
          </w:tcPr>
          <w:p w14:paraId="32588E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Gemmatimonadetes</w:t>
            </w:r>
          </w:p>
        </w:tc>
        <w:tc>
          <w:tcPr>
            <w:tcW w:w="513" w:type="dxa"/>
            <w:noWrap/>
            <w:hideMark/>
          </w:tcPr>
          <w:p w14:paraId="0A6782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3FF443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8C6A5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7B514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8EE6C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DB236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8E7B2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909" w:type="dxa"/>
            <w:noWrap/>
            <w:hideMark/>
          </w:tcPr>
          <w:p w14:paraId="3BA999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751" w:type="dxa"/>
            <w:noWrap/>
            <w:hideMark/>
          </w:tcPr>
          <w:p w14:paraId="747DD9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B121F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15C8A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62C7D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3E197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07464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C3B36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32A2A24" w14:textId="77777777" w:rsidTr="006750F2">
        <w:trPr>
          <w:trHeight w:val="280"/>
        </w:trPr>
        <w:tc>
          <w:tcPr>
            <w:tcW w:w="919" w:type="dxa"/>
            <w:noWrap/>
            <w:hideMark/>
          </w:tcPr>
          <w:p w14:paraId="4B6F31B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Palauibacter</w:t>
            </w:r>
          </w:p>
        </w:tc>
        <w:tc>
          <w:tcPr>
            <w:tcW w:w="852" w:type="dxa"/>
            <w:noWrap/>
            <w:hideMark/>
          </w:tcPr>
          <w:p w14:paraId="03D442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Gemmatimonadetes</w:t>
            </w:r>
          </w:p>
        </w:tc>
        <w:tc>
          <w:tcPr>
            <w:tcW w:w="513" w:type="dxa"/>
            <w:noWrap/>
            <w:hideMark/>
          </w:tcPr>
          <w:p w14:paraId="00F5F7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773758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14C5F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721" w:type="dxa"/>
            <w:noWrap/>
            <w:hideMark/>
          </w:tcPr>
          <w:p w14:paraId="09F3E8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674" w:type="dxa"/>
            <w:noWrap/>
            <w:hideMark/>
          </w:tcPr>
          <w:p w14:paraId="6D3B9A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290AE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38041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A6808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42AFD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1008" w:type="dxa"/>
            <w:noWrap/>
            <w:hideMark/>
          </w:tcPr>
          <w:p w14:paraId="105996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57E6BB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9B3B6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E62A6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79A088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E95C8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47E4A8A" w14:textId="77777777" w:rsidTr="006750F2">
        <w:trPr>
          <w:trHeight w:val="280"/>
        </w:trPr>
        <w:tc>
          <w:tcPr>
            <w:tcW w:w="919" w:type="dxa"/>
            <w:noWrap/>
            <w:hideMark/>
          </w:tcPr>
          <w:p w14:paraId="339F96B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UBA4720</w:t>
            </w:r>
          </w:p>
        </w:tc>
        <w:tc>
          <w:tcPr>
            <w:tcW w:w="852" w:type="dxa"/>
            <w:noWrap/>
            <w:hideMark/>
          </w:tcPr>
          <w:p w14:paraId="0C6603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Gemmatimonadetes</w:t>
            </w:r>
          </w:p>
        </w:tc>
        <w:tc>
          <w:tcPr>
            <w:tcW w:w="513" w:type="dxa"/>
            <w:noWrap/>
            <w:hideMark/>
          </w:tcPr>
          <w:p w14:paraId="40A362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56FF56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CB88C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EEC9F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674" w:type="dxa"/>
            <w:noWrap/>
            <w:hideMark/>
          </w:tcPr>
          <w:p w14:paraId="069F81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04956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89270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909" w:type="dxa"/>
            <w:noWrap/>
            <w:hideMark/>
          </w:tcPr>
          <w:p w14:paraId="7504DD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51" w:type="dxa"/>
            <w:noWrap/>
            <w:hideMark/>
          </w:tcPr>
          <w:p w14:paraId="56A4A2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1008" w:type="dxa"/>
            <w:noWrap/>
            <w:hideMark/>
          </w:tcPr>
          <w:p w14:paraId="04F5C6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3C8C6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87F12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2DFFCB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93A9F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90734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99C7ADF" w14:textId="77777777" w:rsidTr="006750F2">
        <w:trPr>
          <w:trHeight w:val="280"/>
        </w:trPr>
        <w:tc>
          <w:tcPr>
            <w:tcW w:w="919" w:type="dxa"/>
            <w:noWrap/>
            <w:hideMark/>
          </w:tcPr>
          <w:p w14:paraId="0BFE65D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Halanaerobium</w:t>
            </w:r>
          </w:p>
        </w:tc>
        <w:tc>
          <w:tcPr>
            <w:tcW w:w="852" w:type="dxa"/>
            <w:noWrap/>
            <w:hideMark/>
          </w:tcPr>
          <w:p w14:paraId="39962E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Halanaerobiia</w:t>
            </w:r>
          </w:p>
        </w:tc>
        <w:tc>
          <w:tcPr>
            <w:tcW w:w="513" w:type="dxa"/>
            <w:noWrap/>
            <w:hideMark/>
          </w:tcPr>
          <w:p w14:paraId="5178D6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23C59A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EBDBC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FFC8C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6AD69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694" w:type="dxa"/>
            <w:noWrap/>
            <w:hideMark/>
          </w:tcPr>
          <w:p w14:paraId="15A76F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35A6C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F10B7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36.4</w:t>
            </w:r>
          </w:p>
        </w:tc>
        <w:tc>
          <w:tcPr>
            <w:tcW w:w="751" w:type="dxa"/>
            <w:noWrap/>
            <w:hideMark/>
          </w:tcPr>
          <w:p w14:paraId="4F5125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70CF1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68CB7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F70D1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46169D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C9391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4317D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8EBE746" w14:textId="77777777" w:rsidTr="006750F2">
        <w:trPr>
          <w:trHeight w:val="280"/>
        </w:trPr>
        <w:tc>
          <w:tcPr>
            <w:tcW w:w="919" w:type="dxa"/>
            <w:noWrap/>
            <w:hideMark/>
          </w:tcPr>
          <w:p w14:paraId="73228E2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Geothrix</w:t>
            </w:r>
          </w:p>
        </w:tc>
        <w:tc>
          <w:tcPr>
            <w:tcW w:w="852" w:type="dxa"/>
            <w:noWrap/>
            <w:hideMark/>
          </w:tcPr>
          <w:p w14:paraId="0FB489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Holophagae</w:t>
            </w:r>
          </w:p>
        </w:tc>
        <w:tc>
          <w:tcPr>
            <w:tcW w:w="513" w:type="dxa"/>
            <w:noWrap/>
            <w:hideMark/>
          </w:tcPr>
          <w:p w14:paraId="1C19F4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768" w:type="dxa"/>
            <w:noWrap/>
            <w:hideMark/>
          </w:tcPr>
          <w:p w14:paraId="2AD3E6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E2E69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61.1</w:t>
            </w:r>
          </w:p>
        </w:tc>
        <w:tc>
          <w:tcPr>
            <w:tcW w:w="721" w:type="dxa"/>
            <w:noWrap/>
            <w:hideMark/>
          </w:tcPr>
          <w:p w14:paraId="759804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3E180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w:t>
            </w:r>
          </w:p>
        </w:tc>
        <w:tc>
          <w:tcPr>
            <w:tcW w:w="694" w:type="dxa"/>
            <w:noWrap/>
            <w:hideMark/>
          </w:tcPr>
          <w:p w14:paraId="5D05FE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9F1D3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88.9</w:t>
            </w:r>
          </w:p>
        </w:tc>
        <w:tc>
          <w:tcPr>
            <w:tcW w:w="909" w:type="dxa"/>
            <w:noWrap/>
            <w:hideMark/>
          </w:tcPr>
          <w:p w14:paraId="5D3E89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94.4</w:t>
            </w:r>
          </w:p>
        </w:tc>
        <w:tc>
          <w:tcPr>
            <w:tcW w:w="751" w:type="dxa"/>
            <w:noWrap/>
            <w:hideMark/>
          </w:tcPr>
          <w:p w14:paraId="4335DF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4C5C6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2582C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7BAD9D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E73B5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47F53D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65228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1ED5EE8" w14:textId="77777777" w:rsidTr="006750F2">
        <w:trPr>
          <w:trHeight w:val="280"/>
        </w:trPr>
        <w:tc>
          <w:tcPr>
            <w:tcW w:w="919" w:type="dxa"/>
            <w:noWrap/>
            <w:hideMark/>
          </w:tcPr>
          <w:p w14:paraId="4D1427A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Holophaga</w:t>
            </w:r>
          </w:p>
        </w:tc>
        <w:tc>
          <w:tcPr>
            <w:tcW w:w="852" w:type="dxa"/>
            <w:noWrap/>
            <w:hideMark/>
          </w:tcPr>
          <w:p w14:paraId="1942B0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Holophagae</w:t>
            </w:r>
          </w:p>
        </w:tc>
        <w:tc>
          <w:tcPr>
            <w:tcW w:w="513" w:type="dxa"/>
            <w:noWrap/>
            <w:hideMark/>
          </w:tcPr>
          <w:p w14:paraId="2E7FAE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736436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69D84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27.3</w:t>
            </w:r>
          </w:p>
        </w:tc>
        <w:tc>
          <w:tcPr>
            <w:tcW w:w="721" w:type="dxa"/>
            <w:noWrap/>
            <w:hideMark/>
          </w:tcPr>
          <w:p w14:paraId="43DF33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4B81A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27.3</w:t>
            </w:r>
          </w:p>
        </w:tc>
        <w:tc>
          <w:tcPr>
            <w:tcW w:w="694" w:type="dxa"/>
            <w:noWrap/>
            <w:hideMark/>
          </w:tcPr>
          <w:p w14:paraId="05D01C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BDCFF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81.8</w:t>
            </w:r>
          </w:p>
        </w:tc>
        <w:tc>
          <w:tcPr>
            <w:tcW w:w="909" w:type="dxa"/>
            <w:noWrap/>
            <w:hideMark/>
          </w:tcPr>
          <w:p w14:paraId="08461B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109.1</w:t>
            </w:r>
          </w:p>
        </w:tc>
        <w:tc>
          <w:tcPr>
            <w:tcW w:w="751" w:type="dxa"/>
            <w:noWrap/>
            <w:hideMark/>
          </w:tcPr>
          <w:p w14:paraId="049D8A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AE8B2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C1C1A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1D2D9C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9E0D9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2018A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023A1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2D2B4E88" w14:textId="77777777" w:rsidTr="006750F2">
        <w:trPr>
          <w:trHeight w:val="280"/>
        </w:trPr>
        <w:tc>
          <w:tcPr>
            <w:tcW w:w="919" w:type="dxa"/>
            <w:noWrap/>
            <w:hideMark/>
          </w:tcPr>
          <w:p w14:paraId="0A5E912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Fen-1258</w:t>
            </w:r>
          </w:p>
        </w:tc>
        <w:tc>
          <w:tcPr>
            <w:tcW w:w="852" w:type="dxa"/>
            <w:noWrap/>
            <w:hideMark/>
          </w:tcPr>
          <w:p w14:paraId="68F402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Ignavibacteria</w:t>
            </w:r>
          </w:p>
        </w:tc>
        <w:tc>
          <w:tcPr>
            <w:tcW w:w="513" w:type="dxa"/>
            <w:noWrap/>
            <w:hideMark/>
          </w:tcPr>
          <w:p w14:paraId="741F3D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6D895A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965ED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21" w:type="dxa"/>
            <w:noWrap/>
            <w:hideMark/>
          </w:tcPr>
          <w:p w14:paraId="6651AD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72.7</w:t>
            </w:r>
          </w:p>
        </w:tc>
        <w:tc>
          <w:tcPr>
            <w:tcW w:w="674" w:type="dxa"/>
            <w:noWrap/>
            <w:hideMark/>
          </w:tcPr>
          <w:p w14:paraId="6684CD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FC45E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B6983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27.3</w:t>
            </w:r>
          </w:p>
        </w:tc>
        <w:tc>
          <w:tcPr>
            <w:tcW w:w="909" w:type="dxa"/>
            <w:noWrap/>
            <w:hideMark/>
          </w:tcPr>
          <w:p w14:paraId="19DE18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27.3</w:t>
            </w:r>
          </w:p>
        </w:tc>
        <w:tc>
          <w:tcPr>
            <w:tcW w:w="751" w:type="dxa"/>
            <w:noWrap/>
            <w:hideMark/>
          </w:tcPr>
          <w:p w14:paraId="785FD5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72.7</w:t>
            </w:r>
          </w:p>
        </w:tc>
        <w:tc>
          <w:tcPr>
            <w:tcW w:w="1008" w:type="dxa"/>
            <w:noWrap/>
            <w:hideMark/>
          </w:tcPr>
          <w:p w14:paraId="0F9CBC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AEEE7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A2E24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272B49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2A697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C0B6B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A7B330C" w14:textId="77777777" w:rsidTr="006750F2">
        <w:trPr>
          <w:trHeight w:val="280"/>
        </w:trPr>
        <w:tc>
          <w:tcPr>
            <w:tcW w:w="919" w:type="dxa"/>
            <w:noWrap/>
            <w:hideMark/>
          </w:tcPr>
          <w:p w14:paraId="7170869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JAAXHH01</w:t>
            </w:r>
          </w:p>
        </w:tc>
        <w:tc>
          <w:tcPr>
            <w:tcW w:w="852" w:type="dxa"/>
            <w:noWrap/>
            <w:hideMark/>
          </w:tcPr>
          <w:p w14:paraId="04E8C1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JAAXHH01</w:t>
            </w:r>
          </w:p>
        </w:tc>
        <w:tc>
          <w:tcPr>
            <w:tcW w:w="513" w:type="dxa"/>
            <w:noWrap/>
            <w:hideMark/>
          </w:tcPr>
          <w:p w14:paraId="70645D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5571CD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9D3C5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C5B53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699A5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F653D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A047C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928C2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BC6AB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FC0B7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F3EBC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4D999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AD953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E5F0C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F76C5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9164983" w14:textId="77777777" w:rsidTr="006750F2">
        <w:trPr>
          <w:trHeight w:val="280"/>
        </w:trPr>
        <w:tc>
          <w:tcPr>
            <w:tcW w:w="919" w:type="dxa"/>
            <w:noWrap/>
            <w:hideMark/>
          </w:tcPr>
          <w:p w14:paraId="53622FA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UBA10438</w:t>
            </w:r>
          </w:p>
        </w:tc>
        <w:tc>
          <w:tcPr>
            <w:tcW w:w="852" w:type="dxa"/>
            <w:noWrap/>
            <w:hideMark/>
          </w:tcPr>
          <w:p w14:paraId="78CBAA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Kapaibacteriia</w:t>
            </w:r>
          </w:p>
        </w:tc>
        <w:tc>
          <w:tcPr>
            <w:tcW w:w="513" w:type="dxa"/>
            <w:noWrap/>
            <w:hideMark/>
          </w:tcPr>
          <w:p w14:paraId="386957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3C474C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64C3D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5D6B4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8E747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BB798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D6D5E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7D48A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FDAD0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87F4F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7221C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2BBF3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F6D12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65ACE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4A92C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9394634" w14:textId="77777777" w:rsidTr="006750F2">
        <w:trPr>
          <w:trHeight w:val="280"/>
        </w:trPr>
        <w:tc>
          <w:tcPr>
            <w:tcW w:w="919" w:type="dxa"/>
            <w:noWrap/>
            <w:hideMark/>
          </w:tcPr>
          <w:p w14:paraId="470F0CD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UBA961</w:t>
            </w:r>
          </w:p>
        </w:tc>
        <w:tc>
          <w:tcPr>
            <w:tcW w:w="852" w:type="dxa"/>
            <w:noWrap/>
            <w:hideMark/>
          </w:tcPr>
          <w:p w14:paraId="276D78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Kapaibacteriia</w:t>
            </w:r>
          </w:p>
        </w:tc>
        <w:tc>
          <w:tcPr>
            <w:tcW w:w="513" w:type="dxa"/>
            <w:noWrap/>
            <w:hideMark/>
          </w:tcPr>
          <w:p w14:paraId="2DA7C3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17F42F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DCB91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5A385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D3E0C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07749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B51DC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E7931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A5B6C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06808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21414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75C62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E2E86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9EE95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0E12A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2CF59C5" w14:textId="77777777" w:rsidTr="006750F2">
        <w:trPr>
          <w:trHeight w:val="280"/>
        </w:trPr>
        <w:tc>
          <w:tcPr>
            <w:tcW w:w="919" w:type="dxa"/>
            <w:noWrap/>
            <w:hideMark/>
          </w:tcPr>
          <w:p w14:paraId="05470CE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Pontiella</w:t>
            </w:r>
          </w:p>
        </w:tc>
        <w:tc>
          <w:tcPr>
            <w:tcW w:w="852" w:type="dxa"/>
            <w:noWrap/>
            <w:hideMark/>
          </w:tcPr>
          <w:p w14:paraId="11C637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Kiritimatiellia</w:t>
            </w:r>
          </w:p>
        </w:tc>
        <w:tc>
          <w:tcPr>
            <w:tcW w:w="513" w:type="dxa"/>
            <w:noWrap/>
            <w:hideMark/>
          </w:tcPr>
          <w:p w14:paraId="7C3ED9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12288A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39" w:type="dxa"/>
            <w:noWrap/>
            <w:hideMark/>
          </w:tcPr>
          <w:p w14:paraId="385E26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21" w:type="dxa"/>
            <w:noWrap/>
            <w:hideMark/>
          </w:tcPr>
          <w:p w14:paraId="0EFED4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134A7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66.7</w:t>
            </w:r>
          </w:p>
        </w:tc>
        <w:tc>
          <w:tcPr>
            <w:tcW w:w="694" w:type="dxa"/>
            <w:noWrap/>
            <w:hideMark/>
          </w:tcPr>
          <w:p w14:paraId="3BF8E3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63F80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91.7</w:t>
            </w:r>
          </w:p>
        </w:tc>
        <w:tc>
          <w:tcPr>
            <w:tcW w:w="909" w:type="dxa"/>
            <w:noWrap/>
            <w:hideMark/>
          </w:tcPr>
          <w:p w14:paraId="5D2DCE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175</w:t>
            </w:r>
          </w:p>
        </w:tc>
        <w:tc>
          <w:tcPr>
            <w:tcW w:w="751" w:type="dxa"/>
            <w:noWrap/>
            <w:hideMark/>
          </w:tcPr>
          <w:p w14:paraId="416650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D3C51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E0F39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090E44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35D59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F2F9B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064B7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6241D6AB" w14:textId="77777777" w:rsidTr="006750F2">
        <w:trPr>
          <w:trHeight w:val="280"/>
        </w:trPr>
        <w:tc>
          <w:tcPr>
            <w:tcW w:w="919" w:type="dxa"/>
            <w:noWrap/>
            <w:hideMark/>
          </w:tcPr>
          <w:p w14:paraId="27B3B18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Spyradenecus</w:t>
            </w:r>
          </w:p>
        </w:tc>
        <w:tc>
          <w:tcPr>
            <w:tcW w:w="852" w:type="dxa"/>
            <w:noWrap/>
            <w:hideMark/>
          </w:tcPr>
          <w:p w14:paraId="33AF90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Kiritimatiellia</w:t>
            </w:r>
          </w:p>
        </w:tc>
        <w:tc>
          <w:tcPr>
            <w:tcW w:w="513" w:type="dxa"/>
            <w:noWrap/>
            <w:hideMark/>
          </w:tcPr>
          <w:p w14:paraId="714242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160519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CC077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EBE2A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07474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E9F07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5E68C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89F57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3E14B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51CE6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0B700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479812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0027F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AE894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78FC9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D741DE3" w14:textId="77777777" w:rsidTr="006750F2">
        <w:trPr>
          <w:trHeight w:val="280"/>
        </w:trPr>
        <w:tc>
          <w:tcPr>
            <w:tcW w:w="919" w:type="dxa"/>
            <w:noWrap/>
            <w:hideMark/>
          </w:tcPr>
          <w:p w14:paraId="12D5550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JAKASW01</w:t>
            </w:r>
          </w:p>
        </w:tc>
        <w:tc>
          <w:tcPr>
            <w:tcW w:w="852" w:type="dxa"/>
            <w:noWrap/>
            <w:hideMark/>
          </w:tcPr>
          <w:p w14:paraId="1D2BF7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Kryptoniia</w:t>
            </w:r>
          </w:p>
        </w:tc>
        <w:tc>
          <w:tcPr>
            <w:tcW w:w="513" w:type="dxa"/>
            <w:noWrap/>
            <w:hideMark/>
          </w:tcPr>
          <w:p w14:paraId="3AD098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6F7B12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F7163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C0AD3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674" w:type="dxa"/>
            <w:noWrap/>
            <w:hideMark/>
          </w:tcPr>
          <w:p w14:paraId="66617B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4BB2E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BF91F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F4977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07EEA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1008" w:type="dxa"/>
            <w:noWrap/>
            <w:hideMark/>
          </w:tcPr>
          <w:p w14:paraId="5FE4CB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67587B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884DE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2C4EC6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52F09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88DA8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31678A1" w14:textId="77777777" w:rsidTr="006750F2">
        <w:trPr>
          <w:trHeight w:val="280"/>
        </w:trPr>
        <w:tc>
          <w:tcPr>
            <w:tcW w:w="919" w:type="dxa"/>
            <w:noWrap/>
            <w:hideMark/>
          </w:tcPr>
          <w:p w14:paraId="7AAB654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UBA1784</w:t>
            </w:r>
          </w:p>
        </w:tc>
        <w:tc>
          <w:tcPr>
            <w:tcW w:w="852" w:type="dxa"/>
            <w:noWrap/>
            <w:hideMark/>
          </w:tcPr>
          <w:p w14:paraId="1C5950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Lentisphaeria</w:t>
            </w:r>
          </w:p>
        </w:tc>
        <w:tc>
          <w:tcPr>
            <w:tcW w:w="513" w:type="dxa"/>
            <w:noWrap/>
            <w:hideMark/>
          </w:tcPr>
          <w:p w14:paraId="297214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187B9A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8E3BA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36F21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97612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694" w:type="dxa"/>
            <w:noWrap/>
            <w:hideMark/>
          </w:tcPr>
          <w:p w14:paraId="519FBE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86710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4E131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51" w:type="dxa"/>
            <w:noWrap/>
            <w:hideMark/>
          </w:tcPr>
          <w:p w14:paraId="6E4236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D3024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AF663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94D52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67502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11FD60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05B21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06C2952" w14:textId="77777777" w:rsidTr="006750F2">
        <w:trPr>
          <w:trHeight w:val="280"/>
        </w:trPr>
        <w:tc>
          <w:tcPr>
            <w:tcW w:w="919" w:type="dxa"/>
            <w:noWrap/>
            <w:hideMark/>
          </w:tcPr>
          <w:p w14:paraId="101E61B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Victivallis</w:t>
            </w:r>
          </w:p>
        </w:tc>
        <w:tc>
          <w:tcPr>
            <w:tcW w:w="852" w:type="dxa"/>
            <w:noWrap/>
            <w:hideMark/>
          </w:tcPr>
          <w:p w14:paraId="7896E6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Lentisphaeria</w:t>
            </w:r>
          </w:p>
        </w:tc>
        <w:tc>
          <w:tcPr>
            <w:tcW w:w="513" w:type="dxa"/>
            <w:noWrap/>
            <w:hideMark/>
          </w:tcPr>
          <w:p w14:paraId="500718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3B4EDC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B5B6F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DC216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9EB04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81FCA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6B5CA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73446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B8411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48EFA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C2E39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4592F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C80AE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FA1ED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21025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1518FA7F" w14:textId="77777777" w:rsidTr="006750F2">
        <w:trPr>
          <w:trHeight w:val="280"/>
        </w:trPr>
        <w:tc>
          <w:tcPr>
            <w:tcW w:w="919" w:type="dxa"/>
            <w:noWrap/>
            <w:hideMark/>
          </w:tcPr>
          <w:p w14:paraId="5079DE3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Leptospira</w:t>
            </w:r>
          </w:p>
        </w:tc>
        <w:tc>
          <w:tcPr>
            <w:tcW w:w="852" w:type="dxa"/>
            <w:noWrap/>
            <w:hideMark/>
          </w:tcPr>
          <w:p w14:paraId="6E4EE3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Leptospirae</w:t>
            </w:r>
          </w:p>
        </w:tc>
        <w:tc>
          <w:tcPr>
            <w:tcW w:w="513" w:type="dxa"/>
            <w:noWrap/>
            <w:hideMark/>
          </w:tcPr>
          <w:p w14:paraId="63751D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68" w:type="dxa"/>
            <w:noWrap/>
            <w:hideMark/>
          </w:tcPr>
          <w:p w14:paraId="1EFEA8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37.3</w:t>
            </w:r>
          </w:p>
        </w:tc>
        <w:tc>
          <w:tcPr>
            <w:tcW w:w="739" w:type="dxa"/>
            <w:noWrap/>
            <w:hideMark/>
          </w:tcPr>
          <w:p w14:paraId="2A873F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19E30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25.3</w:t>
            </w:r>
          </w:p>
        </w:tc>
        <w:tc>
          <w:tcPr>
            <w:tcW w:w="674" w:type="dxa"/>
            <w:noWrap/>
            <w:hideMark/>
          </w:tcPr>
          <w:p w14:paraId="4CA590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694" w:type="dxa"/>
            <w:noWrap/>
            <w:hideMark/>
          </w:tcPr>
          <w:p w14:paraId="06923B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30DCF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3E767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38.6</w:t>
            </w:r>
          </w:p>
        </w:tc>
        <w:tc>
          <w:tcPr>
            <w:tcW w:w="751" w:type="dxa"/>
            <w:noWrap/>
            <w:hideMark/>
          </w:tcPr>
          <w:p w14:paraId="4F7835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25.3</w:t>
            </w:r>
          </w:p>
        </w:tc>
        <w:tc>
          <w:tcPr>
            <w:tcW w:w="1008" w:type="dxa"/>
            <w:noWrap/>
            <w:hideMark/>
          </w:tcPr>
          <w:p w14:paraId="51A7E0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0674E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63EF3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80912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F1AEC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6E11C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3D1723EF" w14:textId="77777777" w:rsidTr="006750F2">
        <w:trPr>
          <w:trHeight w:val="280"/>
        </w:trPr>
        <w:tc>
          <w:tcPr>
            <w:tcW w:w="919" w:type="dxa"/>
            <w:noWrap/>
            <w:hideMark/>
          </w:tcPr>
          <w:p w14:paraId="7A4EA09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Fen-1039</w:t>
            </w:r>
          </w:p>
        </w:tc>
        <w:tc>
          <w:tcPr>
            <w:tcW w:w="852" w:type="dxa"/>
            <w:noWrap/>
            <w:hideMark/>
          </w:tcPr>
          <w:p w14:paraId="3572D0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Limnocylindria</w:t>
            </w:r>
          </w:p>
        </w:tc>
        <w:tc>
          <w:tcPr>
            <w:tcW w:w="513" w:type="dxa"/>
            <w:noWrap/>
            <w:hideMark/>
          </w:tcPr>
          <w:p w14:paraId="10C84C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6F2DCA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ACB59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626CA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9450A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8BFD0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1B377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CF74B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60746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020FF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CFA3B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6BE94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84F40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36C4F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D44A2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26B62B5" w14:textId="77777777" w:rsidTr="006750F2">
        <w:trPr>
          <w:trHeight w:val="280"/>
        </w:trPr>
        <w:tc>
          <w:tcPr>
            <w:tcW w:w="919" w:type="dxa"/>
            <w:noWrap/>
            <w:hideMark/>
          </w:tcPr>
          <w:p w14:paraId="3BCA4B7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Moorella</w:t>
            </w:r>
          </w:p>
        </w:tc>
        <w:tc>
          <w:tcPr>
            <w:tcW w:w="852" w:type="dxa"/>
            <w:noWrap/>
            <w:hideMark/>
          </w:tcPr>
          <w:p w14:paraId="5ABEAE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Moorellia</w:t>
            </w:r>
          </w:p>
        </w:tc>
        <w:tc>
          <w:tcPr>
            <w:tcW w:w="513" w:type="dxa"/>
            <w:noWrap/>
            <w:hideMark/>
          </w:tcPr>
          <w:p w14:paraId="60414D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444F37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39" w:type="dxa"/>
            <w:noWrap/>
            <w:hideMark/>
          </w:tcPr>
          <w:p w14:paraId="2E206B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91.7</w:t>
            </w:r>
          </w:p>
        </w:tc>
        <w:tc>
          <w:tcPr>
            <w:tcW w:w="721" w:type="dxa"/>
            <w:noWrap/>
            <w:hideMark/>
          </w:tcPr>
          <w:p w14:paraId="2CBFDB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74484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694" w:type="dxa"/>
            <w:noWrap/>
            <w:hideMark/>
          </w:tcPr>
          <w:p w14:paraId="7A8DB5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969EC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F9688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2CEDAD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52A52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3BB2C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EB485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E6800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56EFAB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39F54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848CE7F" w14:textId="77777777" w:rsidTr="006750F2">
        <w:trPr>
          <w:trHeight w:val="280"/>
        </w:trPr>
        <w:tc>
          <w:tcPr>
            <w:tcW w:w="919" w:type="dxa"/>
            <w:noWrap/>
            <w:hideMark/>
          </w:tcPr>
          <w:p w14:paraId="7CB6A91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Anaeromyxobacter</w:t>
            </w:r>
          </w:p>
        </w:tc>
        <w:tc>
          <w:tcPr>
            <w:tcW w:w="852" w:type="dxa"/>
            <w:noWrap/>
            <w:hideMark/>
          </w:tcPr>
          <w:p w14:paraId="0681FA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Myxococcia</w:t>
            </w:r>
          </w:p>
        </w:tc>
        <w:tc>
          <w:tcPr>
            <w:tcW w:w="513" w:type="dxa"/>
            <w:noWrap/>
            <w:hideMark/>
          </w:tcPr>
          <w:p w14:paraId="437E5D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61E5A7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739" w:type="dxa"/>
            <w:noWrap/>
            <w:hideMark/>
          </w:tcPr>
          <w:p w14:paraId="425CD2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92.3</w:t>
            </w:r>
          </w:p>
        </w:tc>
        <w:tc>
          <w:tcPr>
            <w:tcW w:w="721" w:type="dxa"/>
            <w:noWrap/>
            <w:hideMark/>
          </w:tcPr>
          <w:p w14:paraId="7E078B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26F35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84.6</w:t>
            </w:r>
          </w:p>
        </w:tc>
        <w:tc>
          <w:tcPr>
            <w:tcW w:w="694" w:type="dxa"/>
            <w:noWrap/>
            <w:hideMark/>
          </w:tcPr>
          <w:p w14:paraId="7F6F50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C7B17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909" w:type="dxa"/>
            <w:noWrap/>
            <w:hideMark/>
          </w:tcPr>
          <w:p w14:paraId="492F10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200</w:t>
            </w:r>
          </w:p>
        </w:tc>
        <w:tc>
          <w:tcPr>
            <w:tcW w:w="751" w:type="dxa"/>
            <w:noWrap/>
            <w:hideMark/>
          </w:tcPr>
          <w:p w14:paraId="2D8E73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CE5C4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5ACF7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779B8B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2550D9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29B3E8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5EA4A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2B94437A" w14:textId="77777777" w:rsidTr="006750F2">
        <w:trPr>
          <w:trHeight w:val="280"/>
        </w:trPr>
        <w:tc>
          <w:tcPr>
            <w:tcW w:w="919" w:type="dxa"/>
            <w:noWrap/>
            <w:hideMark/>
          </w:tcPr>
          <w:p w14:paraId="5C26AFB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Archangium</w:t>
            </w:r>
          </w:p>
        </w:tc>
        <w:tc>
          <w:tcPr>
            <w:tcW w:w="852" w:type="dxa"/>
            <w:noWrap/>
            <w:hideMark/>
          </w:tcPr>
          <w:p w14:paraId="533091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Myxococcia</w:t>
            </w:r>
          </w:p>
        </w:tc>
        <w:tc>
          <w:tcPr>
            <w:tcW w:w="513" w:type="dxa"/>
            <w:noWrap/>
            <w:hideMark/>
          </w:tcPr>
          <w:p w14:paraId="095312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52EDAD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3198D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71.4</w:t>
            </w:r>
          </w:p>
        </w:tc>
        <w:tc>
          <w:tcPr>
            <w:tcW w:w="721" w:type="dxa"/>
            <w:noWrap/>
            <w:hideMark/>
          </w:tcPr>
          <w:p w14:paraId="064B1F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674" w:type="dxa"/>
            <w:noWrap/>
            <w:hideMark/>
          </w:tcPr>
          <w:p w14:paraId="0B0D8E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22734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510C7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78.6</w:t>
            </w:r>
          </w:p>
        </w:tc>
        <w:tc>
          <w:tcPr>
            <w:tcW w:w="909" w:type="dxa"/>
            <w:noWrap/>
            <w:hideMark/>
          </w:tcPr>
          <w:p w14:paraId="7FB6EC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78.6</w:t>
            </w:r>
          </w:p>
        </w:tc>
        <w:tc>
          <w:tcPr>
            <w:tcW w:w="751" w:type="dxa"/>
            <w:noWrap/>
            <w:hideMark/>
          </w:tcPr>
          <w:p w14:paraId="27A1CF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1008" w:type="dxa"/>
            <w:noWrap/>
            <w:hideMark/>
          </w:tcPr>
          <w:p w14:paraId="05B1E0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3F509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3A862F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48CAD2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7ED72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B501D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99EBB14" w14:textId="77777777" w:rsidTr="006750F2">
        <w:trPr>
          <w:trHeight w:val="280"/>
        </w:trPr>
        <w:tc>
          <w:tcPr>
            <w:tcW w:w="919" w:type="dxa"/>
            <w:noWrap/>
            <w:hideMark/>
          </w:tcPr>
          <w:p w14:paraId="71ED586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Corallococcus</w:t>
            </w:r>
          </w:p>
        </w:tc>
        <w:tc>
          <w:tcPr>
            <w:tcW w:w="852" w:type="dxa"/>
            <w:noWrap/>
            <w:hideMark/>
          </w:tcPr>
          <w:p w14:paraId="3965C4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Myxococcia</w:t>
            </w:r>
          </w:p>
        </w:tc>
        <w:tc>
          <w:tcPr>
            <w:tcW w:w="513" w:type="dxa"/>
            <w:noWrap/>
            <w:hideMark/>
          </w:tcPr>
          <w:p w14:paraId="102030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3E0198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E4A7D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AC956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8F701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6F2D8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D62E9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w:t>
            </w:r>
          </w:p>
        </w:tc>
        <w:tc>
          <w:tcPr>
            <w:tcW w:w="909" w:type="dxa"/>
            <w:noWrap/>
            <w:hideMark/>
          </w:tcPr>
          <w:p w14:paraId="06A7E0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65</w:t>
            </w:r>
          </w:p>
        </w:tc>
        <w:tc>
          <w:tcPr>
            <w:tcW w:w="751" w:type="dxa"/>
            <w:noWrap/>
            <w:hideMark/>
          </w:tcPr>
          <w:p w14:paraId="71662E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80145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3CE29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77262F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0EE906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CA78C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2BBCC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64729EF" w14:textId="77777777" w:rsidTr="006750F2">
        <w:trPr>
          <w:trHeight w:val="280"/>
        </w:trPr>
        <w:tc>
          <w:tcPr>
            <w:tcW w:w="919" w:type="dxa"/>
            <w:noWrap/>
            <w:hideMark/>
          </w:tcPr>
          <w:p w14:paraId="397BD8A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Myxococcus</w:t>
            </w:r>
          </w:p>
        </w:tc>
        <w:tc>
          <w:tcPr>
            <w:tcW w:w="852" w:type="dxa"/>
            <w:noWrap/>
            <w:hideMark/>
          </w:tcPr>
          <w:p w14:paraId="5F33C8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Myxococcia</w:t>
            </w:r>
          </w:p>
        </w:tc>
        <w:tc>
          <w:tcPr>
            <w:tcW w:w="513" w:type="dxa"/>
            <w:noWrap/>
            <w:hideMark/>
          </w:tcPr>
          <w:p w14:paraId="60AF02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768" w:type="dxa"/>
            <w:noWrap/>
            <w:hideMark/>
          </w:tcPr>
          <w:p w14:paraId="350F78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D9F76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721" w:type="dxa"/>
            <w:noWrap/>
            <w:hideMark/>
          </w:tcPr>
          <w:p w14:paraId="5989CC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674" w:type="dxa"/>
            <w:noWrap/>
            <w:hideMark/>
          </w:tcPr>
          <w:p w14:paraId="167065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0E034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44FC6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82.1</w:t>
            </w:r>
          </w:p>
        </w:tc>
        <w:tc>
          <w:tcPr>
            <w:tcW w:w="909" w:type="dxa"/>
            <w:noWrap/>
            <w:hideMark/>
          </w:tcPr>
          <w:p w14:paraId="638796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82.1</w:t>
            </w:r>
          </w:p>
        </w:tc>
        <w:tc>
          <w:tcPr>
            <w:tcW w:w="751" w:type="dxa"/>
            <w:noWrap/>
            <w:hideMark/>
          </w:tcPr>
          <w:p w14:paraId="63B5D5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1008" w:type="dxa"/>
            <w:noWrap/>
            <w:hideMark/>
          </w:tcPr>
          <w:p w14:paraId="51C383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54939C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3DD625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B5F8D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BCF8F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4C1B4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A008C19" w14:textId="77777777" w:rsidTr="006750F2">
        <w:trPr>
          <w:trHeight w:val="280"/>
        </w:trPr>
        <w:tc>
          <w:tcPr>
            <w:tcW w:w="919" w:type="dxa"/>
            <w:noWrap/>
            <w:hideMark/>
          </w:tcPr>
          <w:p w14:paraId="2320B25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Acidaminococcus</w:t>
            </w:r>
          </w:p>
        </w:tc>
        <w:tc>
          <w:tcPr>
            <w:tcW w:w="852" w:type="dxa"/>
            <w:noWrap/>
            <w:hideMark/>
          </w:tcPr>
          <w:p w14:paraId="386722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Negativicutes</w:t>
            </w:r>
          </w:p>
        </w:tc>
        <w:tc>
          <w:tcPr>
            <w:tcW w:w="513" w:type="dxa"/>
            <w:noWrap/>
            <w:hideMark/>
          </w:tcPr>
          <w:p w14:paraId="67AB1E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2ABCBB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57522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9C27D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5613D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w:t>
            </w:r>
          </w:p>
        </w:tc>
        <w:tc>
          <w:tcPr>
            <w:tcW w:w="694" w:type="dxa"/>
            <w:noWrap/>
            <w:hideMark/>
          </w:tcPr>
          <w:p w14:paraId="0E74AC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CF984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B6006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w:t>
            </w:r>
          </w:p>
        </w:tc>
        <w:tc>
          <w:tcPr>
            <w:tcW w:w="751" w:type="dxa"/>
            <w:noWrap/>
            <w:hideMark/>
          </w:tcPr>
          <w:p w14:paraId="2DE228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83318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B521A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7D20E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075FA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9154F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19270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0B8465B" w14:textId="77777777" w:rsidTr="006750F2">
        <w:trPr>
          <w:trHeight w:val="280"/>
        </w:trPr>
        <w:tc>
          <w:tcPr>
            <w:tcW w:w="919" w:type="dxa"/>
            <w:noWrap/>
            <w:hideMark/>
          </w:tcPr>
          <w:p w14:paraId="320B95A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Anaerovibrio</w:t>
            </w:r>
          </w:p>
        </w:tc>
        <w:tc>
          <w:tcPr>
            <w:tcW w:w="852" w:type="dxa"/>
            <w:noWrap/>
            <w:hideMark/>
          </w:tcPr>
          <w:p w14:paraId="017986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Negativicutes</w:t>
            </w:r>
          </w:p>
        </w:tc>
        <w:tc>
          <w:tcPr>
            <w:tcW w:w="513" w:type="dxa"/>
            <w:noWrap/>
            <w:hideMark/>
          </w:tcPr>
          <w:p w14:paraId="2E2424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3B9D16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46556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EA6AD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B5121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283EB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9FC56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0A178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D9AC1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4F34E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523A1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2E797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9B80A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466D9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8A6C3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888B9AC" w14:textId="77777777" w:rsidTr="006750F2">
        <w:trPr>
          <w:trHeight w:val="280"/>
        </w:trPr>
        <w:tc>
          <w:tcPr>
            <w:tcW w:w="919" w:type="dxa"/>
            <w:noWrap/>
            <w:hideMark/>
          </w:tcPr>
          <w:p w14:paraId="386FB4F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Centipeda</w:t>
            </w:r>
          </w:p>
        </w:tc>
        <w:tc>
          <w:tcPr>
            <w:tcW w:w="852" w:type="dxa"/>
            <w:noWrap/>
            <w:hideMark/>
          </w:tcPr>
          <w:p w14:paraId="307DA8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Negativicutes</w:t>
            </w:r>
          </w:p>
        </w:tc>
        <w:tc>
          <w:tcPr>
            <w:tcW w:w="513" w:type="dxa"/>
            <w:noWrap/>
            <w:hideMark/>
          </w:tcPr>
          <w:p w14:paraId="5FB003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7E88BC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EAD2E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93.8</w:t>
            </w:r>
          </w:p>
        </w:tc>
        <w:tc>
          <w:tcPr>
            <w:tcW w:w="721" w:type="dxa"/>
            <w:noWrap/>
            <w:hideMark/>
          </w:tcPr>
          <w:p w14:paraId="34CD16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ADE20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94" w:type="dxa"/>
            <w:noWrap/>
            <w:hideMark/>
          </w:tcPr>
          <w:p w14:paraId="76A310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8B618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909" w:type="dxa"/>
            <w:noWrap/>
            <w:hideMark/>
          </w:tcPr>
          <w:p w14:paraId="2CCDD9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200</w:t>
            </w:r>
          </w:p>
        </w:tc>
        <w:tc>
          <w:tcPr>
            <w:tcW w:w="751" w:type="dxa"/>
            <w:noWrap/>
            <w:hideMark/>
          </w:tcPr>
          <w:p w14:paraId="702DF7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E88F8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7C15F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07F6A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31918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4C978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0159F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C65E204" w14:textId="77777777" w:rsidTr="006750F2">
        <w:trPr>
          <w:trHeight w:val="280"/>
        </w:trPr>
        <w:tc>
          <w:tcPr>
            <w:tcW w:w="919" w:type="dxa"/>
            <w:noWrap/>
            <w:hideMark/>
          </w:tcPr>
          <w:p w14:paraId="2047CF0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Dialister</w:t>
            </w:r>
          </w:p>
        </w:tc>
        <w:tc>
          <w:tcPr>
            <w:tcW w:w="852" w:type="dxa"/>
            <w:noWrap/>
            <w:hideMark/>
          </w:tcPr>
          <w:p w14:paraId="7DDE2D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Negativicutes</w:t>
            </w:r>
          </w:p>
        </w:tc>
        <w:tc>
          <w:tcPr>
            <w:tcW w:w="513" w:type="dxa"/>
            <w:noWrap/>
            <w:hideMark/>
          </w:tcPr>
          <w:p w14:paraId="4F8B93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68" w:type="dxa"/>
            <w:noWrap/>
            <w:hideMark/>
          </w:tcPr>
          <w:p w14:paraId="389BED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0EA11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EA7DC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8C690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82.6</w:t>
            </w:r>
          </w:p>
        </w:tc>
        <w:tc>
          <w:tcPr>
            <w:tcW w:w="694" w:type="dxa"/>
            <w:noWrap/>
            <w:hideMark/>
          </w:tcPr>
          <w:p w14:paraId="04A564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7FBD1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2A16E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82.6</w:t>
            </w:r>
          </w:p>
        </w:tc>
        <w:tc>
          <w:tcPr>
            <w:tcW w:w="751" w:type="dxa"/>
            <w:noWrap/>
            <w:hideMark/>
          </w:tcPr>
          <w:p w14:paraId="36160B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6BBD8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F7305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AAEF3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4CBF3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F5635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960A9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B71A404" w14:textId="77777777" w:rsidTr="006750F2">
        <w:trPr>
          <w:trHeight w:val="280"/>
        </w:trPr>
        <w:tc>
          <w:tcPr>
            <w:tcW w:w="919" w:type="dxa"/>
            <w:noWrap/>
            <w:hideMark/>
          </w:tcPr>
          <w:p w14:paraId="1B9C998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F0422</w:t>
            </w:r>
          </w:p>
        </w:tc>
        <w:tc>
          <w:tcPr>
            <w:tcW w:w="852" w:type="dxa"/>
            <w:noWrap/>
            <w:hideMark/>
          </w:tcPr>
          <w:p w14:paraId="61B9D2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Negativicutes</w:t>
            </w:r>
          </w:p>
        </w:tc>
        <w:tc>
          <w:tcPr>
            <w:tcW w:w="513" w:type="dxa"/>
            <w:noWrap/>
            <w:hideMark/>
          </w:tcPr>
          <w:p w14:paraId="30E007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1D937A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DDE97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21" w:type="dxa"/>
            <w:noWrap/>
            <w:hideMark/>
          </w:tcPr>
          <w:p w14:paraId="1F661F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BE3A3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70684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00F93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099D7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8E8B4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26358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185705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D6B15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020E6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392F5E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94948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0ED5C0C" w14:textId="77777777" w:rsidTr="006750F2">
        <w:trPr>
          <w:trHeight w:val="280"/>
        </w:trPr>
        <w:tc>
          <w:tcPr>
            <w:tcW w:w="919" w:type="dxa"/>
            <w:noWrap/>
            <w:hideMark/>
          </w:tcPr>
          <w:p w14:paraId="11ADEFE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Megasphaera</w:t>
            </w:r>
          </w:p>
        </w:tc>
        <w:tc>
          <w:tcPr>
            <w:tcW w:w="852" w:type="dxa"/>
            <w:noWrap/>
            <w:hideMark/>
          </w:tcPr>
          <w:p w14:paraId="58D9C2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Negativicutes</w:t>
            </w:r>
          </w:p>
        </w:tc>
        <w:tc>
          <w:tcPr>
            <w:tcW w:w="513" w:type="dxa"/>
            <w:noWrap/>
            <w:hideMark/>
          </w:tcPr>
          <w:p w14:paraId="34FE97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261538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730F4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C2C3E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86B7E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94" w:type="dxa"/>
            <w:noWrap/>
            <w:hideMark/>
          </w:tcPr>
          <w:p w14:paraId="2EDC2B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F7F91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C0437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51" w:type="dxa"/>
            <w:noWrap/>
            <w:hideMark/>
          </w:tcPr>
          <w:p w14:paraId="78E3FF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DD4A7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2222C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40D5A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F44BC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B0440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D3AB9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6737D1E" w14:textId="77777777" w:rsidTr="006750F2">
        <w:trPr>
          <w:trHeight w:val="280"/>
        </w:trPr>
        <w:tc>
          <w:tcPr>
            <w:tcW w:w="919" w:type="dxa"/>
            <w:noWrap/>
            <w:hideMark/>
          </w:tcPr>
          <w:p w14:paraId="7CF0FB9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Phascolarctobacterium</w:t>
            </w:r>
          </w:p>
        </w:tc>
        <w:tc>
          <w:tcPr>
            <w:tcW w:w="852" w:type="dxa"/>
            <w:noWrap/>
            <w:hideMark/>
          </w:tcPr>
          <w:p w14:paraId="43EFE7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Negativicutes</w:t>
            </w:r>
          </w:p>
        </w:tc>
        <w:tc>
          <w:tcPr>
            <w:tcW w:w="513" w:type="dxa"/>
            <w:noWrap/>
            <w:hideMark/>
          </w:tcPr>
          <w:p w14:paraId="658792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1D1CD1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5989D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AEE54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42B90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94" w:type="dxa"/>
            <w:noWrap/>
            <w:hideMark/>
          </w:tcPr>
          <w:p w14:paraId="365669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C2907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D0EB1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751" w:type="dxa"/>
            <w:noWrap/>
            <w:hideMark/>
          </w:tcPr>
          <w:p w14:paraId="77CB7B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43E77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B72A8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8C08B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DC56D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A02BB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5E392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302BB90" w14:textId="77777777" w:rsidTr="006750F2">
        <w:trPr>
          <w:trHeight w:val="280"/>
        </w:trPr>
        <w:tc>
          <w:tcPr>
            <w:tcW w:w="919" w:type="dxa"/>
            <w:noWrap/>
            <w:hideMark/>
          </w:tcPr>
          <w:p w14:paraId="17938E4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Quinella</w:t>
            </w:r>
          </w:p>
        </w:tc>
        <w:tc>
          <w:tcPr>
            <w:tcW w:w="852" w:type="dxa"/>
            <w:noWrap/>
            <w:hideMark/>
          </w:tcPr>
          <w:p w14:paraId="12C57A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Negativicutes</w:t>
            </w:r>
          </w:p>
        </w:tc>
        <w:tc>
          <w:tcPr>
            <w:tcW w:w="513" w:type="dxa"/>
            <w:noWrap/>
            <w:hideMark/>
          </w:tcPr>
          <w:p w14:paraId="3CED08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68" w:type="dxa"/>
            <w:noWrap/>
            <w:hideMark/>
          </w:tcPr>
          <w:p w14:paraId="6C6770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7668E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w:t>
            </w:r>
          </w:p>
        </w:tc>
        <w:tc>
          <w:tcPr>
            <w:tcW w:w="721" w:type="dxa"/>
            <w:noWrap/>
            <w:hideMark/>
          </w:tcPr>
          <w:p w14:paraId="147590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D2BD9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694" w:type="dxa"/>
            <w:noWrap/>
            <w:hideMark/>
          </w:tcPr>
          <w:p w14:paraId="164756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9D765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909" w:type="dxa"/>
            <w:noWrap/>
            <w:hideMark/>
          </w:tcPr>
          <w:p w14:paraId="67544B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72</w:t>
            </w:r>
          </w:p>
        </w:tc>
        <w:tc>
          <w:tcPr>
            <w:tcW w:w="751" w:type="dxa"/>
            <w:noWrap/>
            <w:hideMark/>
          </w:tcPr>
          <w:p w14:paraId="27D6B7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33861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510DD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30942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53AC3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A768B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0C650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930425D" w14:textId="77777777" w:rsidTr="006750F2">
        <w:trPr>
          <w:trHeight w:val="280"/>
        </w:trPr>
        <w:tc>
          <w:tcPr>
            <w:tcW w:w="919" w:type="dxa"/>
            <w:noWrap/>
            <w:hideMark/>
          </w:tcPr>
          <w:p w14:paraId="2AE2624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Selenomonas</w:t>
            </w:r>
          </w:p>
        </w:tc>
        <w:tc>
          <w:tcPr>
            <w:tcW w:w="852" w:type="dxa"/>
            <w:noWrap/>
            <w:hideMark/>
          </w:tcPr>
          <w:p w14:paraId="49DFF5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Negativicutes</w:t>
            </w:r>
          </w:p>
        </w:tc>
        <w:tc>
          <w:tcPr>
            <w:tcW w:w="513" w:type="dxa"/>
            <w:noWrap/>
            <w:hideMark/>
          </w:tcPr>
          <w:p w14:paraId="2FDA68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42</w:t>
            </w:r>
          </w:p>
        </w:tc>
        <w:tc>
          <w:tcPr>
            <w:tcW w:w="768" w:type="dxa"/>
            <w:noWrap/>
            <w:hideMark/>
          </w:tcPr>
          <w:p w14:paraId="68DF1C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25230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54.8</w:t>
            </w:r>
          </w:p>
        </w:tc>
        <w:tc>
          <w:tcPr>
            <w:tcW w:w="721" w:type="dxa"/>
            <w:noWrap/>
            <w:hideMark/>
          </w:tcPr>
          <w:p w14:paraId="362153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781D8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73.8</w:t>
            </w:r>
          </w:p>
        </w:tc>
        <w:tc>
          <w:tcPr>
            <w:tcW w:w="694" w:type="dxa"/>
            <w:noWrap/>
            <w:hideMark/>
          </w:tcPr>
          <w:p w14:paraId="0B51A1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59AA5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83.3</w:t>
            </w:r>
          </w:p>
        </w:tc>
        <w:tc>
          <w:tcPr>
            <w:tcW w:w="909" w:type="dxa"/>
            <w:noWrap/>
            <w:hideMark/>
          </w:tcPr>
          <w:p w14:paraId="28C9A0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157.1</w:t>
            </w:r>
          </w:p>
        </w:tc>
        <w:tc>
          <w:tcPr>
            <w:tcW w:w="751" w:type="dxa"/>
            <w:noWrap/>
            <w:hideMark/>
          </w:tcPr>
          <w:p w14:paraId="5A105D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0F28A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3B837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D2E66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382E95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E213A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BC96B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E9E69D4" w14:textId="77777777" w:rsidTr="006750F2">
        <w:trPr>
          <w:trHeight w:val="280"/>
        </w:trPr>
        <w:tc>
          <w:tcPr>
            <w:tcW w:w="919" w:type="dxa"/>
            <w:noWrap/>
            <w:hideMark/>
          </w:tcPr>
          <w:p w14:paraId="5B6EB57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Sporomusa</w:t>
            </w:r>
          </w:p>
        </w:tc>
        <w:tc>
          <w:tcPr>
            <w:tcW w:w="852" w:type="dxa"/>
            <w:noWrap/>
            <w:hideMark/>
          </w:tcPr>
          <w:p w14:paraId="41345B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Negativicutes</w:t>
            </w:r>
          </w:p>
        </w:tc>
        <w:tc>
          <w:tcPr>
            <w:tcW w:w="513" w:type="dxa"/>
            <w:noWrap/>
            <w:hideMark/>
          </w:tcPr>
          <w:p w14:paraId="109D18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75B4D7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5B863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21" w:type="dxa"/>
            <w:noWrap/>
            <w:hideMark/>
          </w:tcPr>
          <w:p w14:paraId="7DD12A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C6A05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94" w:type="dxa"/>
            <w:noWrap/>
            <w:hideMark/>
          </w:tcPr>
          <w:p w14:paraId="6A5EC2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06B84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91.7</w:t>
            </w:r>
          </w:p>
        </w:tc>
        <w:tc>
          <w:tcPr>
            <w:tcW w:w="909" w:type="dxa"/>
            <w:noWrap/>
            <w:hideMark/>
          </w:tcPr>
          <w:p w14:paraId="47C366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191.7</w:t>
            </w:r>
          </w:p>
        </w:tc>
        <w:tc>
          <w:tcPr>
            <w:tcW w:w="751" w:type="dxa"/>
            <w:noWrap/>
            <w:hideMark/>
          </w:tcPr>
          <w:p w14:paraId="2E3ED7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BDEDF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0334D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B2D94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1EA7E1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298B58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1D25F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5E5A918" w14:textId="77777777" w:rsidTr="006750F2">
        <w:trPr>
          <w:trHeight w:val="280"/>
        </w:trPr>
        <w:tc>
          <w:tcPr>
            <w:tcW w:w="919" w:type="dxa"/>
            <w:noWrap/>
            <w:hideMark/>
          </w:tcPr>
          <w:p w14:paraId="7E4EE2F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Succiniclasticum</w:t>
            </w:r>
          </w:p>
        </w:tc>
        <w:tc>
          <w:tcPr>
            <w:tcW w:w="852" w:type="dxa"/>
            <w:noWrap/>
            <w:hideMark/>
          </w:tcPr>
          <w:p w14:paraId="336564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Negativicutes</w:t>
            </w:r>
          </w:p>
        </w:tc>
        <w:tc>
          <w:tcPr>
            <w:tcW w:w="513" w:type="dxa"/>
            <w:noWrap/>
            <w:hideMark/>
          </w:tcPr>
          <w:p w14:paraId="53CFAB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60F40A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D52DD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F08E1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2B170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694" w:type="dxa"/>
            <w:noWrap/>
            <w:hideMark/>
          </w:tcPr>
          <w:p w14:paraId="7C2669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8A4FF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CE724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751" w:type="dxa"/>
            <w:noWrap/>
            <w:hideMark/>
          </w:tcPr>
          <w:p w14:paraId="6A7F8F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ABF7C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F0642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E25C1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597EBB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DE72F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91496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9E9F675" w14:textId="77777777" w:rsidTr="006750F2">
        <w:trPr>
          <w:trHeight w:val="280"/>
        </w:trPr>
        <w:tc>
          <w:tcPr>
            <w:tcW w:w="919" w:type="dxa"/>
            <w:noWrap/>
            <w:hideMark/>
          </w:tcPr>
          <w:p w14:paraId="5694B85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Veillonella</w:t>
            </w:r>
          </w:p>
        </w:tc>
        <w:tc>
          <w:tcPr>
            <w:tcW w:w="852" w:type="dxa"/>
            <w:noWrap/>
            <w:hideMark/>
          </w:tcPr>
          <w:p w14:paraId="226FB0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Negativicutes</w:t>
            </w:r>
          </w:p>
        </w:tc>
        <w:tc>
          <w:tcPr>
            <w:tcW w:w="513" w:type="dxa"/>
            <w:noWrap/>
            <w:hideMark/>
          </w:tcPr>
          <w:p w14:paraId="31D4E2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54</w:t>
            </w:r>
          </w:p>
        </w:tc>
        <w:tc>
          <w:tcPr>
            <w:tcW w:w="768" w:type="dxa"/>
            <w:noWrap/>
            <w:hideMark/>
          </w:tcPr>
          <w:p w14:paraId="4F0B84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7F402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87</w:t>
            </w:r>
          </w:p>
        </w:tc>
        <w:tc>
          <w:tcPr>
            <w:tcW w:w="721" w:type="dxa"/>
            <w:noWrap/>
            <w:hideMark/>
          </w:tcPr>
          <w:p w14:paraId="37138C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3FE44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w:t>
            </w:r>
          </w:p>
        </w:tc>
        <w:tc>
          <w:tcPr>
            <w:tcW w:w="694" w:type="dxa"/>
            <w:noWrap/>
            <w:hideMark/>
          </w:tcPr>
          <w:p w14:paraId="4CA250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9EBAB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1256B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9.3</w:t>
            </w:r>
          </w:p>
        </w:tc>
        <w:tc>
          <w:tcPr>
            <w:tcW w:w="751" w:type="dxa"/>
            <w:noWrap/>
            <w:hideMark/>
          </w:tcPr>
          <w:p w14:paraId="039075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808F2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A544C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F0FFA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6307CB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D22FA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1DF98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489D5458" w14:textId="77777777" w:rsidTr="006750F2">
        <w:trPr>
          <w:trHeight w:val="280"/>
        </w:trPr>
        <w:tc>
          <w:tcPr>
            <w:tcW w:w="919" w:type="dxa"/>
            <w:noWrap/>
            <w:hideMark/>
          </w:tcPr>
          <w:p w14:paraId="1FA0DAC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Bin75</w:t>
            </w:r>
          </w:p>
        </w:tc>
        <w:tc>
          <w:tcPr>
            <w:tcW w:w="852" w:type="dxa"/>
            <w:noWrap/>
            <w:hideMark/>
          </w:tcPr>
          <w:p w14:paraId="78F68B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Nitrospiria</w:t>
            </w:r>
          </w:p>
        </w:tc>
        <w:tc>
          <w:tcPr>
            <w:tcW w:w="513" w:type="dxa"/>
            <w:noWrap/>
            <w:hideMark/>
          </w:tcPr>
          <w:p w14:paraId="2541E5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6C0FBB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293F5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92.3</w:t>
            </w:r>
          </w:p>
        </w:tc>
        <w:tc>
          <w:tcPr>
            <w:tcW w:w="721" w:type="dxa"/>
            <w:noWrap/>
            <w:hideMark/>
          </w:tcPr>
          <w:p w14:paraId="7150DA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92.3</w:t>
            </w:r>
          </w:p>
        </w:tc>
        <w:tc>
          <w:tcPr>
            <w:tcW w:w="674" w:type="dxa"/>
            <w:noWrap/>
            <w:hideMark/>
          </w:tcPr>
          <w:p w14:paraId="45C926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0DE40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965CC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169F0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829F4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92.3</w:t>
            </w:r>
          </w:p>
        </w:tc>
        <w:tc>
          <w:tcPr>
            <w:tcW w:w="1008" w:type="dxa"/>
            <w:noWrap/>
            <w:hideMark/>
          </w:tcPr>
          <w:p w14:paraId="2C9BF9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76BE57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N-Loss Specialist</w:t>
            </w:r>
          </w:p>
        </w:tc>
        <w:tc>
          <w:tcPr>
            <w:tcW w:w="881" w:type="dxa"/>
            <w:noWrap/>
            <w:hideMark/>
          </w:tcPr>
          <w:p w14:paraId="7F1D40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0376E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9A2C9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51EC5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0A3E95BF" w14:textId="77777777" w:rsidTr="006750F2">
        <w:trPr>
          <w:trHeight w:val="280"/>
        </w:trPr>
        <w:tc>
          <w:tcPr>
            <w:tcW w:w="919" w:type="dxa"/>
            <w:noWrap/>
            <w:hideMark/>
          </w:tcPr>
          <w:p w14:paraId="56B995F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Nitrospira</w:t>
            </w:r>
          </w:p>
        </w:tc>
        <w:tc>
          <w:tcPr>
            <w:tcW w:w="852" w:type="dxa"/>
            <w:noWrap/>
            <w:hideMark/>
          </w:tcPr>
          <w:p w14:paraId="28BB61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Nitrospiria</w:t>
            </w:r>
          </w:p>
        </w:tc>
        <w:tc>
          <w:tcPr>
            <w:tcW w:w="513" w:type="dxa"/>
            <w:noWrap/>
            <w:hideMark/>
          </w:tcPr>
          <w:p w14:paraId="37A2CD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94</w:t>
            </w:r>
          </w:p>
        </w:tc>
        <w:tc>
          <w:tcPr>
            <w:tcW w:w="768" w:type="dxa"/>
            <w:noWrap/>
            <w:hideMark/>
          </w:tcPr>
          <w:p w14:paraId="7BB1DE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1BB10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78.7</w:t>
            </w:r>
          </w:p>
        </w:tc>
        <w:tc>
          <w:tcPr>
            <w:tcW w:w="721" w:type="dxa"/>
            <w:noWrap/>
            <w:hideMark/>
          </w:tcPr>
          <w:p w14:paraId="3084BE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94.7</w:t>
            </w:r>
          </w:p>
        </w:tc>
        <w:tc>
          <w:tcPr>
            <w:tcW w:w="674" w:type="dxa"/>
            <w:noWrap/>
            <w:hideMark/>
          </w:tcPr>
          <w:p w14:paraId="6F8AE2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E1B30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w:t>
            </w:r>
          </w:p>
        </w:tc>
        <w:tc>
          <w:tcPr>
            <w:tcW w:w="772" w:type="dxa"/>
            <w:noWrap/>
            <w:hideMark/>
          </w:tcPr>
          <w:p w14:paraId="342EDD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7.4</w:t>
            </w:r>
          </w:p>
        </w:tc>
        <w:tc>
          <w:tcPr>
            <w:tcW w:w="909" w:type="dxa"/>
            <w:noWrap/>
            <w:hideMark/>
          </w:tcPr>
          <w:p w14:paraId="04F89A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7.4</w:t>
            </w:r>
          </w:p>
        </w:tc>
        <w:tc>
          <w:tcPr>
            <w:tcW w:w="751" w:type="dxa"/>
            <w:noWrap/>
            <w:hideMark/>
          </w:tcPr>
          <w:p w14:paraId="504C82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127.7</w:t>
            </w:r>
          </w:p>
        </w:tc>
        <w:tc>
          <w:tcPr>
            <w:tcW w:w="1008" w:type="dxa"/>
            <w:noWrap/>
            <w:hideMark/>
          </w:tcPr>
          <w:p w14:paraId="223982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34353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N-Loss Specialist</w:t>
            </w:r>
          </w:p>
        </w:tc>
        <w:tc>
          <w:tcPr>
            <w:tcW w:w="881" w:type="dxa"/>
            <w:noWrap/>
            <w:hideMark/>
          </w:tcPr>
          <w:p w14:paraId="18E3A7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70AE25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63E3BF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334C3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73A4C03B" w14:textId="77777777" w:rsidTr="006750F2">
        <w:trPr>
          <w:trHeight w:val="280"/>
        </w:trPr>
        <w:tc>
          <w:tcPr>
            <w:tcW w:w="919" w:type="dxa"/>
            <w:noWrap/>
            <w:hideMark/>
          </w:tcPr>
          <w:p w14:paraId="1E03899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Palsa-1315</w:t>
            </w:r>
          </w:p>
        </w:tc>
        <w:tc>
          <w:tcPr>
            <w:tcW w:w="852" w:type="dxa"/>
            <w:noWrap/>
            <w:hideMark/>
          </w:tcPr>
          <w:p w14:paraId="08C251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Nitrospiria</w:t>
            </w:r>
          </w:p>
        </w:tc>
        <w:tc>
          <w:tcPr>
            <w:tcW w:w="513" w:type="dxa"/>
            <w:noWrap/>
            <w:hideMark/>
          </w:tcPr>
          <w:p w14:paraId="21BBA2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68" w:type="dxa"/>
            <w:noWrap/>
            <w:hideMark/>
          </w:tcPr>
          <w:p w14:paraId="365D01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917CA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78.3</w:t>
            </w:r>
          </w:p>
        </w:tc>
        <w:tc>
          <w:tcPr>
            <w:tcW w:w="721" w:type="dxa"/>
            <w:noWrap/>
            <w:hideMark/>
          </w:tcPr>
          <w:p w14:paraId="10B24F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87</w:t>
            </w:r>
          </w:p>
        </w:tc>
        <w:tc>
          <w:tcPr>
            <w:tcW w:w="674" w:type="dxa"/>
            <w:noWrap/>
            <w:hideMark/>
          </w:tcPr>
          <w:p w14:paraId="239F95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C3BC5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C0A6B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6D5C1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16B6B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87</w:t>
            </w:r>
          </w:p>
        </w:tc>
        <w:tc>
          <w:tcPr>
            <w:tcW w:w="1008" w:type="dxa"/>
            <w:noWrap/>
            <w:hideMark/>
          </w:tcPr>
          <w:p w14:paraId="30FEC7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3930A6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N-Loss Specialist</w:t>
            </w:r>
          </w:p>
        </w:tc>
        <w:tc>
          <w:tcPr>
            <w:tcW w:w="881" w:type="dxa"/>
            <w:noWrap/>
            <w:hideMark/>
          </w:tcPr>
          <w:p w14:paraId="1A6781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FF236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5A276E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5C8CE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5EB5700D" w14:textId="77777777" w:rsidTr="006750F2">
        <w:trPr>
          <w:trHeight w:val="280"/>
        </w:trPr>
        <w:tc>
          <w:tcPr>
            <w:tcW w:w="919" w:type="dxa"/>
            <w:noWrap/>
            <w:hideMark/>
          </w:tcPr>
          <w:p w14:paraId="126F88F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F1-60-MAGs104</w:t>
            </w:r>
          </w:p>
        </w:tc>
        <w:tc>
          <w:tcPr>
            <w:tcW w:w="852" w:type="dxa"/>
            <w:noWrap/>
            <w:hideMark/>
          </w:tcPr>
          <w:p w14:paraId="5BE5B3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Phycisphaerae</w:t>
            </w:r>
          </w:p>
        </w:tc>
        <w:tc>
          <w:tcPr>
            <w:tcW w:w="513" w:type="dxa"/>
            <w:noWrap/>
            <w:hideMark/>
          </w:tcPr>
          <w:p w14:paraId="161CC0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68048B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1791B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721" w:type="dxa"/>
            <w:noWrap/>
            <w:hideMark/>
          </w:tcPr>
          <w:p w14:paraId="6E26A8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C1F6B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C7746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6CB26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A8653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E447D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48A6C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7D7011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F6DC0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074D5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D1F2F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07B21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EF20D2A" w14:textId="77777777" w:rsidTr="006750F2">
        <w:trPr>
          <w:trHeight w:val="280"/>
        </w:trPr>
        <w:tc>
          <w:tcPr>
            <w:tcW w:w="919" w:type="dxa"/>
            <w:noWrap/>
            <w:hideMark/>
          </w:tcPr>
          <w:p w14:paraId="71988A5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GCA-002718515</w:t>
            </w:r>
          </w:p>
        </w:tc>
        <w:tc>
          <w:tcPr>
            <w:tcW w:w="852" w:type="dxa"/>
            <w:noWrap/>
            <w:hideMark/>
          </w:tcPr>
          <w:p w14:paraId="04005A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Phycisphaerae</w:t>
            </w:r>
          </w:p>
        </w:tc>
        <w:tc>
          <w:tcPr>
            <w:tcW w:w="513" w:type="dxa"/>
            <w:noWrap/>
            <w:hideMark/>
          </w:tcPr>
          <w:p w14:paraId="1C90C5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79078F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2178F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21" w:type="dxa"/>
            <w:noWrap/>
            <w:hideMark/>
          </w:tcPr>
          <w:p w14:paraId="4CF9BD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3EADD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43A0E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25596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873CF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DF319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2274F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292753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4BEC2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52D83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E0F70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14F6C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D9BE04C" w14:textId="77777777" w:rsidTr="006750F2">
        <w:trPr>
          <w:trHeight w:val="280"/>
        </w:trPr>
        <w:tc>
          <w:tcPr>
            <w:tcW w:w="919" w:type="dxa"/>
            <w:noWrap/>
            <w:hideMark/>
          </w:tcPr>
          <w:p w14:paraId="76EFCC4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PLanc-01</w:t>
            </w:r>
          </w:p>
        </w:tc>
        <w:tc>
          <w:tcPr>
            <w:tcW w:w="852" w:type="dxa"/>
            <w:noWrap/>
            <w:hideMark/>
          </w:tcPr>
          <w:p w14:paraId="687C15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Phycisphaerae</w:t>
            </w:r>
          </w:p>
        </w:tc>
        <w:tc>
          <w:tcPr>
            <w:tcW w:w="513" w:type="dxa"/>
            <w:noWrap/>
            <w:hideMark/>
          </w:tcPr>
          <w:p w14:paraId="7B52F1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380889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A9C76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721" w:type="dxa"/>
            <w:noWrap/>
            <w:hideMark/>
          </w:tcPr>
          <w:p w14:paraId="1F787A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BF337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694" w:type="dxa"/>
            <w:noWrap/>
            <w:hideMark/>
          </w:tcPr>
          <w:p w14:paraId="6CACF9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2DF95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71.4</w:t>
            </w:r>
          </w:p>
        </w:tc>
        <w:tc>
          <w:tcPr>
            <w:tcW w:w="909" w:type="dxa"/>
            <w:noWrap/>
            <w:hideMark/>
          </w:tcPr>
          <w:p w14:paraId="16640B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78.6</w:t>
            </w:r>
          </w:p>
        </w:tc>
        <w:tc>
          <w:tcPr>
            <w:tcW w:w="751" w:type="dxa"/>
            <w:noWrap/>
            <w:hideMark/>
          </w:tcPr>
          <w:p w14:paraId="171EBE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18AE2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81447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CFD0B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2BD9D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F4059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2C368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82517FE" w14:textId="77777777" w:rsidTr="006750F2">
        <w:trPr>
          <w:trHeight w:val="280"/>
        </w:trPr>
        <w:tc>
          <w:tcPr>
            <w:tcW w:w="919" w:type="dxa"/>
            <w:noWrap/>
            <w:hideMark/>
          </w:tcPr>
          <w:p w14:paraId="0FF8ABE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SYAC01</w:t>
            </w:r>
          </w:p>
        </w:tc>
        <w:tc>
          <w:tcPr>
            <w:tcW w:w="852" w:type="dxa"/>
            <w:noWrap/>
            <w:hideMark/>
          </w:tcPr>
          <w:p w14:paraId="51E7DD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Phycisphaerae</w:t>
            </w:r>
          </w:p>
        </w:tc>
        <w:tc>
          <w:tcPr>
            <w:tcW w:w="513" w:type="dxa"/>
            <w:noWrap/>
            <w:hideMark/>
          </w:tcPr>
          <w:p w14:paraId="4728E8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075B9D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0C87C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21" w:type="dxa"/>
            <w:noWrap/>
            <w:hideMark/>
          </w:tcPr>
          <w:p w14:paraId="06689D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66BB6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D3CF3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64310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5E885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4548C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A8ECC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234496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94552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36A4C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FF9AA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80EBA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E03BD80" w14:textId="77777777" w:rsidTr="006750F2">
        <w:trPr>
          <w:trHeight w:val="280"/>
        </w:trPr>
        <w:tc>
          <w:tcPr>
            <w:tcW w:w="919" w:type="dxa"/>
            <w:noWrap/>
            <w:hideMark/>
          </w:tcPr>
          <w:p w14:paraId="5216509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UBA1924</w:t>
            </w:r>
          </w:p>
        </w:tc>
        <w:tc>
          <w:tcPr>
            <w:tcW w:w="852" w:type="dxa"/>
            <w:noWrap/>
            <w:hideMark/>
          </w:tcPr>
          <w:p w14:paraId="3D1E07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Phycisphaerae</w:t>
            </w:r>
          </w:p>
        </w:tc>
        <w:tc>
          <w:tcPr>
            <w:tcW w:w="513" w:type="dxa"/>
            <w:noWrap/>
            <w:hideMark/>
          </w:tcPr>
          <w:p w14:paraId="440F82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221E2C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A921D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21" w:type="dxa"/>
            <w:noWrap/>
            <w:hideMark/>
          </w:tcPr>
          <w:p w14:paraId="528F39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B9F2F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4F904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03D74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909" w:type="dxa"/>
            <w:noWrap/>
            <w:hideMark/>
          </w:tcPr>
          <w:p w14:paraId="30AFD0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751" w:type="dxa"/>
            <w:noWrap/>
            <w:hideMark/>
          </w:tcPr>
          <w:p w14:paraId="63E934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47E43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B0331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48A22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25538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A695E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75E76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6BDB367" w14:textId="77777777" w:rsidTr="006750F2">
        <w:trPr>
          <w:trHeight w:val="280"/>
        </w:trPr>
        <w:tc>
          <w:tcPr>
            <w:tcW w:w="919" w:type="dxa"/>
            <w:noWrap/>
            <w:hideMark/>
          </w:tcPr>
          <w:p w14:paraId="5089CBF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Aureliella</w:t>
            </w:r>
          </w:p>
        </w:tc>
        <w:tc>
          <w:tcPr>
            <w:tcW w:w="852" w:type="dxa"/>
            <w:noWrap/>
            <w:hideMark/>
          </w:tcPr>
          <w:p w14:paraId="51619A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Planctomycetia</w:t>
            </w:r>
          </w:p>
        </w:tc>
        <w:tc>
          <w:tcPr>
            <w:tcW w:w="513" w:type="dxa"/>
            <w:noWrap/>
            <w:hideMark/>
          </w:tcPr>
          <w:p w14:paraId="286BDC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4CF1E2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39" w:type="dxa"/>
            <w:noWrap/>
            <w:hideMark/>
          </w:tcPr>
          <w:p w14:paraId="7682BF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721" w:type="dxa"/>
            <w:noWrap/>
            <w:hideMark/>
          </w:tcPr>
          <w:p w14:paraId="1101CE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D5580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4353E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99CC8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909" w:type="dxa"/>
            <w:noWrap/>
            <w:hideMark/>
          </w:tcPr>
          <w:p w14:paraId="7EBB71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51" w:type="dxa"/>
            <w:noWrap/>
            <w:hideMark/>
          </w:tcPr>
          <w:p w14:paraId="77EFE1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89A40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0AAAF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F11D7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A90E4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39948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A8120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2E849B3" w14:textId="77777777" w:rsidTr="006750F2">
        <w:trPr>
          <w:trHeight w:val="280"/>
        </w:trPr>
        <w:tc>
          <w:tcPr>
            <w:tcW w:w="919" w:type="dxa"/>
            <w:noWrap/>
            <w:hideMark/>
          </w:tcPr>
          <w:p w14:paraId="06982C9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Bythopirellula</w:t>
            </w:r>
          </w:p>
        </w:tc>
        <w:tc>
          <w:tcPr>
            <w:tcW w:w="852" w:type="dxa"/>
            <w:noWrap/>
            <w:hideMark/>
          </w:tcPr>
          <w:p w14:paraId="16F383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Planctomycetia</w:t>
            </w:r>
          </w:p>
        </w:tc>
        <w:tc>
          <w:tcPr>
            <w:tcW w:w="513" w:type="dxa"/>
            <w:noWrap/>
            <w:hideMark/>
          </w:tcPr>
          <w:p w14:paraId="16FD66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125B3C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39" w:type="dxa"/>
            <w:noWrap/>
            <w:hideMark/>
          </w:tcPr>
          <w:p w14:paraId="5127EE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721" w:type="dxa"/>
            <w:noWrap/>
            <w:hideMark/>
          </w:tcPr>
          <w:p w14:paraId="040652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19D35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70D99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FC3A6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909" w:type="dxa"/>
            <w:noWrap/>
            <w:hideMark/>
          </w:tcPr>
          <w:p w14:paraId="7FCA8E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18BA99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9917E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DA343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B743C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5408F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8C650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B0326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743A25E" w14:textId="77777777" w:rsidTr="006750F2">
        <w:trPr>
          <w:trHeight w:val="280"/>
        </w:trPr>
        <w:tc>
          <w:tcPr>
            <w:tcW w:w="919" w:type="dxa"/>
            <w:noWrap/>
            <w:hideMark/>
          </w:tcPr>
          <w:p w14:paraId="14602C0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Gemmata</w:t>
            </w:r>
          </w:p>
        </w:tc>
        <w:tc>
          <w:tcPr>
            <w:tcW w:w="852" w:type="dxa"/>
            <w:noWrap/>
            <w:hideMark/>
          </w:tcPr>
          <w:p w14:paraId="4885AD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Planctomycetia</w:t>
            </w:r>
          </w:p>
        </w:tc>
        <w:tc>
          <w:tcPr>
            <w:tcW w:w="513" w:type="dxa"/>
            <w:noWrap/>
            <w:hideMark/>
          </w:tcPr>
          <w:p w14:paraId="4B5A56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63BD35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82.4</w:t>
            </w:r>
          </w:p>
        </w:tc>
        <w:tc>
          <w:tcPr>
            <w:tcW w:w="739" w:type="dxa"/>
            <w:noWrap/>
            <w:hideMark/>
          </w:tcPr>
          <w:p w14:paraId="6CABB8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2C4C4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w:t>
            </w:r>
          </w:p>
        </w:tc>
        <w:tc>
          <w:tcPr>
            <w:tcW w:w="674" w:type="dxa"/>
            <w:noWrap/>
            <w:hideMark/>
          </w:tcPr>
          <w:p w14:paraId="21BFBA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37116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47D6C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AC430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82.4</w:t>
            </w:r>
          </w:p>
        </w:tc>
        <w:tc>
          <w:tcPr>
            <w:tcW w:w="751" w:type="dxa"/>
            <w:noWrap/>
            <w:hideMark/>
          </w:tcPr>
          <w:p w14:paraId="63985A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w:t>
            </w:r>
          </w:p>
        </w:tc>
        <w:tc>
          <w:tcPr>
            <w:tcW w:w="1008" w:type="dxa"/>
            <w:noWrap/>
            <w:hideMark/>
          </w:tcPr>
          <w:p w14:paraId="66D15B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8B75E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DA5E6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09AE8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1E3B9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85245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4FDCF01" w14:textId="77777777" w:rsidTr="006750F2">
        <w:trPr>
          <w:trHeight w:val="280"/>
        </w:trPr>
        <w:tc>
          <w:tcPr>
            <w:tcW w:w="919" w:type="dxa"/>
            <w:noWrap/>
            <w:hideMark/>
          </w:tcPr>
          <w:p w14:paraId="58B8D00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Gimesia</w:t>
            </w:r>
          </w:p>
        </w:tc>
        <w:tc>
          <w:tcPr>
            <w:tcW w:w="852" w:type="dxa"/>
            <w:noWrap/>
            <w:hideMark/>
          </w:tcPr>
          <w:p w14:paraId="451296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Planctomycetia</w:t>
            </w:r>
          </w:p>
        </w:tc>
        <w:tc>
          <w:tcPr>
            <w:tcW w:w="513" w:type="dxa"/>
            <w:noWrap/>
            <w:hideMark/>
          </w:tcPr>
          <w:p w14:paraId="75156E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524335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70.6</w:t>
            </w:r>
          </w:p>
        </w:tc>
        <w:tc>
          <w:tcPr>
            <w:tcW w:w="739" w:type="dxa"/>
            <w:noWrap/>
            <w:hideMark/>
          </w:tcPr>
          <w:p w14:paraId="777A26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w:t>
            </w:r>
          </w:p>
        </w:tc>
        <w:tc>
          <w:tcPr>
            <w:tcW w:w="721" w:type="dxa"/>
            <w:noWrap/>
            <w:hideMark/>
          </w:tcPr>
          <w:p w14:paraId="2418CB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64488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E2FD9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CA9D1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64.7</w:t>
            </w:r>
          </w:p>
        </w:tc>
        <w:tc>
          <w:tcPr>
            <w:tcW w:w="909" w:type="dxa"/>
            <w:noWrap/>
            <w:hideMark/>
          </w:tcPr>
          <w:p w14:paraId="59D822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135.3</w:t>
            </w:r>
          </w:p>
        </w:tc>
        <w:tc>
          <w:tcPr>
            <w:tcW w:w="751" w:type="dxa"/>
            <w:noWrap/>
            <w:hideMark/>
          </w:tcPr>
          <w:p w14:paraId="53B814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7E90D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2B50D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6E041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44A24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B5D9A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10EEF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C4E4ADA" w14:textId="77777777" w:rsidTr="006750F2">
        <w:trPr>
          <w:trHeight w:val="280"/>
        </w:trPr>
        <w:tc>
          <w:tcPr>
            <w:tcW w:w="919" w:type="dxa"/>
            <w:noWrap/>
            <w:hideMark/>
          </w:tcPr>
          <w:p w14:paraId="77FB485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Mariniblastus</w:t>
            </w:r>
          </w:p>
        </w:tc>
        <w:tc>
          <w:tcPr>
            <w:tcW w:w="852" w:type="dxa"/>
            <w:noWrap/>
            <w:hideMark/>
          </w:tcPr>
          <w:p w14:paraId="7E12BF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Planctomycetia</w:t>
            </w:r>
          </w:p>
        </w:tc>
        <w:tc>
          <w:tcPr>
            <w:tcW w:w="513" w:type="dxa"/>
            <w:noWrap/>
            <w:hideMark/>
          </w:tcPr>
          <w:p w14:paraId="3039C9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340234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10.5</w:t>
            </w:r>
          </w:p>
        </w:tc>
        <w:tc>
          <w:tcPr>
            <w:tcW w:w="739" w:type="dxa"/>
            <w:noWrap/>
            <w:hideMark/>
          </w:tcPr>
          <w:p w14:paraId="53B326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w:t>
            </w:r>
          </w:p>
        </w:tc>
        <w:tc>
          <w:tcPr>
            <w:tcW w:w="721" w:type="dxa"/>
            <w:noWrap/>
            <w:hideMark/>
          </w:tcPr>
          <w:p w14:paraId="1AC8A9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F2144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A3DC0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E093E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39D33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10.5</w:t>
            </w:r>
          </w:p>
        </w:tc>
        <w:tc>
          <w:tcPr>
            <w:tcW w:w="751" w:type="dxa"/>
            <w:noWrap/>
            <w:hideMark/>
          </w:tcPr>
          <w:p w14:paraId="10C55F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EF9CF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08C2F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CF429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DEFDC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5F51B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73C38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8DC28C8" w14:textId="77777777" w:rsidTr="006750F2">
        <w:trPr>
          <w:trHeight w:val="280"/>
        </w:trPr>
        <w:tc>
          <w:tcPr>
            <w:tcW w:w="919" w:type="dxa"/>
            <w:noWrap/>
            <w:hideMark/>
          </w:tcPr>
          <w:p w14:paraId="529A541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Pirellula</w:t>
            </w:r>
          </w:p>
        </w:tc>
        <w:tc>
          <w:tcPr>
            <w:tcW w:w="852" w:type="dxa"/>
            <w:noWrap/>
            <w:hideMark/>
          </w:tcPr>
          <w:p w14:paraId="059856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Planctomycetia</w:t>
            </w:r>
          </w:p>
        </w:tc>
        <w:tc>
          <w:tcPr>
            <w:tcW w:w="513" w:type="dxa"/>
            <w:noWrap/>
            <w:hideMark/>
          </w:tcPr>
          <w:p w14:paraId="404171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29B003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10.5</w:t>
            </w:r>
          </w:p>
        </w:tc>
        <w:tc>
          <w:tcPr>
            <w:tcW w:w="739" w:type="dxa"/>
            <w:noWrap/>
            <w:hideMark/>
          </w:tcPr>
          <w:p w14:paraId="608233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w:t>
            </w:r>
          </w:p>
        </w:tc>
        <w:tc>
          <w:tcPr>
            <w:tcW w:w="721" w:type="dxa"/>
            <w:noWrap/>
            <w:hideMark/>
          </w:tcPr>
          <w:p w14:paraId="7E05D5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0C981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D6882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D670E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599E7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10.5</w:t>
            </w:r>
          </w:p>
        </w:tc>
        <w:tc>
          <w:tcPr>
            <w:tcW w:w="751" w:type="dxa"/>
            <w:noWrap/>
            <w:hideMark/>
          </w:tcPr>
          <w:p w14:paraId="2C5E22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24D15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23811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C0D01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9EF6D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1533B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11A4B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DBDB338" w14:textId="77777777" w:rsidTr="006750F2">
        <w:trPr>
          <w:trHeight w:val="280"/>
        </w:trPr>
        <w:tc>
          <w:tcPr>
            <w:tcW w:w="919" w:type="dxa"/>
            <w:noWrap/>
            <w:hideMark/>
          </w:tcPr>
          <w:p w14:paraId="31156AE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QWPN01</w:t>
            </w:r>
          </w:p>
        </w:tc>
        <w:tc>
          <w:tcPr>
            <w:tcW w:w="852" w:type="dxa"/>
            <w:noWrap/>
            <w:hideMark/>
          </w:tcPr>
          <w:p w14:paraId="1DB30F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Planctomycetia</w:t>
            </w:r>
          </w:p>
        </w:tc>
        <w:tc>
          <w:tcPr>
            <w:tcW w:w="513" w:type="dxa"/>
            <w:noWrap/>
            <w:hideMark/>
          </w:tcPr>
          <w:p w14:paraId="796BB3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33CDA8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3BD27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AA7CB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23E60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DFC89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C339D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323E7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36D73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8F014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D40EF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F3DA0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A52DF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784264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6094C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170B175" w14:textId="77777777" w:rsidTr="006750F2">
        <w:trPr>
          <w:trHeight w:val="280"/>
        </w:trPr>
        <w:tc>
          <w:tcPr>
            <w:tcW w:w="919" w:type="dxa"/>
            <w:noWrap/>
            <w:hideMark/>
          </w:tcPr>
          <w:p w14:paraId="0191520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RUG369</w:t>
            </w:r>
          </w:p>
        </w:tc>
        <w:tc>
          <w:tcPr>
            <w:tcW w:w="852" w:type="dxa"/>
            <w:noWrap/>
            <w:hideMark/>
          </w:tcPr>
          <w:p w14:paraId="3F0377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Planctomycetia</w:t>
            </w:r>
          </w:p>
        </w:tc>
        <w:tc>
          <w:tcPr>
            <w:tcW w:w="513" w:type="dxa"/>
            <w:noWrap/>
            <w:hideMark/>
          </w:tcPr>
          <w:p w14:paraId="03114D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49C6EB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F4B5B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8FD96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38EBB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5C170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91403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FCD08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7BA29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BC57A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20751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DCD32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141BE9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DD162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4AD24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C4D3B4F" w14:textId="77777777" w:rsidTr="006750F2">
        <w:trPr>
          <w:trHeight w:val="280"/>
        </w:trPr>
        <w:tc>
          <w:tcPr>
            <w:tcW w:w="919" w:type="dxa"/>
            <w:noWrap/>
            <w:hideMark/>
          </w:tcPr>
          <w:p w14:paraId="0B54D48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Rhodopirellula</w:t>
            </w:r>
          </w:p>
        </w:tc>
        <w:tc>
          <w:tcPr>
            <w:tcW w:w="852" w:type="dxa"/>
            <w:noWrap/>
            <w:hideMark/>
          </w:tcPr>
          <w:p w14:paraId="506954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Planctomycetia</w:t>
            </w:r>
          </w:p>
        </w:tc>
        <w:tc>
          <w:tcPr>
            <w:tcW w:w="513" w:type="dxa"/>
            <w:noWrap/>
            <w:hideMark/>
          </w:tcPr>
          <w:p w14:paraId="73DE3A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2F7B36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35.7</w:t>
            </w:r>
          </w:p>
        </w:tc>
        <w:tc>
          <w:tcPr>
            <w:tcW w:w="739" w:type="dxa"/>
            <w:noWrap/>
            <w:hideMark/>
          </w:tcPr>
          <w:p w14:paraId="24F174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57.1</w:t>
            </w:r>
          </w:p>
        </w:tc>
        <w:tc>
          <w:tcPr>
            <w:tcW w:w="721" w:type="dxa"/>
            <w:noWrap/>
            <w:hideMark/>
          </w:tcPr>
          <w:p w14:paraId="5E1C42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D28A1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ABED1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5850A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92.9</w:t>
            </w:r>
          </w:p>
        </w:tc>
        <w:tc>
          <w:tcPr>
            <w:tcW w:w="909" w:type="dxa"/>
            <w:noWrap/>
            <w:hideMark/>
          </w:tcPr>
          <w:p w14:paraId="7C0146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128.6</w:t>
            </w:r>
          </w:p>
        </w:tc>
        <w:tc>
          <w:tcPr>
            <w:tcW w:w="751" w:type="dxa"/>
            <w:noWrap/>
            <w:hideMark/>
          </w:tcPr>
          <w:p w14:paraId="580991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21B66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0454B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D61ED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0F30D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76528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ED429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985567D" w14:textId="77777777" w:rsidTr="006750F2">
        <w:trPr>
          <w:trHeight w:val="280"/>
        </w:trPr>
        <w:tc>
          <w:tcPr>
            <w:tcW w:w="919" w:type="dxa"/>
            <w:noWrap/>
            <w:hideMark/>
          </w:tcPr>
          <w:p w14:paraId="19E9266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Rubripirellula</w:t>
            </w:r>
          </w:p>
        </w:tc>
        <w:tc>
          <w:tcPr>
            <w:tcW w:w="852" w:type="dxa"/>
            <w:noWrap/>
            <w:hideMark/>
          </w:tcPr>
          <w:p w14:paraId="207436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Planctomycetia</w:t>
            </w:r>
          </w:p>
        </w:tc>
        <w:tc>
          <w:tcPr>
            <w:tcW w:w="513" w:type="dxa"/>
            <w:noWrap/>
            <w:hideMark/>
          </w:tcPr>
          <w:p w14:paraId="256B40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1E897B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w:t>
            </w:r>
          </w:p>
        </w:tc>
        <w:tc>
          <w:tcPr>
            <w:tcW w:w="739" w:type="dxa"/>
            <w:noWrap/>
            <w:hideMark/>
          </w:tcPr>
          <w:p w14:paraId="1B64FA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29.4</w:t>
            </w:r>
          </w:p>
        </w:tc>
        <w:tc>
          <w:tcPr>
            <w:tcW w:w="721" w:type="dxa"/>
            <w:noWrap/>
            <w:hideMark/>
          </w:tcPr>
          <w:p w14:paraId="0BE38B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35E4A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36D7E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AA09F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35.3</w:t>
            </w:r>
          </w:p>
        </w:tc>
        <w:tc>
          <w:tcPr>
            <w:tcW w:w="909" w:type="dxa"/>
            <w:noWrap/>
            <w:hideMark/>
          </w:tcPr>
          <w:p w14:paraId="5F1826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47.1</w:t>
            </w:r>
          </w:p>
        </w:tc>
        <w:tc>
          <w:tcPr>
            <w:tcW w:w="751" w:type="dxa"/>
            <w:noWrap/>
            <w:hideMark/>
          </w:tcPr>
          <w:p w14:paraId="3C9535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31F39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FED26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7F987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AE1DC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5DDCF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96096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30F9782E" w14:textId="77777777" w:rsidTr="006750F2">
        <w:trPr>
          <w:trHeight w:val="280"/>
        </w:trPr>
        <w:tc>
          <w:tcPr>
            <w:tcW w:w="919" w:type="dxa"/>
            <w:noWrap/>
            <w:hideMark/>
          </w:tcPr>
          <w:p w14:paraId="3B53DF7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SXXK01</w:t>
            </w:r>
          </w:p>
        </w:tc>
        <w:tc>
          <w:tcPr>
            <w:tcW w:w="852" w:type="dxa"/>
            <w:noWrap/>
            <w:hideMark/>
          </w:tcPr>
          <w:p w14:paraId="1BB09A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Planctomycetia</w:t>
            </w:r>
          </w:p>
        </w:tc>
        <w:tc>
          <w:tcPr>
            <w:tcW w:w="513" w:type="dxa"/>
            <w:noWrap/>
            <w:hideMark/>
          </w:tcPr>
          <w:p w14:paraId="613116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33316C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A2BA7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21" w:type="dxa"/>
            <w:noWrap/>
            <w:hideMark/>
          </w:tcPr>
          <w:p w14:paraId="47B621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11D02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0FC5C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C66F0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42DAC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73C5C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1A5A2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1A50CD9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8EC4E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C7B69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58625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663E2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386AF23" w14:textId="77777777" w:rsidTr="006750F2">
        <w:trPr>
          <w:trHeight w:val="280"/>
        </w:trPr>
        <w:tc>
          <w:tcPr>
            <w:tcW w:w="919" w:type="dxa"/>
            <w:noWrap/>
            <w:hideMark/>
          </w:tcPr>
          <w:p w14:paraId="6D8439B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Schlesneria</w:t>
            </w:r>
          </w:p>
        </w:tc>
        <w:tc>
          <w:tcPr>
            <w:tcW w:w="852" w:type="dxa"/>
            <w:noWrap/>
            <w:hideMark/>
          </w:tcPr>
          <w:p w14:paraId="04A682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Planctomycetia</w:t>
            </w:r>
          </w:p>
        </w:tc>
        <w:tc>
          <w:tcPr>
            <w:tcW w:w="513" w:type="dxa"/>
            <w:noWrap/>
            <w:hideMark/>
          </w:tcPr>
          <w:p w14:paraId="02F05A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59D6562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39" w:type="dxa"/>
            <w:noWrap/>
            <w:hideMark/>
          </w:tcPr>
          <w:p w14:paraId="0EB437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2C769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73160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C44F9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D3481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252BF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0B90E8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1328D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B6555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99530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B6A10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7F1534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B9523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2E99F60" w14:textId="77777777" w:rsidTr="006750F2">
        <w:trPr>
          <w:trHeight w:val="280"/>
        </w:trPr>
        <w:tc>
          <w:tcPr>
            <w:tcW w:w="919" w:type="dxa"/>
            <w:noWrap/>
            <w:hideMark/>
          </w:tcPr>
          <w:p w14:paraId="70F9C554"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Stieleria</w:t>
            </w:r>
          </w:p>
        </w:tc>
        <w:tc>
          <w:tcPr>
            <w:tcW w:w="852" w:type="dxa"/>
            <w:noWrap/>
            <w:hideMark/>
          </w:tcPr>
          <w:p w14:paraId="39140B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Planctomycetia</w:t>
            </w:r>
          </w:p>
        </w:tc>
        <w:tc>
          <w:tcPr>
            <w:tcW w:w="513" w:type="dxa"/>
            <w:noWrap/>
            <w:hideMark/>
          </w:tcPr>
          <w:p w14:paraId="51145F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15B00A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53.8</w:t>
            </w:r>
          </w:p>
        </w:tc>
        <w:tc>
          <w:tcPr>
            <w:tcW w:w="739" w:type="dxa"/>
            <w:noWrap/>
            <w:hideMark/>
          </w:tcPr>
          <w:p w14:paraId="1D9DBA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76.9</w:t>
            </w:r>
          </w:p>
        </w:tc>
        <w:tc>
          <w:tcPr>
            <w:tcW w:w="721" w:type="dxa"/>
            <w:noWrap/>
            <w:hideMark/>
          </w:tcPr>
          <w:p w14:paraId="470297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9820C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D38F5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D2BC3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92.3</w:t>
            </w:r>
          </w:p>
        </w:tc>
        <w:tc>
          <w:tcPr>
            <w:tcW w:w="909" w:type="dxa"/>
            <w:noWrap/>
            <w:hideMark/>
          </w:tcPr>
          <w:p w14:paraId="02F786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146.2</w:t>
            </w:r>
          </w:p>
        </w:tc>
        <w:tc>
          <w:tcPr>
            <w:tcW w:w="751" w:type="dxa"/>
            <w:noWrap/>
            <w:hideMark/>
          </w:tcPr>
          <w:p w14:paraId="6CEBD7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EC226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95DC6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D9C62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38AC8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E4B0E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085AA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08FE4798" w14:textId="77777777" w:rsidTr="006750F2">
        <w:trPr>
          <w:trHeight w:val="280"/>
        </w:trPr>
        <w:tc>
          <w:tcPr>
            <w:tcW w:w="919" w:type="dxa"/>
            <w:noWrap/>
            <w:hideMark/>
          </w:tcPr>
          <w:p w14:paraId="1794014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JABFXX01</w:t>
            </w:r>
          </w:p>
        </w:tc>
        <w:tc>
          <w:tcPr>
            <w:tcW w:w="852" w:type="dxa"/>
            <w:noWrap/>
            <w:hideMark/>
          </w:tcPr>
          <w:p w14:paraId="24023E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Polyangia</w:t>
            </w:r>
          </w:p>
        </w:tc>
        <w:tc>
          <w:tcPr>
            <w:tcW w:w="513" w:type="dxa"/>
            <w:noWrap/>
            <w:hideMark/>
          </w:tcPr>
          <w:p w14:paraId="05221E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08EFC6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739" w:type="dxa"/>
            <w:noWrap/>
            <w:hideMark/>
          </w:tcPr>
          <w:p w14:paraId="719C5E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721" w:type="dxa"/>
            <w:noWrap/>
            <w:hideMark/>
          </w:tcPr>
          <w:p w14:paraId="16EF92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18.8</w:t>
            </w:r>
          </w:p>
        </w:tc>
        <w:tc>
          <w:tcPr>
            <w:tcW w:w="674" w:type="dxa"/>
            <w:noWrap/>
            <w:hideMark/>
          </w:tcPr>
          <w:p w14:paraId="7FD274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7C9AF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F6542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18.8</w:t>
            </w:r>
          </w:p>
        </w:tc>
        <w:tc>
          <w:tcPr>
            <w:tcW w:w="909" w:type="dxa"/>
            <w:noWrap/>
            <w:hideMark/>
          </w:tcPr>
          <w:p w14:paraId="0AADAE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31.2</w:t>
            </w:r>
          </w:p>
        </w:tc>
        <w:tc>
          <w:tcPr>
            <w:tcW w:w="751" w:type="dxa"/>
            <w:noWrap/>
            <w:hideMark/>
          </w:tcPr>
          <w:p w14:paraId="441DDA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18.8</w:t>
            </w:r>
          </w:p>
        </w:tc>
        <w:tc>
          <w:tcPr>
            <w:tcW w:w="1008" w:type="dxa"/>
            <w:noWrap/>
            <w:hideMark/>
          </w:tcPr>
          <w:p w14:paraId="4847BC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321DC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50BB2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CBD9A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40D32F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0DF13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0845A9B3" w14:textId="77777777" w:rsidTr="006750F2">
        <w:trPr>
          <w:trHeight w:val="280"/>
        </w:trPr>
        <w:tc>
          <w:tcPr>
            <w:tcW w:w="919" w:type="dxa"/>
            <w:noWrap/>
            <w:hideMark/>
          </w:tcPr>
          <w:p w14:paraId="1E0D424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Labilithrix</w:t>
            </w:r>
          </w:p>
        </w:tc>
        <w:tc>
          <w:tcPr>
            <w:tcW w:w="852" w:type="dxa"/>
            <w:noWrap/>
            <w:hideMark/>
          </w:tcPr>
          <w:p w14:paraId="7DB360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Polyangia</w:t>
            </w:r>
          </w:p>
        </w:tc>
        <w:tc>
          <w:tcPr>
            <w:tcW w:w="513" w:type="dxa"/>
            <w:noWrap/>
            <w:hideMark/>
          </w:tcPr>
          <w:p w14:paraId="6594E4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1C1ABD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8D486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C4AEF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26.7</w:t>
            </w:r>
          </w:p>
        </w:tc>
        <w:tc>
          <w:tcPr>
            <w:tcW w:w="674" w:type="dxa"/>
            <w:noWrap/>
            <w:hideMark/>
          </w:tcPr>
          <w:p w14:paraId="01C285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E9A3B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DE212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909" w:type="dxa"/>
            <w:noWrap/>
            <w:hideMark/>
          </w:tcPr>
          <w:p w14:paraId="04F54F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51" w:type="dxa"/>
            <w:noWrap/>
            <w:hideMark/>
          </w:tcPr>
          <w:p w14:paraId="5207EF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26.7</w:t>
            </w:r>
          </w:p>
        </w:tc>
        <w:tc>
          <w:tcPr>
            <w:tcW w:w="1008" w:type="dxa"/>
            <w:noWrap/>
            <w:hideMark/>
          </w:tcPr>
          <w:p w14:paraId="157113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DF4E6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73C15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47001E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AA247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E95EA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D0DE1E9" w14:textId="77777777" w:rsidTr="006750F2">
        <w:trPr>
          <w:trHeight w:val="280"/>
        </w:trPr>
        <w:tc>
          <w:tcPr>
            <w:tcW w:w="919" w:type="dxa"/>
            <w:noWrap/>
            <w:hideMark/>
          </w:tcPr>
          <w:p w14:paraId="738BFA7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Bin80</w:t>
            </w:r>
          </w:p>
        </w:tc>
        <w:tc>
          <w:tcPr>
            <w:tcW w:w="852" w:type="dxa"/>
            <w:noWrap/>
            <w:hideMark/>
          </w:tcPr>
          <w:p w14:paraId="5C156B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Rhodothermia</w:t>
            </w:r>
          </w:p>
        </w:tc>
        <w:tc>
          <w:tcPr>
            <w:tcW w:w="513" w:type="dxa"/>
            <w:noWrap/>
            <w:hideMark/>
          </w:tcPr>
          <w:p w14:paraId="3CD06C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22DD05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4258F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0029D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F52A57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0A2EC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554CE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17DAB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D2A9A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66BC6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F9C29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502C3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625CA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2CCF7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C3D0C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1EDD21B" w14:textId="77777777" w:rsidTr="006750F2">
        <w:trPr>
          <w:trHeight w:val="280"/>
        </w:trPr>
        <w:tc>
          <w:tcPr>
            <w:tcW w:w="919" w:type="dxa"/>
            <w:noWrap/>
            <w:hideMark/>
          </w:tcPr>
          <w:p w14:paraId="38A05C6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Fodinibius</w:t>
            </w:r>
          </w:p>
        </w:tc>
        <w:tc>
          <w:tcPr>
            <w:tcW w:w="852" w:type="dxa"/>
            <w:noWrap/>
            <w:hideMark/>
          </w:tcPr>
          <w:p w14:paraId="7B0507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Rhodothermia</w:t>
            </w:r>
          </w:p>
        </w:tc>
        <w:tc>
          <w:tcPr>
            <w:tcW w:w="513" w:type="dxa"/>
            <w:noWrap/>
            <w:hideMark/>
          </w:tcPr>
          <w:p w14:paraId="0B0792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3C7B61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39" w:type="dxa"/>
            <w:noWrap/>
            <w:hideMark/>
          </w:tcPr>
          <w:p w14:paraId="6468B3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FB8B0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B5AA5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F8E34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D8476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DBB1B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51" w:type="dxa"/>
            <w:noWrap/>
            <w:hideMark/>
          </w:tcPr>
          <w:p w14:paraId="6E1E9C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75DB4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0EEA7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E8EFB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7E542F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EB4E9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D78E4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96EB98C" w14:textId="77777777" w:rsidTr="006750F2">
        <w:trPr>
          <w:trHeight w:val="280"/>
        </w:trPr>
        <w:tc>
          <w:tcPr>
            <w:tcW w:w="919" w:type="dxa"/>
            <w:noWrap/>
            <w:hideMark/>
          </w:tcPr>
          <w:p w14:paraId="3BA21C9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Rhodohalobacter</w:t>
            </w:r>
          </w:p>
        </w:tc>
        <w:tc>
          <w:tcPr>
            <w:tcW w:w="852" w:type="dxa"/>
            <w:noWrap/>
            <w:hideMark/>
          </w:tcPr>
          <w:p w14:paraId="5530A5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Rhodothermia</w:t>
            </w:r>
          </w:p>
        </w:tc>
        <w:tc>
          <w:tcPr>
            <w:tcW w:w="513" w:type="dxa"/>
            <w:noWrap/>
            <w:hideMark/>
          </w:tcPr>
          <w:p w14:paraId="465673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7DAC46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5134F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21" w:type="dxa"/>
            <w:noWrap/>
            <w:hideMark/>
          </w:tcPr>
          <w:p w14:paraId="60DD97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00AC8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8AB27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9151B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909" w:type="dxa"/>
            <w:noWrap/>
            <w:hideMark/>
          </w:tcPr>
          <w:p w14:paraId="49C81F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51" w:type="dxa"/>
            <w:noWrap/>
            <w:hideMark/>
          </w:tcPr>
          <w:p w14:paraId="1D675B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12539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C2B83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C58EA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1A33AA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B3085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F8196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DFAFCCA" w14:textId="77777777" w:rsidTr="006750F2">
        <w:trPr>
          <w:trHeight w:val="280"/>
        </w:trPr>
        <w:tc>
          <w:tcPr>
            <w:tcW w:w="919" w:type="dxa"/>
            <w:noWrap/>
            <w:hideMark/>
          </w:tcPr>
          <w:p w14:paraId="37D0F99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Salinibacter</w:t>
            </w:r>
          </w:p>
        </w:tc>
        <w:tc>
          <w:tcPr>
            <w:tcW w:w="852" w:type="dxa"/>
            <w:noWrap/>
            <w:hideMark/>
          </w:tcPr>
          <w:p w14:paraId="6703E5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Rhodothermia</w:t>
            </w:r>
          </w:p>
        </w:tc>
        <w:tc>
          <w:tcPr>
            <w:tcW w:w="513" w:type="dxa"/>
            <w:noWrap/>
            <w:hideMark/>
          </w:tcPr>
          <w:p w14:paraId="1B8862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5A47E8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3AF5E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21" w:type="dxa"/>
            <w:noWrap/>
            <w:hideMark/>
          </w:tcPr>
          <w:p w14:paraId="49C932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6B009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A69FB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EE6E7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B4A9E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8BD6E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63227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1D33A4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144C6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6921B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E2828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5A174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1D5409E" w14:textId="77777777" w:rsidTr="006750F2">
        <w:trPr>
          <w:trHeight w:val="280"/>
        </w:trPr>
        <w:tc>
          <w:tcPr>
            <w:tcW w:w="919" w:type="dxa"/>
            <w:noWrap/>
            <w:hideMark/>
          </w:tcPr>
          <w:p w14:paraId="30C0B0E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Rubrobacter</w:t>
            </w:r>
          </w:p>
        </w:tc>
        <w:tc>
          <w:tcPr>
            <w:tcW w:w="852" w:type="dxa"/>
            <w:noWrap/>
            <w:hideMark/>
          </w:tcPr>
          <w:p w14:paraId="6B4FF1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Rubrobacteria</w:t>
            </w:r>
          </w:p>
        </w:tc>
        <w:tc>
          <w:tcPr>
            <w:tcW w:w="513" w:type="dxa"/>
            <w:noWrap/>
            <w:hideMark/>
          </w:tcPr>
          <w:p w14:paraId="74F281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768" w:type="dxa"/>
            <w:noWrap/>
            <w:hideMark/>
          </w:tcPr>
          <w:p w14:paraId="1657EB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739" w:type="dxa"/>
            <w:noWrap/>
            <w:hideMark/>
          </w:tcPr>
          <w:p w14:paraId="45E6D7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40.9</w:t>
            </w:r>
          </w:p>
        </w:tc>
        <w:tc>
          <w:tcPr>
            <w:tcW w:w="721" w:type="dxa"/>
            <w:noWrap/>
            <w:hideMark/>
          </w:tcPr>
          <w:p w14:paraId="43DB7B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61AD6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EA94D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01ADE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1CA7E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751" w:type="dxa"/>
            <w:noWrap/>
            <w:hideMark/>
          </w:tcPr>
          <w:p w14:paraId="106B79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62AF4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8EFB1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E6ABC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3FD1CD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ED45F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470AE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8099E47" w14:textId="77777777" w:rsidTr="006750F2">
        <w:trPr>
          <w:trHeight w:val="280"/>
        </w:trPr>
        <w:tc>
          <w:tcPr>
            <w:tcW w:w="919" w:type="dxa"/>
            <w:noWrap/>
            <w:hideMark/>
          </w:tcPr>
          <w:p w14:paraId="7D1CC74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Borrelia</w:t>
            </w:r>
          </w:p>
        </w:tc>
        <w:tc>
          <w:tcPr>
            <w:tcW w:w="852" w:type="dxa"/>
            <w:noWrap/>
            <w:hideMark/>
          </w:tcPr>
          <w:p w14:paraId="541720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Spirochaetia</w:t>
            </w:r>
          </w:p>
        </w:tc>
        <w:tc>
          <w:tcPr>
            <w:tcW w:w="513" w:type="dxa"/>
            <w:noWrap/>
            <w:hideMark/>
          </w:tcPr>
          <w:p w14:paraId="164E6E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59FAF7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C03C3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779C7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5EAA4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5BE48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FE62F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CC24E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55B08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0631D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57D02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7E3F4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F1C95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695DB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E1509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1764343" w14:textId="77777777" w:rsidTr="006750F2">
        <w:trPr>
          <w:trHeight w:val="280"/>
        </w:trPr>
        <w:tc>
          <w:tcPr>
            <w:tcW w:w="919" w:type="dxa"/>
            <w:noWrap/>
            <w:hideMark/>
          </w:tcPr>
          <w:p w14:paraId="0409E01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Borreliella</w:t>
            </w:r>
          </w:p>
        </w:tc>
        <w:tc>
          <w:tcPr>
            <w:tcW w:w="852" w:type="dxa"/>
            <w:noWrap/>
            <w:hideMark/>
          </w:tcPr>
          <w:p w14:paraId="09E775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Spirochaetia</w:t>
            </w:r>
          </w:p>
        </w:tc>
        <w:tc>
          <w:tcPr>
            <w:tcW w:w="513" w:type="dxa"/>
            <w:noWrap/>
            <w:hideMark/>
          </w:tcPr>
          <w:p w14:paraId="0F9770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68" w:type="dxa"/>
            <w:noWrap/>
            <w:hideMark/>
          </w:tcPr>
          <w:p w14:paraId="3FB884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4B5C9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D0461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C189B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71E18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89D2C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0C2F4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21FB7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5CBA0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FDCA7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F077A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5CFC80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DD882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62200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C526417" w14:textId="77777777" w:rsidTr="006750F2">
        <w:trPr>
          <w:trHeight w:val="280"/>
        </w:trPr>
        <w:tc>
          <w:tcPr>
            <w:tcW w:w="919" w:type="dxa"/>
            <w:noWrap/>
            <w:hideMark/>
          </w:tcPr>
          <w:p w14:paraId="60FF44F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Bullifex</w:t>
            </w:r>
          </w:p>
        </w:tc>
        <w:tc>
          <w:tcPr>
            <w:tcW w:w="852" w:type="dxa"/>
            <w:noWrap/>
            <w:hideMark/>
          </w:tcPr>
          <w:p w14:paraId="3C06B4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Spirochaetia</w:t>
            </w:r>
          </w:p>
        </w:tc>
        <w:tc>
          <w:tcPr>
            <w:tcW w:w="513" w:type="dxa"/>
            <w:noWrap/>
            <w:hideMark/>
          </w:tcPr>
          <w:p w14:paraId="684AE9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1CE931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929F6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9F572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82609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694" w:type="dxa"/>
            <w:noWrap/>
            <w:hideMark/>
          </w:tcPr>
          <w:p w14:paraId="665237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B24BD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B91D7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12.5</w:t>
            </w:r>
          </w:p>
        </w:tc>
        <w:tc>
          <w:tcPr>
            <w:tcW w:w="751" w:type="dxa"/>
            <w:noWrap/>
            <w:hideMark/>
          </w:tcPr>
          <w:p w14:paraId="3513C9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32049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8BB27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ED788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D96CD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D4BC6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EFB5E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1D2E4C1" w14:textId="77777777" w:rsidTr="006750F2">
        <w:trPr>
          <w:trHeight w:val="280"/>
        </w:trPr>
        <w:tc>
          <w:tcPr>
            <w:tcW w:w="919" w:type="dxa"/>
            <w:noWrap/>
            <w:hideMark/>
          </w:tcPr>
          <w:p w14:paraId="5FD6BFB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Ornithospirochaeta</w:t>
            </w:r>
          </w:p>
        </w:tc>
        <w:tc>
          <w:tcPr>
            <w:tcW w:w="852" w:type="dxa"/>
            <w:noWrap/>
            <w:hideMark/>
          </w:tcPr>
          <w:p w14:paraId="4C8699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Spirochaetia</w:t>
            </w:r>
          </w:p>
        </w:tc>
        <w:tc>
          <w:tcPr>
            <w:tcW w:w="513" w:type="dxa"/>
            <w:noWrap/>
            <w:hideMark/>
          </w:tcPr>
          <w:p w14:paraId="62B762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768" w:type="dxa"/>
            <w:noWrap/>
            <w:hideMark/>
          </w:tcPr>
          <w:p w14:paraId="303B51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EC363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8DB02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50B4E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DC500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99E06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E71D1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F7F8C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B3137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A3C0F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D1BA6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8CE1D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64F15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2EDA4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6C9C7A4" w14:textId="77777777" w:rsidTr="006750F2">
        <w:trPr>
          <w:trHeight w:val="280"/>
        </w:trPr>
        <w:tc>
          <w:tcPr>
            <w:tcW w:w="919" w:type="dxa"/>
            <w:noWrap/>
            <w:hideMark/>
          </w:tcPr>
          <w:p w14:paraId="629E6F2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Sphaerochaeta</w:t>
            </w:r>
          </w:p>
        </w:tc>
        <w:tc>
          <w:tcPr>
            <w:tcW w:w="852" w:type="dxa"/>
            <w:noWrap/>
            <w:hideMark/>
          </w:tcPr>
          <w:p w14:paraId="731BA1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Spirochaetia</w:t>
            </w:r>
          </w:p>
        </w:tc>
        <w:tc>
          <w:tcPr>
            <w:tcW w:w="513" w:type="dxa"/>
            <w:noWrap/>
            <w:hideMark/>
          </w:tcPr>
          <w:p w14:paraId="060261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2471F9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3868A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B8D44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57A59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694" w:type="dxa"/>
            <w:noWrap/>
            <w:hideMark/>
          </w:tcPr>
          <w:p w14:paraId="11C016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11B6E2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45CCD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751" w:type="dxa"/>
            <w:noWrap/>
            <w:hideMark/>
          </w:tcPr>
          <w:p w14:paraId="574ADF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E639B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E4024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DCFC5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6CE21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4CE082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BEB23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72657E9" w14:textId="77777777" w:rsidTr="006750F2">
        <w:trPr>
          <w:trHeight w:val="280"/>
        </w:trPr>
        <w:tc>
          <w:tcPr>
            <w:tcW w:w="919" w:type="dxa"/>
            <w:noWrap/>
            <w:hideMark/>
          </w:tcPr>
          <w:p w14:paraId="65FCB9B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Teretinema</w:t>
            </w:r>
          </w:p>
        </w:tc>
        <w:tc>
          <w:tcPr>
            <w:tcW w:w="852" w:type="dxa"/>
            <w:noWrap/>
            <w:hideMark/>
          </w:tcPr>
          <w:p w14:paraId="2B6C90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Spirochaetia</w:t>
            </w:r>
          </w:p>
        </w:tc>
        <w:tc>
          <w:tcPr>
            <w:tcW w:w="513" w:type="dxa"/>
            <w:noWrap/>
            <w:hideMark/>
          </w:tcPr>
          <w:p w14:paraId="7EEA60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0072C1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D6838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24895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59632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63.6</w:t>
            </w:r>
          </w:p>
        </w:tc>
        <w:tc>
          <w:tcPr>
            <w:tcW w:w="694" w:type="dxa"/>
            <w:noWrap/>
            <w:hideMark/>
          </w:tcPr>
          <w:p w14:paraId="0E22EB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CA96A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A77AE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63.6</w:t>
            </w:r>
          </w:p>
        </w:tc>
        <w:tc>
          <w:tcPr>
            <w:tcW w:w="751" w:type="dxa"/>
            <w:noWrap/>
            <w:hideMark/>
          </w:tcPr>
          <w:p w14:paraId="1C7EE0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A77EB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599A0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1B1CE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3D4C70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89404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1766C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6470C9E" w14:textId="77777777" w:rsidTr="006750F2">
        <w:trPr>
          <w:trHeight w:val="280"/>
        </w:trPr>
        <w:tc>
          <w:tcPr>
            <w:tcW w:w="919" w:type="dxa"/>
            <w:noWrap/>
            <w:hideMark/>
          </w:tcPr>
          <w:p w14:paraId="7507627A"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Treponema</w:t>
            </w:r>
          </w:p>
        </w:tc>
        <w:tc>
          <w:tcPr>
            <w:tcW w:w="852" w:type="dxa"/>
            <w:noWrap/>
            <w:hideMark/>
          </w:tcPr>
          <w:p w14:paraId="3759E4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Spirochaetia</w:t>
            </w:r>
          </w:p>
        </w:tc>
        <w:tc>
          <w:tcPr>
            <w:tcW w:w="513" w:type="dxa"/>
            <w:noWrap/>
            <w:hideMark/>
          </w:tcPr>
          <w:p w14:paraId="0EA19D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220</w:t>
            </w:r>
          </w:p>
        </w:tc>
        <w:tc>
          <w:tcPr>
            <w:tcW w:w="768" w:type="dxa"/>
            <w:noWrap/>
            <w:hideMark/>
          </w:tcPr>
          <w:p w14:paraId="691140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5F2A1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8297F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B0BD0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37.7</w:t>
            </w:r>
          </w:p>
        </w:tc>
        <w:tc>
          <w:tcPr>
            <w:tcW w:w="694" w:type="dxa"/>
            <w:noWrap/>
            <w:hideMark/>
          </w:tcPr>
          <w:p w14:paraId="1F41D1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B07D9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734E1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37.7</w:t>
            </w:r>
          </w:p>
        </w:tc>
        <w:tc>
          <w:tcPr>
            <w:tcW w:w="751" w:type="dxa"/>
            <w:noWrap/>
            <w:hideMark/>
          </w:tcPr>
          <w:p w14:paraId="02ABDC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63861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C1128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943D7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AB7FE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4FBA68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D4760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1286286" w14:textId="77777777" w:rsidTr="006750F2">
        <w:trPr>
          <w:trHeight w:val="280"/>
        </w:trPr>
        <w:tc>
          <w:tcPr>
            <w:tcW w:w="919" w:type="dxa"/>
            <w:noWrap/>
            <w:hideMark/>
          </w:tcPr>
          <w:p w14:paraId="1EBBF9A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WQXQ01</w:t>
            </w:r>
          </w:p>
        </w:tc>
        <w:tc>
          <w:tcPr>
            <w:tcW w:w="852" w:type="dxa"/>
            <w:noWrap/>
            <w:hideMark/>
          </w:tcPr>
          <w:p w14:paraId="2C64E6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Spirochaetia</w:t>
            </w:r>
          </w:p>
        </w:tc>
        <w:tc>
          <w:tcPr>
            <w:tcW w:w="513" w:type="dxa"/>
            <w:noWrap/>
            <w:hideMark/>
          </w:tcPr>
          <w:p w14:paraId="35E46D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1755D4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2BA8A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955F4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187BD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22.2</w:t>
            </w:r>
          </w:p>
        </w:tc>
        <w:tc>
          <w:tcPr>
            <w:tcW w:w="694" w:type="dxa"/>
            <w:noWrap/>
            <w:hideMark/>
          </w:tcPr>
          <w:p w14:paraId="5F721C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7C4E5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7991F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22.2</w:t>
            </w:r>
          </w:p>
        </w:tc>
        <w:tc>
          <w:tcPr>
            <w:tcW w:w="751" w:type="dxa"/>
            <w:noWrap/>
            <w:hideMark/>
          </w:tcPr>
          <w:p w14:paraId="684EF3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7E5CE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61E52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448AA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2C17F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54335F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1D9F2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DB88358" w14:textId="77777777" w:rsidTr="006750F2">
        <w:trPr>
          <w:trHeight w:val="280"/>
        </w:trPr>
        <w:tc>
          <w:tcPr>
            <w:tcW w:w="919" w:type="dxa"/>
            <w:noWrap/>
            <w:hideMark/>
          </w:tcPr>
          <w:p w14:paraId="75587B2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Sulfobacillus</w:t>
            </w:r>
          </w:p>
        </w:tc>
        <w:tc>
          <w:tcPr>
            <w:tcW w:w="852" w:type="dxa"/>
            <w:noWrap/>
            <w:hideMark/>
          </w:tcPr>
          <w:p w14:paraId="5E7A7F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Sulfobacillia</w:t>
            </w:r>
          </w:p>
        </w:tc>
        <w:tc>
          <w:tcPr>
            <w:tcW w:w="513" w:type="dxa"/>
            <w:noWrap/>
            <w:hideMark/>
          </w:tcPr>
          <w:p w14:paraId="1C674D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421F0A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11.1</w:t>
            </w:r>
          </w:p>
        </w:tc>
        <w:tc>
          <w:tcPr>
            <w:tcW w:w="739" w:type="dxa"/>
            <w:noWrap/>
            <w:hideMark/>
          </w:tcPr>
          <w:p w14:paraId="3BD386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44.4</w:t>
            </w:r>
          </w:p>
        </w:tc>
        <w:tc>
          <w:tcPr>
            <w:tcW w:w="721" w:type="dxa"/>
            <w:noWrap/>
            <w:hideMark/>
          </w:tcPr>
          <w:p w14:paraId="3CDF7E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11.1</w:t>
            </w:r>
          </w:p>
        </w:tc>
        <w:tc>
          <w:tcPr>
            <w:tcW w:w="674" w:type="dxa"/>
            <w:noWrap/>
            <w:hideMark/>
          </w:tcPr>
          <w:p w14:paraId="650FD1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w:t>
            </w:r>
          </w:p>
        </w:tc>
        <w:tc>
          <w:tcPr>
            <w:tcW w:w="694" w:type="dxa"/>
            <w:noWrap/>
            <w:hideMark/>
          </w:tcPr>
          <w:p w14:paraId="2AEE2F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0E8E10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B0AC8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51" w:type="dxa"/>
            <w:noWrap/>
            <w:hideMark/>
          </w:tcPr>
          <w:p w14:paraId="67CDA5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11.1</w:t>
            </w:r>
          </w:p>
        </w:tc>
        <w:tc>
          <w:tcPr>
            <w:tcW w:w="1008" w:type="dxa"/>
            <w:noWrap/>
            <w:hideMark/>
          </w:tcPr>
          <w:p w14:paraId="574B13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762B72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BD55B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4335F2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79625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61E91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C407A0B" w14:textId="77777777" w:rsidTr="006750F2">
        <w:trPr>
          <w:trHeight w:val="280"/>
        </w:trPr>
        <w:tc>
          <w:tcPr>
            <w:tcW w:w="919" w:type="dxa"/>
            <w:noWrap/>
            <w:hideMark/>
          </w:tcPr>
          <w:p w14:paraId="2A93C16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JAFUXM01</w:t>
            </w:r>
          </w:p>
        </w:tc>
        <w:tc>
          <w:tcPr>
            <w:tcW w:w="852" w:type="dxa"/>
            <w:noWrap/>
            <w:hideMark/>
          </w:tcPr>
          <w:p w14:paraId="016F5E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Synergistia</w:t>
            </w:r>
          </w:p>
        </w:tc>
        <w:tc>
          <w:tcPr>
            <w:tcW w:w="513" w:type="dxa"/>
            <w:noWrap/>
            <w:hideMark/>
          </w:tcPr>
          <w:p w14:paraId="289350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768" w:type="dxa"/>
            <w:noWrap/>
            <w:hideMark/>
          </w:tcPr>
          <w:p w14:paraId="368733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BD482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29073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AB703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A1D37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DDA31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6A353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2B738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9F4DC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1C061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C5D13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79AED96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3D79F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2095C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0E3C10D" w14:textId="77777777" w:rsidTr="006750F2">
        <w:trPr>
          <w:trHeight w:val="280"/>
        </w:trPr>
        <w:tc>
          <w:tcPr>
            <w:tcW w:w="919" w:type="dxa"/>
            <w:noWrap/>
            <w:hideMark/>
          </w:tcPr>
          <w:p w14:paraId="5097040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Smithella</w:t>
            </w:r>
          </w:p>
        </w:tc>
        <w:tc>
          <w:tcPr>
            <w:tcW w:w="852" w:type="dxa"/>
            <w:noWrap/>
            <w:hideMark/>
          </w:tcPr>
          <w:p w14:paraId="4C82B9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Syntrophia</w:t>
            </w:r>
          </w:p>
        </w:tc>
        <w:tc>
          <w:tcPr>
            <w:tcW w:w="513" w:type="dxa"/>
            <w:noWrap/>
            <w:hideMark/>
          </w:tcPr>
          <w:p w14:paraId="4E204E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4870D6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BE2B1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2CD52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9EE90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694" w:type="dxa"/>
            <w:noWrap/>
            <w:hideMark/>
          </w:tcPr>
          <w:p w14:paraId="202BC0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98865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909" w:type="dxa"/>
            <w:noWrap/>
            <w:hideMark/>
          </w:tcPr>
          <w:p w14:paraId="10A9E6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51" w:type="dxa"/>
            <w:noWrap/>
            <w:hideMark/>
          </w:tcPr>
          <w:p w14:paraId="60FC3C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79E54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02A37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0EA83F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793FB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3309F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B546C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022C72C" w14:textId="77777777" w:rsidTr="006750F2">
        <w:trPr>
          <w:trHeight w:val="280"/>
        </w:trPr>
        <w:tc>
          <w:tcPr>
            <w:tcW w:w="919" w:type="dxa"/>
            <w:noWrap/>
            <w:hideMark/>
          </w:tcPr>
          <w:p w14:paraId="5C71DA6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UBA8904</w:t>
            </w:r>
          </w:p>
        </w:tc>
        <w:tc>
          <w:tcPr>
            <w:tcW w:w="852" w:type="dxa"/>
            <w:noWrap/>
            <w:hideMark/>
          </w:tcPr>
          <w:p w14:paraId="16D565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Syntrophia</w:t>
            </w:r>
          </w:p>
        </w:tc>
        <w:tc>
          <w:tcPr>
            <w:tcW w:w="513" w:type="dxa"/>
            <w:noWrap/>
            <w:hideMark/>
          </w:tcPr>
          <w:p w14:paraId="1394B1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4A5802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D62FC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98624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A2838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3FD53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882D4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64.7</w:t>
            </w:r>
          </w:p>
        </w:tc>
        <w:tc>
          <w:tcPr>
            <w:tcW w:w="909" w:type="dxa"/>
            <w:noWrap/>
            <w:hideMark/>
          </w:tcPr>
          <w:p w14:paraId="6E2B87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64.7</w:t>
            </w:r>
          </w:p>
        </w:tc>
        <w:tc>
          <w:tcPr>
            <w:tcW w:w="751" w:type="dxa"/>
            <w:noWrap/>
            <w:hideMark/>
          </w:tcPr>
          <w:p w14:paraId="170B8BA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0F99B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2C1E8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1412C4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F190A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6EB91F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EF74B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FB965F3" w14:textId="77777777" w:rsidTr="006750F2">
        <w:trPr>
          <w:trHeight w:val="280"/>
        </w:trPr>
        <w:tc>
          <w:tcPr>
            <w:tcW w:w="919" w:type="dxa"/>
            <w:noWrap/>
            <w:hideMark/>
          </w:tcPr>
          <w:p w14:paraId="513F871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SbD1</w:t>
            </w:r>
          </w:p>
        </w:tc>
        <w:tc>
          <w:tcPr>
            <w:tcW w:w="852" w:type="dxa"/>
            <w:noWrap/>
            <w:hideMark/>
          </w:tcPr>
          <w:p w14:paraId="0D2EB9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Syntrophobacteria</w:t>
            </w:r>
          </w:p>
        </w:tc>
        <w:tc>
          <w:tcPr>
            <w:tcW w:w="513" w:type="dxa"/>
            <w:noWrap/>
            <w:hideMark/>
          </w:tcPr>
          <w:p w14:paraId="547E10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034509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A8A93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28.6</w:t>
            </w:r>
          </w:p>
        </w:tc>
        <w:tc>
          <w:tcPr>
            <w:tcW w:w="721" w:type="dxa"/>
            <w:noWrap/>
            <w:hideMark/>
          </w:tcPr>
          <w:p w14:paraId="01457B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674" w:type="dxa"/>
            <w:noWrap/>
            <w:hideMark/>
          </w:tcPr>
          <w:p w14:paraId="619A57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78.6</w:t>
            </w:r>
          </w:p>
        </w:tc>
        <w:tc>
          <w:tcPr>
            <w:tcW w:w="694" w:type="dxa"/>
            <w:noWrap/>
            <w:hideMark/>
          </w:tcPr>
          <w:p w14:paraId="792CC0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4D648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35.7</w:t>
            </w:r>
          </w:p>
        </w:tc>
        <w:tc>
          <w:tcPr>
            <w:tcW w:w="909" w:type="dxa"/>
            <w:noWrap/>
            <w:hideMark/>
          </w:tcPr>
          <w:p w14:paraId="6BA49C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114.3</w:t>
            </w:r>
          </w:p>
        </w:tc>
        <w:tc>
          <w:tcPr>
            <w:tcW w:w="751" w:type="dxa"/>
            <w:noWrap/>
            <w:hideMark/>
          </w:tcPr>
          <w:p w14:paraId="251737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1008" w:type="dxa"/>
            <w:noWrap/>
            <w:hideMark/>
          </w:tcPr>
          <w:p w14:paraId="06C848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4C9217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1B8C96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7B8457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F0B90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9C543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14C3B87" w14:textId="77777777" w:rsidTr="006750F2">
        <w:trPr>
          <w:trHeight w:val="280"/>
        </w:trPr>
        <w:tc>
          <w:tcPr>
            <w:tcW w:w="919" w:type="dxa"/>
            <w:noWrap/>
            <w:hideMark/>
          </w:tcPr>
          <w:p w14:paraId="4688E69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Acidoferrum</w:t>
            </w:r>
          </w:p>
        </w:tc>
        <w:tc>
          <w:tcPr>
            <w:tcW w:w="852" w:type="dxa"/>
            <w:noWrap/>
            <w:hideMark/>
          </w:tcPr>
          <w:p w14:paraId="0D02AA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Terriglobia</w:t>
            </w:r>
          </w:p>
        </w:tc>
        <w:tc>
          <w:tcPr>
            <w:tcW w:w="513" w:type="dxa"/>
            <w:noWrap/>
            <w:hideMark/>
          </w:tcPr>
          <w:p w14:paraId="3A59E8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w:t>
            </w:r>
          </w:p>
        </w:tc>
        <w:tc>
          <w:tcPr>
            <w:tcW w:w="768" w:type="dxa"/>
            <w:noWrap/>
            <w:hideMark/>
          </w:tcPr>
          <w:p w14:paraId="263EAD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9.5</w:t>
            </w:r>
          </w:p>
        </w:tc>
        <w:tc>
          <w:tcPr>
            <w:tcW w:w="739" w:type="dxa"/>
            <w:noWrap/>
            <w:hideMark/>
          </w:tcPr>
          <w:p w14:paraId="4DA048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90E35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w:t>
            </w:r>
          </w:p>
        </w:tc>
        <w:tc>
          <w:tcPr>
            <w:tcW w:w="674" w:type="dxa"/>
            <w:noWrap/>
            <w:hideMark/>
          </w:tcPr>
          <w:p w14:paraId="5137BA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1EF7F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C0617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w:t>
            </w:r>
          </w:p>
        </w:tc>
        <w:tc>
          <w:tcPr>
            <w:tcW w:w="909" w:type="dxa"/>
            <w:noWrap/>
            <w:hideMark/>
          </w:tcPr>
          <w:p w14:paraId="50C0E0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14.3</w:t>
            </w:r>
          </w:p>
        </w:tc>
        <w:tc>
          <w:tcPr>
            <w:tcW w:w="751" w:type="dxa"/>
            <w:noWrap/>
            <w:hideMark/>
          </w:tcPr>
          <w:p w14:paraId="1261DA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w:t>
            </w:r>
          </w:p>
        </w:tc>
        <w:tc>
          <w:tcPr>
            <w:tcW w:w="1008" w:type="dxa"/>
            <w:noWrap/>
            <w:hideMark/>
          </w:tcPr>
          <w:p w14:paraId="4F197B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F95C5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FD627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5A6F7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17C2C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3D3D9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C21C5C7" w14:textId="77777777" w:rsidTr="006750F2">
        <w:trPr>
          <w:trHeight w:val="280"/>
        </w:trPr>
        <w:tc>
          <w:tcPr>
            <w:tcW w:w="919" w:type="dxa"/>
            <w:noWrap/>
            <w:hideMark/>
          </w:tcPr>
          <w:p w14:paraId="349461B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BOG-234</w:t>
            </w:r>
          </w:p>
        </w:tc>
        <w:tc>
          <w:tcPr>
            <w:tcW w:w="852" w:type="dxa"/>
            <w:noWrap/>
            <w:hideMark/>
          </w:tcPr>
          <w:p w14:paraId="3B7581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Terriglobia</w:t>
            </w:r>
          </w:p>
        </w:tc>
        <w:tc>
          <w:tcPr>
            <w:tcW w:w="513" w:type="dxa"/>
            <w:noWrap/>
            <w:hideMark/>
          </w:tcPr>
          <w:p w14:paraId="25FF55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4F7382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39" w:type="dxa"/>
            <w:noWrap/>
            <w:hideMark/>
          </w:tcPr>
          <w:p w14:paraId="1D6447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13.3</w:t>
            </w:r>
          </w:p>
        </w:tc>
        <w:tc>
          <w:tcPr>
            <w:tcW w:w="721" w:type="dxa"/>
            <w:noWrap/>
            <w:hideMark/>
          </w:tcPr>
          <w:p w14:paraId="2B28D7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8EF42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DE5B8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0D111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FA2B1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60</w:t>
            </w:r>
          </w:p>
        </w:tc>
        <w:tc>
          <w:tcPr>
            <w:tcW w:w="751" w:type="dxa"/>
            <w:noWrap/>
            <w:hideMark/>
          </w:tcPr>
          <w:p w14:paraId="6F793D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93D1A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82428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E3EBC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7D388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931CB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64766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795A209A" w14:textId="77777777" w:rsidTr="006750F2">
        <w:trPr>
          <w:trHeight w:val="280"/>
        </w:trPr>
        <w:tc>
          <w:tcPr>
            <w:tcW w:w="919" w:type="dxa"/>
            <w:noWrap/>
            <w:hideMark/>
          </w:tcPr>
          <w:p w14:paraId="56AD35B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Bog-105</w:t>
            </w:r>
          </w:p>
        </w:tc>
        <w:tc>
          <w:tcPr>
            <w:tcW w:w="852" w:type="dxa"/>
            <w:noWrap/>
            <w:hideMark/>
          </w:tcPr>
          <w:p w14:paraId="4DF27F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Terriglobia</w:t>
            </w:r>
          </w:p>
        </w:tc>
        <w:tc>
          <w:tcPr>
            <w:tcW w:w="513" w:type="dxa"/>
            <w:noWrap/>
            <w:hideMark/>
          </w:tcPr>
          <w:p w14:paraId="6B1EB3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13D4F9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61.5</w:t>
            </w:r>
          </w:p>
        </w:tc>
        <w:tc>
          <w:tcPr>
            <w:tcW w:w="739" w:type="dxa"/>
            <w:noWrap/>
            <w:hideMark/>
          </w:tcPr>
          <w:p w14:paraId="6C689B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721" w:type="dxa"/>
            <w:noWrap/>
            <w:hideMark/>
          </w:tcPr>
          <w:p w14:paraId="043585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674" w:type="dxa"/>
            <w:noWrap/>
            <w:hideMark/>
          </w:tcPr>
          <w:p w14:paraId="1453BB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B4020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618E0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35D8E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61.5</w:t>
            </w:r>
          </w:p>
        </w:tc>
        <w:tc>
          <w:tcPr>
            <w:tcW w:w="751" w:type="dxa"/>
            <w:noWrap/>
            <w:hideMark/>
          </w:tcPr>
          <w:p w14:paraId="4724D8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1008" w:type="dxa"/>
            <w:noWrap/>
            <w:hideMark/>
          </w:tcPr>
          <w:p w14:paraId="6B86F3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33ECA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AEA7E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10DF3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F51CD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05649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88BE884" w14:textId="77777777" w:rsidTr="006750F2">
        <w:trPr>
          <w:trHeight w:val="280"/>
        </w:trPr>
        <w:tc>
          <w:tcPr>
            <w:tcW w:w="919" w:type="dxa"/>
            <w:noWrap/>
            <w:hideMark/>
          </w:tcPr>
          <w:p w14:paraId="11A199B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CADEFT01</w:t>
            </w:r>
          </w:p>
        </w:tc>
        <w:tc>
          <w:tcPr>
            <w:tcW w:w="852" w:type="dxa"/>
            <w:noWrap/>
            <w:hideMark/>
          </w:tcPr>
          <w:p w14:paraId="7F92354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Terriglobia</w:t>
            </w:r>
          </w:p>
        </w:tc>
        <w:tc>
          <w:tcPr>
            <w:tcW w:w="513" w:type="dxa"/>
            <w:noWrap/>
            <w:hideMark/>
          </w:tcPr>
          <w:p w14:paraId="2712C9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16B7AC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40</w:t>
            </w:r>
          </w:p>
        </w:tc>
        <w:tc>
          <w:tcPr>
            <w:tcW w:w="739" w:type="dxa"/>
            <w:noWrap/>
            <w:hideMark/>
          </w:tcPr>
          <w:p w14:paraId="1F6912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w:t>
            </w:r>
          </w:p>
        </w:tc>
        <w:tc>
          <w:tcPr>
            <w:tcW w:w="721" w:type="dxa"/>
            <w:noWrap/>
            <w:hideMark/>
          </w:tcPr>
          <w:p w14:paraId="1CFBE4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682AF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E996B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EC621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909" w:type="dxa"/>
            <w:noWrap/>
            <w:hideMark/>
          </w:tcPr>
          <w:p w14:paraId="51FA33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110</w:t>
            </w:r>
          </w:p>
        </w:tc>
        <w:tc>
          <w:tcPr>
            <w:tcW w:w="751" w:type="dxa"/>
            <w:noWrap/>
            <w:hideMark/>
          </w:tcPr>
          <w:p w14:paraId="068F78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8FD6B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D102E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0C4DF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0BCD85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676BE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46BD9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08CEEEF" w14:textId="77777777" w:rsidTr="006750F2">
        <w:trPr>
          <w:trHeight w:val="280"/>
        </w:trPr>
        <w:tc>
          <w:tcPr>
            <w:tcW w:w="919" w:type="dxa"/>
            <w:noWrap/>
            <w:hideMark/>
          </w:tcPr>
          <w:p w14:paraId="5A64023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Edaphobacter</w:t>
            </w:r>
          </w:p>
        </w:tc>
        <w:tc>
          <w:tcPr>
            <w:tcW w:w="852" w:type="dxa"/>
            <w:noWrap/>
            <w:hideMark/>
          </w:tcPr>
          <w:p w14:paraId="49B5F8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Terriglobia</w:t>
            </w:r>
          </w:p>
        </w:tc>
        <w:tc>
          <w:tcPr>
            <w:tcW w:w="513" w:type="dxa"/>
            <w:noWrap/>
            <w:hideMark/>
          </w:tcPr>
          <w:p w14:paraId="6501D4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37</w:t>
            </w:r>
          </w:p>
        </w:tc>
        <w:tc>
          <w:tcPr>
            <w:tcW w:w="768" w:type="dxa"/>
            <w:noWrap/>
            <w:hideMark/>
          </w:tcPr>
          <w:p w14:paraId="124686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6A91CB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0BFAD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46D7F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7BE34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703B7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49767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F7538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EF60C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03BD0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1B918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74EFE9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2E7A0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AF4E8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389B24B" w14:textId="77777777" w:rsidTr="006750F2">
        <w:trPr>
          <w:trHeight w:val="280"/>
        </w:trPr>
        <w:tc>
          <w:tcPr>
            <w:tcW w:w="919" w:type="dxa"/>
            <w:noWrap/>
            <w:hideMark/>
          </w:tcPr>
          <w:p w14:paraId="59B7124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lastRenderedPageBreak/>
              <w:t>Ga0077553</w:t>
            </w:r>
          </w:p>
        </w:tc>
        <w:tc>
          <w:tcPr>
            <w:tcW w:w="852" w:type="dxa"/>
            <w:noWrap/>
            <w:hideMark/>
          </w:tcPr>
          <w:p w14:paraId="5F4504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Terriglobia</w:t>
            </w:r>
          </w:p>
        </w:tc>
        <w:tc>
          <w:tcPr>
            <w:tcW w:w="513" w:type="dxa"/>
            <w:noWrap/>
            <w:hideMark/>
          </w:tcPr>
          <w:p w14:paraId="75C149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132787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41.7</w:t>
            </w:r>
          </w:p>
        </w:tc>
        <w:tc>
          <w:tcPr>
            <w:tcW w:w="739" w:type="dxa"/>
            <w:noWrap/>
            <w:hideMark/>
          </w:tcPr>
          <w:p w14:paraId="6E98D8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21" w:type="dxa"/>
            <w:noWrap/>
            <w:hideMark/>
          </w:tcPr>
          <w:p w14:paraId="78BBDC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A013B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C4E5F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5C319C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909" w:type="dxa"/>
            <w:noWrap/>
            <w:hideMark/>
          </w:tcPr>
          <w:p w14:paraId="08C1E6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11C20C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C55BD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065AC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37887F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AA03A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FF9E2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06165C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07866B48" w14:textId="77777777" w:rsidTr="006750F2">
        <w:trPr>
          <w:trHeight w:val="280"/>
        </w:trPr>
        <w:tc>
          <w:tcPr>
            <w:tcW w:w="919" w:type="dxa"/>
            <w:noWrap/>
            <w:hideMark/>
          </w:tcPr>
          <w:p w14:paraId="3489D9F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Granulicella</w:t>
            </w:r>
          </w:p>
        </w:tc>
        <w:tc>
          <w:tcPr>
            <w:tcW w:w="852" w:type="dxa"/>
            <w:noWrap/>
            <w:hideMark/>
          </w:tcPr>
          <w:p w14:paraId="277B8FB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Terriglobia</w:t>
            </w:r>
          </w:p>
        </w:tc>
        <w:tc>
          <w:tcPr>
            <w:tcW w:w="513" w:type="dxa"/>
            <w:noWrap/>
            <w:hideMark/>
          </w:tcPr>
          <w:p w14:paraId="4A45B8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36</w:t>
            </w:r>
          </w:p>
        </w:tc>
        <w:tc>
          <w:tcPr>
            <w:tcW w:w="768" w:type="dxa"/>
            <w:noWrap/>
            <w:hideMark/>
          </w:tcPr>
          <w:p w14:paraId="6FD134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7D21A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242A3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182D6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694" w:type="dxa"/>
            <w:noWrap/>
            <w:hideMark/>
          </w:tcPr>
          <w:p w14:paraId="036D7A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A0418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A26B1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751" w:type="dxa"/>
            <w:noWrap/>
            <w:hideMark/>
          </w:tcPr>
          <w:p w14:paraId="29790F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46033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99210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139D19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0CFAF1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121D04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E330C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CFCCA00" w14:textId="77777777" w:rsidTr="006750F2">
        <w:trPr>
          <w:trHeight w:val="280"/>
        </w:trPr>
        <w:tc>
          <w:tcPr>
            <w:tcW w:w="919" w:type="dxa"/>
            <w:noWrap/>
            <w:hideMark/>
          </w:tcPr>
          <w:p w14:paraId="4ACE582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Occallatibacter</w:t>
            </w:r>
          </w:p>
        </w:tc>
        <w:tc>
          <w:tcPr>
            <w:tcW w:w="852" w:type="dxa"/>
            <w:noWrap/>
            <w:hideMark/>
          </w:tcPr>
          <w:p w14:paraId="69180C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Terriglobia</w:t>
            </w:r>
          </w:p>
        </w:tc>
        <w:tc>
          <w:tcPr>
            <w:tcW w:w="513" w:type="dxa"/>
            <w:noWrap/>
            <w:hideMark/>
          </w:tcPr>
          <w:p w14:paraId="5A9C10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43</w:t>
            </w:r>
          </w:p>
        </w:tc>
        <w:tc>
          <w:tcPr>
            <w:tcW w:w="768" w:type="dxa"/>
            <w:noWrap/>
            <w:hideMark/>
          </w:tcPr>
          <w:p w14:paraId="3036CE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1A0A2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w:t>
            </w:r>
          </w:p>
        </w:tc>
        <w:tc>
          <w:tcPr>
            <w:tcW w:w="721" w:type="dxa"/>
            <w:noWrap/>
            <w:hideMark/>
          </w:tcPr>
          <w:p w14:paraId="4A9300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w:t>
            </w:r>
          </w:p>
        </w:tc>
        <w:tc>
          <w:tcPr>
            <w:tcW w:w="674" w:type="dxa"/>
            <w:noWrap/>
            <w:hideMark/>
          </w:tcPr>
          <w:p w14:paraId="048AAA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694" w:type="dxa"/>
            <w:noWrap/>
            <w:hideMark/>
          </w:tcPr>
          <w:p w14:paraId="56C73D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487DA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AD3D3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51" w:type="dxa"/>
            <w:noWrap/>
            <w:hideMark/>
          </w:tcPr>
          <w:p w14:paraId="0B5C32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w:t>
            </w:r>
          </w:p>
        </w:tc>
        <w:tc>
          <w:tcPr>
            <w:tcW w:w="1008" w:type="dxa"/>
            <w:noWrap/>
            <w:hideMark/>
          </w:tcPr>
          <w:p w14:paraId="6B1A0D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18D86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D78D4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F85487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73920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5A81A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5AE8F63" w14:textId="77777777" w:rsidTr="006750F2">
        <w:trPr>
          <w:trHeight w:val="280"/>
        </w:trPr>
        <w:tc>
          <w:tcPr>
            <w:tcW w:w="919" w:type="dxa"/>
            <w:noWrap/>
            <w:hideMark/>
          </w:tcPr>
          <w:p w14:paraId="38DE5B4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Palsa-187</w:t>
            </w:r>
          </w:p>
        </w:tc>
        <w:tc>
          <w:tcPr>
            <w:tcW w:w="852" w:type="dxa"/>
            <w:noWrap/>
            <w:hideMark/>
          </w:tcPr>
          <w:p w14:paraId="4561C2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Terriglobia</w:t>
            </w:r>
          </w:p>
        </w:tc>
        <w:tc>
          <w:tcPr>
            <w:tcW w:w="513" w:type="dxa"/>
            <w:noWrap/>
            <w:hideMark/>
          </w:tcPr>
          <w:p w14:paraId="5270DD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w:t>
            </w:r>
          </w:p>
        </w:tc>
        <w:tc>
          <w:tcPr>
            <w:tcW w:w="768" w:type="dxa"/>
            <w:noWrap/>
            <w:hideMark/>
          </w:tcPr>
          <w:p w14:paraId="4EF35D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39" w:type="dxa"/>
            <w:noWrap/>
            <w:hideMark/>
          </w:tcPr>
          <w:p w14:paraId="696451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w:t>
            </w:r>
          </w:p>
        </w:tc>
        <w:tc>
          <w:tcPr>
            <w:tcW w:w="721" w:type="dxa"/>
            <w:noWrap/>
            <w:hideMark/>
          </w:tcPr>
          <w:p w14:paraId="4893DB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B4A14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3EEE2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E837E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5A172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3D9F27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DCD10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5F0DAC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2A99FB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04D3C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E286D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00B1E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B608D47" w14:textId="77777777" w:rsidTr="006750F2">
        <w:trPr>
          <w:trHeight w:val="280"/>
        </w:trPr>
        <w:tc>
          <w:tcPr>
            <w:tcW w:w="919" w:type="dxa"/>
            <w:noWrap/>
            <w:hideMark/>
          </w:tcPr>
          <w:p w14:paraId="24BFBDA1"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QIAJ01</w:t>
            </w:r>
          </w:p>
        </w:tc>
        <w:tc>
          <w:tcPr>
            <w:tcW w:w="852" w:type="dxa"/>
            <w:noWrap/>
            <w:hideMark/>
          </w:tcPr>
          <w:p w14:paraId="6ADA9C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Terriglobia</w:t>
            </w:r>
          </w:p>
        </w:tc>
        <w:tc>
          <w:tcPr>
            <w:tcW w:w="513" w:type="dxa"/>
            <w:noWrap/>
            <w:hideMark/>
          </w:tcPr>
          <w:p w14:paraId="5FA78B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399E82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739" w:type="dxa"/>
            <w:noWrap/>
            <w:hideMark/>
          </w:tcPr>
          <w:p w14:paraId="10F928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26.7</w:t>
            </w:r>
          </w:p>
        </w:tc>
        <w:tc>
          <w:tcPr>
            <w:tcW w:w="721" w:type="dxa"/>
            <w:noWrap/>
            <w:hideMark/>
          </w:tcPr>
          <w:p w14:paraId="41A0F0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674" w:type="dxa"/>
            <w:noWrap/>
            <w:hideMark/>
          </w:tcPr>
          <w:p w14:paraId="562855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6.7</w:t>
            </w:r>
          </w:p>
        </w:tc>
        <w:tc>
          <w:tcPr>
            <w:tcW w:w="694" w:type="dxa"/>
            <w:noWrap/>
            <w:hideMark/>
          </w:tcPr>
          <w:p w14:paraId="6472C4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1DB96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029D5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13.3</w:t>
            </w:r>
          </w:p>
        </w:tc>
        <w:tc>
          <w:tcPr>
            <w:tcW w:w="751" w:type="dxa"/>
            <w:noWrap/>
            <w:hideMark/>
          </w:tcPr>
          <w:p w14:paraId="5FF4C0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1008" w:type="dxa"/>
            <w:noWrap/>
            <w:hideMark/>
          </w:tcPr>
          <w:p w14:paraId="4B87E28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70958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7C89F8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40725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13921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7B73B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F38B367" w14:textId="77777777" w:rsidTr="006750F2">
        <w:trPr>
          <w:trHeight w:val="280"/>
        </w:trPr>
        <w:tc>
          <w:tcPr>
            <w:tcW w:w="919" w:type="dxa"/>
            <w:noWrap/>
            <w:hideMark/>
          </w:tcPr>
          <w:p w14:paraId="5218C1D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Sulfotelmatobacter</w:t>
            </w:r>
          </w:p>
        </w:tc>
        <w:tc>
          <w:tcPr>
            <w:tcW w:w="852" w:type="dxa"/>
            <w:noWrap/>
            <w:hideMark/>
          </w:tcPr>
          <w:p w14:paraId="1AD263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Terriglobia</w:t>
            </w:r>
          </w:p>
        </w:tc>
        <w:tc>
          <w:tcPr>
            <w:tcW w:w="513" w:type="dxa"/>
            <w:noWrap/>
            <w:hideMark/>
          </w:tcPr>
          <w:p w14:paraId="143197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26</w:t>
            </w:r>
          </w:p>
        </w:tc>
        <w:tc>
          <w:tcPr>
            <w:tcW w:w="768" w:type="dxa"/>
            <w:noWrap/>
            <w:hideMark/>
          </w:tcPr>
          <w:p w14:paraId="4D945B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F7AC8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11.5</w:t>
            </w:r>
          </w:p>
        </w:tc>
        <w:tc>
          <w:tcPr>
            <w:tcW w:w="721" w:type="dxa"/>
            <w:noWrap/>
            <w:hideMark/>
          </w:tcPr>
          <w:p w14:paraId="346334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674" w:type="dxa"/>
            <w:noWrap/>
            <w:hideMark/>
          </w:tcPr>
          <w:p w14:paraId="5CF315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48279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C6EF5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w:t>
            </w:r>
          </w:p>
        </w:tc>
        <w:tc>
          <w:tcPr>
            <w:tcW w:w="909" w:type="dxa"/>
            <w:noWrap/>
            <w:hideMark/>
          </w:tcPr>
          <w:p w14:paraId="57DF81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3.8</w:t>
            </w:r>
          </w:p>
        </w:tc>
        <w:tc>
          <w:tcPr>
            <w:tcW w:w="751" w:type="dxa"/>
            <w:noWrap/>
            <w:hideMark/>
          </w:tcPr>
          <w:p w14:paraId="346B00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1008" w:type="dxa"/>
            <w:noWrap/>
            <w:hideMark/>
          </w:tcPr>
          <w:p w14:paraId="07EEAE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A9F7C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37658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E325D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D2C33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3C748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3EEAF1A" w14:textId="77777777" w:rsidTr="006750F2">
        <w:trPr>
          <w:trHeight w:val="280"/>
        </w:trPr>
        <w:tc>
          <w:tcPr>
            <w:tcW w:w="919" w:type="dxa"/>
            <w:noWrap/>
            <w:hideMark/>
          </w:tcPr>
          <w:p w14:paraId="4D475B7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Terriglobus</w:t>
            </w:r>
          </w:p>
        </w:tc>
        <w:tc>
          <w:tcPr>
            <w:tcW w:w="852" w:type="dxa"/>
            <w:noWrap/>
            <w:hideMark/>
          </w:tcPr>
          <w:p w14:paraId="458DF2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Terriglobia</w:t>
            </w:r>
          </w:p>
        </w:tc>
        <w:tc>
          <w:tcPr>
            <w:tcW w:w="513" w:type="dxa"/>
            <w:noWrap/>
            <w:hideMark/>
          </w:tcPr>
          <w:p w14:paraId="719356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3C625B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45594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21EAD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DFEE9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75613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C3E59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EF962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038E9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266F0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225F8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5CAA6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5A720F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4BD76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37469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21FAEE5" w14:textId="77777777" w:rsidTr="006750F2">
        <w:trPr>
          <w:trHeight w:val="280"/>
        </w:trPr>
        <w:tc>
          <w:tcPr>
            <w:tcW w:w="919" w:type="dxa"/>
            <w:noWrap/>
            <w:hideMark/>
          </w:tcPr>
          <w:p w14:paraId="66C045B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VXMF01</w:t>
            </w:r>
          </w:p>
        </w:tc>
        <w:tc>
          <w:tcPr>
            <w:tcW w:w="852" w:type="dxa"/>
            <w:noWrap/>
            <w:hideMark/>
          </w:tcPr>
          <w:p w14:paraId="793EA1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Terriglobia</w:t>
            </w:r>
          </w:p>
        </w:tc>
        <w:tc>
          <w:tcPr>
            <w:tcW w:w="513" w:type="dxa"/>
            <w:noWrap/>
            <w:hideMark/>
          </w:tcPr>
          <w:p w14:paraId="72D68F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2C4E3D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90.9</w:t>
            </w:r>
          </w:p>
        </w:tc>
        <w:tc>
          <w:tcPr>
            <w:tcW w:w="739" w:type="dxa"/>
            <w:noWrap/>
            <w:hideMark/>
          </w:tcPr>
          <w:p w14:paraId="508865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BA120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674" w:type="dxa"/>
            <w:noWrap/>
            <w:hideMark/>
          </w:tcPr>
          <w:p w14:paraId="0F5801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E3F20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6DD68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701AD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90.9</w:t>
            </w:r>
          </w:p>
        </w:tc>
        <w:tc>
          <w:tcPr>
            <w:tcW w:w="751" w:type="dxa"/>
            <w:noWrap/>
            <w:hideMark/>
          </w:tcPr>
          <w:p w14:paraId="266A59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100</w:t>
            </w:r>
          </w:p>
        </w:tc>
        <w:tc>
          <w:tcPr>
            <w:tcW w:w="1008" w:type="dxa"/>
            <w:noWrap/>
            <w:hideMark/>
          </w:tcPr>
          <w:p w14:paraId="5904C8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2785D5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545760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71811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153B8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3CAB21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1D7312B3" w14:textId="77777777" w:rsidTr="006750F2">
        <w:trPr>
          <w:trHeight w:val="280"/>
        </w:trPr>
        <w:tc>
          <w:tcPr>
            <w:tcW w:w="919" w:type="dxa"/>
            <w:noWrap/>
            <w:hideMark/>
          </w:tcPr>
          <w:p w14:paraId="54854F0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Caldicellulosiruptor</w:t>
            </w:r>
          </w:p>
        </w:tc>
        <w:tc>
          <w:tcPr>
            <w:tcW w:w="852" w:type="dxa"/>
            <w:noWrap/>
            <w:hideMark/>
          </w:tcPr>
          <w:p w14:paraId="1936609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Thermoanaerobacteria</w:t>
            </w:r>
          </w:p>
        </w:tc>
        <w:tc>
          <w:tcPr>
            <w:tcW w:w="513" w:type="dxa"/>
            <w:noWrap/>
            <w:hideMark/>
          </w:tcPr>
          <w:p w14:paraId="56255E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72A330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978D5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BA9EF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166BC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694" w:type="dxa"/>
            <w:noWrap/>
            <w:hideMark/>
          </w:tcPr>
          <w:p w14:paraId="4D69C7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E0ED5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A10EB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751" w:type="dxa"/>
            <w:noWrap/>
            <w:hideMark/>
          </w:tcPr>
          <w:p w14:paraId="061657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237B8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EAAF0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ECE0D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11E6D9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03AC1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492EA4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2659DC5" w14:textId="77777777" w:rsidTr="006750F2">
        <w:trPr>
          <w:trHeight w:val="280"/>
        </w:trPr>
        <w:tc>
          <w:tcPr>
            <w:tcW w:w="919" w:type="dxa"/>
            <w:noWrap/>
            <w:hideMark/>
          </w:tcPr>
          <w:p w14:paraId="62A1124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Thermoanaerobacter</w:t>
            </w:r>
          </w:p>
        </w:tc>
        <w:tc>
          <w:tcPr>
            <w:tcW w:w="852" w:type="dxa"/>
            <w:noWrap/>
            <w:hideMark/>
          </w:tcPr>
          <w:p w14:paraId="5847F3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Thermoanaerobacteria</w:t>
            </w:r>
          </w:p>
        </w:tc>
        <w:tc>
          <w:tcPr>
            <w:tcW w:w="513" w:type="dxa"/>
            <w:noWrap/>
            <w:hideMark/>
          </w:tcPr>
          <w:p w14:paraId="5B52AC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w:t>
            </w:r>
          </w:p>
        </w:tc>
        <w:tc>
          <w:tcPr>
            <w:tcW w:w="768" w:type="dxa"/>
            <w:noWrap/>
            <w:hideMark/>
          </w:tcPr>
          <w:p w14:paraId="0DB1DA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B2ADF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6DB3E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3ED78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83C4C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C5E5C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B0EC7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10789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937DE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F5CB5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2B232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293C70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0EADD0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D26BE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34DF334A" w14:textId="77777777" w:rsidTr="006750F2">
        <w:trPr>
          <w:trHeight w:val="280"/>
        </w:trPr>
        <w:tc>
          <w:tcPr>
            <w:tcW w:w="919" w:type="dxa"/>
            <w:noWrap/>
            <w:hideMark/>
          </w:tcPr>
          <w:p w14:paraId="5F624D6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Multivorans</w:t>
            </w:r>
          </w:p>
        </w:tc>
        <w:tc>
          <w:tcPr>
            <w:tcW w:w="852" w:type="dxa"/>
            <w:noWrap/>
            <w:hideMark/>
          </w:tcPr>
          <w:p w14:paraId="59415E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Thermoanaerobaculia</w:t>
            </w:r>
          </w:p>
        </w:tc>
        <w:tc>
          <w:tcPr>
            <w:tcW w:w="513" w:type="dxa"/>
            <w:noWrap/>
            <w:hideMark/>
          </w:tcPr>
          <w:p w14:paraId="3BC065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5F11BC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67E86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F04E6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674" w:type="dxa"/>
            <w:noWrap/>
            <w:hideMark/>
          </w:tcPr>
          <w:p w14:paraId="7A1D82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92FA9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48DE6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2D2CE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C3865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1008" w:type="dxa"/>
            <w:noWrap/>
            <w:hideMark/>
          </w:tcPr>
          <w:p w14:paraId="6A95EF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151AF3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60277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7B34D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4B6B9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0E679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5C2DA620" w14:textId="77777777" w:rsidTr="006750F2">
        <w:trPr>
          <w:trHeight w:val="280"/>
        </w:trPr>
        <w:tc>
          <w:tcPr>
            <w:tcW w:w="919" w:type="dxa"/>
            <w:noWrap/>
            <w:hideMark/>
          </w:tcPr>
          <w:p w14:paraId="71BF635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Thermodesulfobacterium</w:t>
            </w:r>
          </w:p>
        </w:tc>
        <w:tc>
          <w:tcPr>
            <w:tcW w:w="852" w:type="dxa"/>
            <w:noWrap/>
            <w:hideMark/>
          </w:tcPr>
          <w:p w14:paraId="5652E9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Thermodesulfobacteria</w:t>
            </w:r>
          </w:p>
        </w:tc>
        <w:tc>
          <w:tcPr>
            <w:tcW w:w="513" w:type="dxa"/>
            <w:noWrap/>
            <w:hideMark/>
          </w:tcPr>
          <w:p w14:paraId="45C3A00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7CDEA2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4187B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A3931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F216D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694" w:type="dxa"/>
            <w:noWrap/>
            <w:hideMark/>
          </w:tcPr>
          <w:p w14:paraId="00824B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18BCF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69.2</w:t>
            </w:r>
          </w:p>
        </w:tc>
        <w:tc>
          <w:tcPr>
            <w:tcW w:w="909" w:type="dxa"/>
            <w:noWrap/>
            <w:hideMark/>
          </w:tcPr>
          <w:p w14:paraId="0B9B91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76.9</w:t>
            </w:r>
          </w:p>
        </w:tc>
        <w:tc>
          <w:tcPr>
            <w:tcW w:w="751" w:type="dxa"/>
            <w:noWrap/>
            <w:hideMark/>
          </w:tcPr>
          <w:p w14:paraId="6A3989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C4B7B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6BC49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706B4A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5F1EA3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35706F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56419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68A67D0C" w14:textId="77777777" w:rsidTr="006750F2">
        <w:trPr>
          <w:trHeight w:val="280"/>
        </w:trPr>
        <w:tc>
          <w:tcPr>
            <w:tcW w:w="919" w:type="dxa"/>
            <w:noWrap/>
            <w:hideMark/>
          </w:tcPr>
          <w:p w14:paraId="5E4B134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Thermodesulfovibrio</w:t>
            </w:r>
          </w:p>
        </w:tc>
        <w:tc>
          <w:tcPr>
            <w:tcW w:w="852" w:type="dxa"/>
            <w:noWrap/>
            <w:hideMark/>
          </w:tcPr>
          <w:p w14:paraId="013096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Thermodesulfovibrionia</w:t>
            </w:r>
          </w:p>
        </w:tc>
        <w:tc>
          <w:tcPr>
            <w:tcW w:w="513" w:type="dxa"/>
            <w:noWrap/>
            <w:hideMark/>
          </w:tcPr>
          <w:p w14:paraId="401B5B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749F1B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6DF8B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21" w:type="dxa"/>
            <w:noWrap/>
            <w:hideMark/>
          </w:tcPr>
          <w:p w14:paraId="18E99D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553A9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70</w:t>
            </w:r>
          </w:p>
        </w:tc>
        <w:tc>
          <w:tcPr>
            <w:tcW w:w="694" w:type="dxa"/>
            <w:noWrap/>
            <w:hideMark/>
          </w:tcPr>
          <w:p w14:paraId="05A04C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19FD1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80</w:t>
            </w:r>
          </w:p>
        </w:tc>
        <w:tc>
          <w:tcPr>
            <w:tcW w:w="909" w:type="dxa"/>
            <w:noWrap/>
            <w:hideMark/>
          </w:tcPr>
          <w:p w14:paraId="1B4827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150</w:t>
            </w:r>
          </w:p>
        </w:tc>
        <w:tc>
          <w:tcPr>
            <w:tcW w:w="751" w:type="dxa"/>
            <w:noWrap/>
            <w:hideMark/>
          </w:tcPr>
          <w:p w14:paraId="3A2EF9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734A1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792A3B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Retention-Dominant</w:t>
            </w:r>
          </w:p>
        </w:tc>
        <w:tc>
          <w:tcPr>
            <w:tcW w:w="881" w:type="dxa"/>
            <w:noWrap/>
            <w:hideMark/>
          </w:tcPr>
          <w:p w14:paraId="643ED0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8CBFB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247CC3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15A84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06FE9FC" w14:textId="77777777" w:rsidTr="006750F2">
        <w:trPr>
          <w:trHeight w:val="280"/>
        </w:trPr>
        <w:tc>
          <w:tcPr>
            <w:tcW w:w="919" w:type="dxa"/>
            <w:noWrap/>
            <w:hideMark/>
          </w:tcPr>
          <w:p w14:paraId="561832D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67-14</w:t>
            </w:r>
          </w:p>
        </w:tc>
        <w:tc>
          <w:tcPr>
            <w:tcW w:w="852" w:type="dxa"/>
            <w:noWrap/>
            <w:hideMark/>
          </w:tcPr>
          <w:p w14:paraId="79642B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Thermoleophilia</w:t>
            </w:r>
          </w:p>
        </w:tc>
        <w:tc>
          <w:tcPr>
            <w:tcW w:w="513" w:type="dxa"/>
            <w:noWrap/>
            <w:hideMark/>
          </w:tcPr>
          <w:p w14:paraId="12EB06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5D7380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3098F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76.5</w:t>
            </w:r>
          </w:p>
        </w:tc>
        <w:tc>
          <w:tcPr>
            <w:tcW w:w="721" w:type="dxa"/>
            <w:noWrap/>
            <w:hideMark/>
          </w:tcPr>
          <w:p w14:paraId="10E04C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7E68D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2E088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ADBE6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119FB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CC01B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0F297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55A76F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37287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BC6DC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70DAC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2ADCB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AF06519" w14:textId="77777777" w:rsidTr="006750F2">
        <w:trPr>
          <w:trHeight w:val="280"/>
        </w:trPr>
        <w:tc>
          <w:tcPr>
            <w:tcW w:w="919" w:type="dxa"/>
            <w:noWrap/>
            <w:hideMark/>
          </w:tcPr>
          <w:p w14:paraId="70704E1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Palsa-465</w:t>
            </w:r>
          </w:p>
        </w:tc>
        <w:tc>
          <w:tcPr>
            <w:tcW w:w="852" w:type="dxa"/>
            <w:noWrap/>
            <w:hideMark/>
          </w:tcPr>
          <w:p w14:paraId="1F700D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Thermoleophilia</w:t>
            </w:r>
          </w:p>
        </w:tc>
        <w:tc>
          <w:tcPr>
            <w:tcW w:w="513" w:type="dxa"/>
            <w:noWrap/>
            <w:hideMark/>
          </w:tcPr>
          <w:p w14:paraId="28C14A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1A5B7E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w:t>
            </w:r>
          </w:p>
        </w:tc>
        <w:tc>
          <w:tcPr>
            <w:tcW w:w="739" w:type="dxa"/>
            <w:noWrap/>
            <w:hideMark/>
          </w:tcPr>
          <w:p w14:paraId="432067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15.8</w:t>
            </w:r>
          </w:p>
        </w:tc>
        <w:tc>
          <w:tcPr>
            <w:tcW w:w="721" w:type="dxa"/>
            <w:noWrap/>
            <w:hideMark/>
          </w:tcPr>
          <w:p w14:paraId="4D3D84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C0FBA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27C12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CD895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BEA7B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5.3</w:t>
            </w:r>
          </w:p>
        </w:tc>
        <w:tc>
          <w:tcPr>
            <w:tcW w:w="751" w:type="dxa"/>
            <w:noWrap/>
            <w:hideMark/>
          </w:tcPr>
          <w:p w14:paraId="4D7E86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A0DBB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BCFC5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CE48F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7652A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2F2A0A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AEC01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5C8740B" w14:textId="77777777" w:rsidTr="006750F2">
        <w:trPr>
          <w:trHeight w:val="280"/>
        </w:trPr>
        <w:tc>
          <w:tcPr>
            <w:tcW w:w="919" w:type="dxa"/>
            <w:noWrap/>
            <w:hideMark/>
          </w:tcPr>
          <w:p w14:paraId="03635E2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Palsa-744</w:t>
            </w:r>
          </w:p>
        </w:tc>
        <w:tc>
          <w:tcPr>
            <w:tcW w:w="852" w:type="dxa"/>
            <w:noWrap/>
            <w:hideMark/>
          </w:tcPr>
          <w:p w14:paraId="161FD1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Thermoleophilia</w:t>
            </w:r>
          </w:p>
        </w:tc>
        <w:tc>
          <w:tcPr>
            <w:tcW w:w="513" w:type="dxa"/>
            <w:noWrap/>
            <w:hideMark/>
          </w:tcPr>
          <w:p w14:paraId="5DB481A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70DEA3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844C2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721" w:type="dxa"/>
            <w:noWrap/>
            <w:hideMark/>
          </w:tcPr>
          <w:p w14:paraId="70D345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674" w:type="dxa"/>
            <w:noWrap/>
            <w:hideMark/>
          </w:tcPr>
          <w:p w14:paraId="741689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FB3DC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22E0F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C16EC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67C2D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1008" w:type="dxa"/>
            <w:noWrap/>
            <w:hideMark/>
          </w:tcPr>
          <w:p w14:paraId="04DA9A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516533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26F04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6816B8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AB3FC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75F43C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1EF4224" w14:textId="77777777" w:rsidTr="006750F2">
        <w:trPr>
          <w:trHeight w:val="280"/>
        </w:trPr>
        <w:tc>
          <w:tcPr>
            <w:tcW w:w="919" w:type="dxa"/>
            <w:noWrap/>
            <w:hideMark/>
          </w:tcPr>
          <w:p w14:paraId="661890A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SYFI01</w:t>
            </w:r>
          </w:p>
        </w:tc>
        <w:tc>
          <w:tcPr>
            <w:tcW w:w="852" w:type="dxa"/>
            <w:noWrap/>
            <w:hideMark/>
          </w:tcPr>
          <w:p w14:paraId="57723B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Thermoleophilia</w:t>
            </w:r>
          </w:p>
        </w:tc>
        <w:tc>
          <w:tcPr>
            <w:tcW w:w="513" w:type="dxa"/>
            <w:noWrap/>
            <w:hideMark/>
          </w:tcPr>
          <w:p w14:paraId="546249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59B96A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945CB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21" w:type="dxa"/>
            <w:noWrap/>
            <w:hideMark/>
          </w:tcPr>
          <w:p w14:paraId="45ADE2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674" w:type="dxa"/>
            <w:noWrap/>
            <w:hideMark/>
          </w:tcPr>
          <w:p w14:paraId="3AC6C0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5D7BB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04691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E52EA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DFC7D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1008" w:type="dxa"/>
            <w:noWrap/>
            <w:hideMark/>
          </w:tcPr>
          <w:p w14:paraId="4A79FB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44BE87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C6F55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61D86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5CEBB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6FBB8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0D46A43" w14:textId="77777777" w:rsidTr="006750F2">
        <w:trPr>
          <w:trHeight w:val="280"/>
        </w:trPr>
        <w:tc>
          <w:tcPr>
            <w:tcW w:w="919" w:type="dxa"/>
            <w:noWrap/>
            <w:hideMark/>
          </w:tcPr>
          <w:p w14:paraId="52C9025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VAYN01</w:t>
            </w:r>
          </w:p>
        </w:tc>
        <w:tc>
          <w:tcPr>
            <w:tcW w:w="852" w:type="dxa"/>
            <w:noWrap/>
            <w:hideMark/>
          </w:tcPr>
          <w:p w14:paraId="046CBF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Thermoleophilia</w:t>
            </w:r>
          </w:p>
        </w:tc>
        <w:tc>
          <w:tcPr>
            <w:tcW w:w="513" w:type="dxa"/>
            <w:noWrap/>
            <w:hideMark/>
          </w:tcPr>
          <w:p w14:paraId="5AEFB2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38B254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C6EDB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21" w:type="dxa"/>
            <w:noWrap/>
            <w:hideMark/>
          </w:tcPr>
          <w:p w14:paraId="33E224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5AF5D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390D9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705CA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4428C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81D2B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221C5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Metabolically_Versatile</w:t>
            </w:r>
          </w:p>
        </w:tc>
        <w:tc>
          <w:tcPr>
            <w:tcW w:w="853" w:type="dxa"/>
            <w:noWrap/>
            <w:hideMark/>
          </w:tcPr>
          <w:p w14:paraId="149ABD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F6820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Engineered</w:t>
            </w:r>
          </w:p>
        </w:tc>
        <w:tc>
          <w:tcPr>
            <w:tcW w:w="657" w:type="dxa"/>
            <w:noWrap/>
            <w:hideMark/>
          </w:tcPr>
          <w:p w14:paraId="28BB3A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31C072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EE275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D93E823" w14:textId="77777777" w:rsidTr="006750F2">
        <w:trPr>
          <w:trHeight w:val="280"/>
        </w:trPr>
        <w:tc>
          <w:tcPr>
            <w:tcW w:w="919" w:type="dxa"/>
            <w:noWrap/>
            <w:hideMark/>
          </w:tcPr>
          <w:p w14:paraId="3FFD448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Fervidobacterium</w:t>
            </w:r>
          </w:p>
        </w:tc>
        <w:tc>
          <w:tcPr>
            <w:tcW w:w="852" w:type="dxa"/>
            <w:noWrap/>
            <w:hideMark/>
          </w:tcPr>
          <w:p w14:paraId="723B1E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Thermotogae</w:t>
            </w:r>
          </w:p>
        </w:tc>
        <w:tc>
          <w:tcPr>
            <w:tcW w:w="513" w:type="dxa"/>
            <w:noWrap/>
            <w:hideMark/>
          </w:tcPr>
          <w:p w14:paraId="610C04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25057F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EF77F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7E5FC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D185D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AC376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7ADCC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17CE7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6FD0C1F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6AD42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2FDEC2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FD50F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7BD028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BA8BB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33B1B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C18369B" w14:textId="77777777" w:rsidTr="006750F2">
        <w:trPr>
          <w:trHeight w:val="280"/>
        </w:trPr>
        <w:tc>
          <w:tcPr>
            <w:tcW w:w="919" w:type="dxa"/>
            <w:noWrap/>
            <w:hideMark/>
          </w:tcPr>
          <w:p w14:paraId="0E3D6E4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Pseudothermotoga</w:t>
            </w:r>
          </w:p>
        </w:tc>
        <w:tc>
          <w:tcPr>
            <w:tcW w:w="852" w:type="dxa"/>
            <w:noWrap/>
            <w:hideMark/>
          </w:tcPr>
          <w:p w14:paraId="65BC01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Thermotogae</w:t>
            </w:r>
          </w:p>
        </w:tc>
        <w:tc>
          <w:tcPr>
            <w:tcW w:w="513" w:type="dxa"/>
            <w:noWrap/>
            <w:hideMark/>
          </w:tcPr>
          <w:p w14:paraId="7895E4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w:t>
            </w:r>
          </w:p>
        </w:tc>
        <w:tc>
          <w:tcPr>
            <w:tcW w:w="768" w:type="dxa"/>
            <w:noWrap/>
            <w:hideMark/>
          </w:tcPr>
          <w:p w14:paraId="296663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80339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0EB754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A269C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645D8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0836A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C8A37E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D900F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AA9FF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6C960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68ED12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2FFB564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5829E5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A45A0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0EEC033" w14:textId="77777777" w:rsidTr="006750F2">
        <w:trPr>
          <w:trHeight w:val="280"/>
        </w:trPr>
        <w:tc>
          <w:tcPr>
            <w:tcW w:w="919" w:type="dxa"/>
            <w:noWrap/>
            <w:hideMark/>
          </w:tcPr>
          <w:p w14:paraId="07F3B5E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Thermosipho</w:t>
            </w:r>
          </w:p>
        </w:tc>
        <w:tc>
          <w:tcPr>
            <w:tcW w:w="852" w:type="dxa"/>
            <w:noWrap/>
            <w:hideMark/>
          </w:tcPr>
          <w:p w14:paraId="2B95E7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Thermotogae</w:t>
            </w:r>
          </w:p>
        </w:tc>
        <w:tc>
          <w:tcPr>
            <w:tcW w:w="513" w:type="dxa"/>
            <w:noWrap/>
            <w:hideMark/>
          </w:tcPr>
          <w:p w14:paraId="30CC29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235710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E201A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098DB8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329D5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6F74AA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7F8C0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CF2D0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A48D0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67C66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D7FE0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DC5DA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Extreme</w:t>
            </w:r>
          </w:p>
        </w:tc>
        <w:tc>
          <w:tcPr>
            <w:tcW w:w="657" w:type="dxa"/>
            <w:noWrap/>
            <w:hideMark/>
          </w:tcPr>
          <w:p w14:paraId="2A5A82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D3F451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F497A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6A052CA8" w14:textId="77777777" w:rsidTr="006750F2">
        <w:trPr>
          <w:trHeight w:val="280"/>
        </w:trPr>
        <w:tc>
          <w:tcPr>
            <w:tcW w:w="919" w:type="dxa"/>
            <w:noWrap/>
            <w:hideMark/>
          </w:tcPr>
          <w:p w14:paraId="5250239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Thermotoga</w:t>
            </w:r>
          </w:p>
        </w:tc>
        <w:tc>
          <w:tcPr>
            <w:tcW w:w="852" w:type="dxa"/>
            <w:noWrap/>
            <w:hideMark/>
          </w:tcPr>
          <w:p w14:paraId="67733BF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Thermotogae</w:t>
            </w:r>
          </w:p>
        </w:tc>
        <w:tc>
          <w:tcPr>
            <w:tcW w:w="513" w:type="dxa"/>
            <w:noWrap/>
            <w:hideMark/>
          </w:tcPr>
          <w:p w14:paraId="4AD13F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58860B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2962B4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ABB6C6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33B88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DE827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E42D7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55A73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9FABA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2BEFE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42F8BF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F189B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Other</w:t>
            </w:r>
          </w:p>
        </w:tc>
        <w:tc>
          <w:tcPr>
            <w:tcW w:w="657" w:type="dxa"/>
            <w:noWrap/>
            <w:hideMark/>
          </w:tcPr>
          <w:p w14:paraId="4E22E2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2B4FE8C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3A207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735D4BB" w14:textId="77777777" w:rsidTr="006750F2">
        <w:trPr>
          <w:trHeight w:val="280"/>
        </w:trPr>
        <w:tc>
          <w:tcPr>
            <w:tcW w:w="919" w:type="dxa"/>
            <w:noWrap/>
            <w:hideMark/>
          </w:tcPr>
          <w:p w14:paraId="638F0D5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RKRQ01</w:t>
            </w:r>
          </w:p>
        </w:tc>
        <w:tc>
          <w:tcPr>
            <w:tcW w:w="852" w:type="dxa"/>
            <w:noWrap/>
            <w:hideMark/>
          </w:tcPr>
          <w:p w14:paraId="020064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UBA1144</w:t>
            </w:r>
          </w:p>
        </w:tc>
        <w:tc>
          <w:tcPr>
            <w:tcW w:w="513" w:type="dxa"/>
            <w:noWrap/>
            <w:hideMark/>
          </w:tcPr>
          <w:p w14:paraId="641F59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21BF5E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5933E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CCE70A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6C492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E24FA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B9EAC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15232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96441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63792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CF2F2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F3DA5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B0907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046A1D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5E903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EA193C5" w14:textId="77777777" w:rsidTr="006750F2">
        <w:trPr>
          <w:trHeight w:val="280"/>
        </w:trPr>
        <w:tc>
          <w:tcPr>
            <w:tcW w:w="919" w:type="dxa"/>
            <w:noWrap/>
            <w:hideMark/>
          </w:tcPr>
          <w:p w14:paraId="372EB2E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GCA-2724215</w:t>
            </w:r>
          </w:p>
        </w:tc>
        <w:tc>
          <w:tcPr>
            <w:tcW w:w="852" w:type="dxa"/>
            <w:noWrap/>
            <w:hideMark/>
          </w:tcPr>
          <w:p w14:paraId="1592C8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UBA2968</w:t>
            </w:r>
          </w:p>
        </w:tc>
        <w:tc>
          <w:tcPr>
            <w:tcW w:w="513" w:type="dxa"/>
            <w:noWrap/>
            <w:hideMark/>
          </w:tcPr>
          <w:p w14:paraId="3B32E0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29E01A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30.8</w:t>
            </w:r>
          </w:p>
        </w:tc>
        <w:tc>
          <w:tcPr>
            <w:tcW w:w="739" w:type="dxa"/>
            <w:noWrap/>
            <w:hideMark/>
          </w:tcPr>
          <w:p w14:paraId="155C68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52BD45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D7CC1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6268C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FF3CF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61.5</w:t>
            </w:r>
          </w:p>
        </w:tc>
        <w:tc>
          <w:tcPr>
            <w:tcW w:w="909" w:type="dxa"/>
            <w:noWrap/>
            <w:hideMark/>
          </w:tcPr>
          <w:p w14:paraId="577656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92.3</w:t>
            </w:r>
          </w:p>
        </w:tc>
        <w:tc>
          <w:tcPr>
            <w:tcW w:w="751" w:type="dxa"/>
            <w:noWrap/>
            <w:hideMark/>
          </w:tcPr>
          <w:p w14:paraId="71DCF9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54AF6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67D065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40C7CF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C5E87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17698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DCC38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3B19BD2" w14:textId="77777777" w:rsidTr="006750F2">
        <w:trPr>
          <w:trHeight w:val="280"/>
        </w:trPr>
        <w:tc>
          <w:tcPr>
            <w:tcW w:w="919" w:type="dxa"/>
            <w:noWrap/>
            <w:hideMark/>
          </w:tcPr>
          <w:p w14:paraId="57AEC8A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VXRD01</w:t>
            </w:r>
          </w:p>
        </w:tc>
        <w:tc>
          <w:tcPr>
            <w:tcW w:w="852" w:type="dxa"/>
            <w:noWrap/>
            <w:hideMark/>
          </w:tcPr>
          <w:p w14:paraId="675491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UBA2968</w:t>
            </w:r>
          </w:p>
        </w:tc>
        <w:tc>
          <w:tcPr>
            <w:tcW w:w="513" w:type="dxa"/>
            <w:noWrap/>
            <w:hideMark/>
          </w:tcPr>
          <w:p w14:paraId="326185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6241C1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39" w:type="dxa"/>
            <w:noWrap/>
            <w:hideMark/>
          </w:tcPr>
          <w:p w14:paraId="0FB15E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289DA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D8F6D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256CFA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76839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47CEB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51" w:type="dxa"/>
            <w:noWrap/>
            <w:hideMark/>
          </w:tcPr>
          <w:p w14:paraId="776BD1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E57BF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076CA3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6DC848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781E9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0DD684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99852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1EC0B1DA" w14:textId="77777777" w:rsidTr="006750F2">
        <w:trPr>
          <w:trHeight w:val="280"/>
        </w:trPr>
        <w:tc>
          <w:tcPr>
            <w:tcW w:w="919" w:type="dxa"/>
            <w:noWrap/>
            <w:hideMark/>
          </w:tcPr>
          <w:p w14:paraId="2FB3A5C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JABMPR01</w:t>
            </w:r>
          </w:p>
        </w:tc>
        <w:tc>
          <w:tcPr>
            <w:tcW w:w="852" w:type="dxa"/>
            <w:noWrap/>
            <w:hideMark/>
          </w:tcPr>
          <w:p w14:paraId="19EB78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UBA8477</w:t>
            </w:r>
          </w:p>
        </w:tc>
        <w:tc>
          <w:tcPr>
            <w:tcW w:w="513" w:type="dxa"/>
            <w:noWrap/>
            <w:hideMark/>
          </w:tcPr>
          <w:p w14:paraId="798012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413F95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3F634A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21" w:type="dxa"/>
            <w:noWrap/>
            <w:hideMark/>
          </w:tcPr>
          <w:p w14:paraId="5F3450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674" w:type="dxa"/>
            <w:noWrap/>
            <w:hideMark/>
          </w:tcPr>
          <w:p w14:paraId="7500F1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04A15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53148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909" w:type="dxa"/>
            <w:noWrap/>
            <w:hideMark/>
          </w:tcPr>
          <w:p w14:paraId="7EB2A5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51" w:type="dxa"/>
            <w:noWrap/>
            <w:hideMark/>
          </w:tcPr>
          <w:p w14:paraId="2673C3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1008" w:type="dxa"/>
            <w:noWrap/>
            <w:hideMark/>
          </w:tcPr>
          <w:p w14:paraId="4214CB7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2CDFD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36FDD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58C160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A34AF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24FE9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3A591481" w14:textId="77777777" w:rsidTr="006750F2">
        <w:trPr>
          <w:trHeight w:val="280"/>
        </w:trPr>
        <w:tc>
          <w:tcPr>
            <w:tcW w:w="919" w:type="dxa"/>
            <w:noWrap/>
            <w:hideMark/>
          </w:tcPr>
          <w:p w14:paraId="6173BEE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Avigastranaerophilus</w:t>
            </w:r>
          </w:p>
        </w:tc>
        <w:tc>
          <w:tcPr>
            <w:tcW w:w="852" w:type="dxa"/>
            <w:noWrap/>
            <w:hideMark/>
          </w:tcPr>
          <w:p w14:paraId="307075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Vampirovibrionia</w:t>
            </w:r>
          </w:p>
        </w:tc>
        <w:tc>
          <w:tcPr>
            <w:tcW w:w="513" w:type="dxa"/>
            <w:noWrap/>
            <w:hideMark/>
          </w:tcPr>
          <w:p w14:paraId="6568A0D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79EE7A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CCDDF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1155E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BCB73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723EF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8B18D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E966D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BFBBC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388D9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041E28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4068A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A0CA0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3185B2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12F30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9848E64" w14:textId="77777777" w:rsidTr="006750F2">
        <w:trPr>
          <w:trHeight w:val="280"/>
        </w:trPr>
        <w:tc>
          <w:tcPr>
            <w:tcW w:w="919" w:type="dxa"/>
            <w:noWrap/>
            <w:hideMark/>
          </w:tcPr>
          <w:p w14:paraId="06747BF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Galligastranaerophilus</w:t>
            </w:r>
          </w:p>
        </w:tc>
        <w:tc>
          <w:tcPr>
            <w:tcW w:w="852" w:type="dxa"/>
            <w:noWrap/>
            <w:hideMark/>
          </w:tcPr>
          <w:p w14:paraId="3DC5A5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Vampirovibrionia</w:t>
            </w:r>
          </w:p>
        </w:tc>
        <w:tc>
          <w:tcPr>
            <w:tcW w:w="513" w:type="dxa"/>
            <w:noWrap/>
            <w:hideMark/>
          </w:tcPr>
          <w:p w14:paraId="6258CAA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14</w:t>
            </w:r>
          </w:p>
        </w:tc>
        <w:tc>
          <w:tcPr>
            <w:tcW w:w="768" w:type="dxa"/>
            <w:noWrap/>
            <w:hideMark/>
          </w:tcPr>
          <w:p w14:paraId="0362F2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5F4B1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1746BE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FF58EF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A7AE4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7A216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04841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F064F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021E6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F9C8CF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3D99A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2E0C03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DEEEF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727690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103FB5E" w14:textId="77777777" w:rsidTr="006750F2">
        <w:trPr>
          <w:trHeight w:val="280"/>
        </w:trPr>
        <w:tc>
          <w:tcPr>
            <w:tcW w:w="919" w:type="dxa"/>
            <w:noWrap/>
            <w:hideMark/>
          </w:tcPr>
          <w:p w14:paraId="7D577FF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MGBC122484</w:t>
            </w:r>
          </w:p>
        </w:tc>
        <w:tc>
          <w:tcPr>
            <w:tcW w:w="852" w:type="dxa"/>
            <w:noWrap/>
            <w:hideMark/>
          </w:tcPr>
          <w:p w14:paraId="20D45D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Vampirovibrionia</w:t>
            </w:r>
          </w:p>
        </w:tc>
        <w:tc>
          <w:tcPr>
            <w:tcW w:w="513" w:type="dxa"/>
            <w:noWrap/>
            <w:hideMark/>
          </w:tcPr>
          <w:p w14:paraId="0E066C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278D65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683D7F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B024C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23E5F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DF42B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B338E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3EAE5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5610E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77D6B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718947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A88E8F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w:t>
            </w:r>
            <w:r w:rsidRPr="00A057D9">
              <w:rPr>
                <w:rFonts w:ascii="Times New Roman" w:eastAsia="宋体" w:hAnsi="Times New Roman" w:cs="Times New Roman" w:hint="eastAsia"/>
                <w:sz w:val="13"/>
                <w:szCs w:val="13"/>
                <w:lang w:eastAsia="zh-CN"/>
              </w:rPr>
              <w:lastRenderedPageBreak/>
              <w:t>ed</w:t>
            </w:r>
          </w:p>
        </w:tc>
        <w:tc>
          <w:tcPr>
            <w:tcW w:w="657" w:type="dxa"/>
            <w:noWrap/>
            <w:hideMark/>
          </w:tcPr>
          <w:p w14:paraId="315F3C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lastRenderedPageBreak/>
              <w:t>1</w:t>
            </w:r>
          </w:p>
        </w:tc>
        <w:tc>
          <w:tcPr>
            <w:tcW w:w="854" w:type="dxa"/>
            <w:noWrap/>
            <w:hideMark/>
          </w:tcPr>
          <w:p w14:paraId="2DB041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DD0DE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A32B020" w14:textId="77777777" w:rsidTr="006750F2">
        <w:trPr>
          <w:trHeight w:val="280"/>
        </w:trPr>
        <w:tc>
          <w:tcPr>
            <w:tcW w:w="919" w:type="dxa"/>
            <w:noWrap/>
            <w:hideMark/>
          </w:tcPr>
          <w:p w14:paraId="00CF088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RUG14156</w:t>
            </w:r>
          </w:p>
        </w:tc>
        <w:tc>
          <w:tcPr>
            <w:tcW w:w="852" w:type="dxa"/>
            <w:noWrap/>
            <w:hideMark/>
          </w:tcPr>
          <w:p w14:paraId="218648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Vampirovibrionia</w:t>
            </w:r>
          </w:p>
        </w:tc>
        <w:tc>
          <w:tcPr>
            <w:tcW w:w="513" w:type="dxa"/>
            <w:noWrap/>
            <w:hideMark/>
          </w:tcPr>
          <w:p w14:paraId="3793935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33878D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2413F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C3417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57952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A6D01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2D18A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1BBC76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80980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F9D30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C4CF8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FF73F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5B430E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368AC6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4EEDA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F33203D" w14:textId="77777777" w:rsidTr="006750F2">
        <w:trPr>
          <w:trHeight w:val="280"/>
        </w:trPr>
        <w:tc>
          <w:tcPr>
            <w:tcW w:w="919" w:type="dxa"/>
            <w:noWrap/>
            <w:hideMark/>
          </w:tcPr>
          <w:p w14:paraId="659BA5C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Akkermansia</w:t>
            </w:r>
          </w:p>
        </w:tc>
        <w:tc>
          <w:tcPr>
            <w:tcW w:w="852" w:type="dxa"/>
            <w:noWrap/>
            <w:hideMark/>
          </w:tcPr>
          <w:p w14:paraId="1F346B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3914EE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56</w:t>
            </w:r>
          </w:p>
        </w:tc>
        <w:tc>
          <w:tcPr>
            <w:tcW w:w="768" w:type="dxa"/>
            <w:noWrap/>
            <w:hideMark/>
          </w:tcPr>
          <w:p w14:paraId="730D6B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4D39C4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51FB1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BF6D26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6F2D4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CC72C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FFEEEC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21B9B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83851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3A99B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CCE8F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0B6DF1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13C639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696B88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E7610AD" w14:textId="77777777" w:rsidTr="006750F2">
        <w:trPr>
          <w:trHeight w:val="280"/>
        </w:trPr>
        <w:tc>
          <w:tcPr>
            <w:tcW w:w="919" w:type="dxa"/>
            <w:noWrap/>
            <w:hideMark/>
          </w:tcPr>
          <w:p w14:paraId="77689947"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Arctic95D-9</w:t>
            </w:r>
          </w:p>
        </w:tc>
        <w:tc>
          <w:tcPr>
            <w:tcW w:w="852" w:type="dxa"/>
            <w:noWrap/>
            <w:hideMark/>
          </w:tcPr>
          <w:p w14:paraId="02CD1FD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124A8B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28</w:t>
            </w:r>
          </w:p>
        </w:tc>
        <w:tc>
          <w:tcPr>
            <w:tcW w:w="768" w:type="dxa"/>
            <w:noWrap/>
            <w:hideMark/>
          </w:tcPr>
          <w:p w14:paraId="50E374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739" w:type="dxa"/>
            <w:noWrap/>
            <w:hideMark/>
          </w:tcPr>
          <w:p w14:paraId="4100CD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721" w:type="dxa"/>
            <w:noWrap/>
            <w:hideMark/>
          </w:tcPr>
          <w:p w14:paraId="56D28C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674" w:type="dxa"/>
            <w:noWrap/>
            <w:hideMark/>
          </w:tcPr>
          <w:p w14:paraId="666100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25606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9409B9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E9E11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7.1</w:t>
            </w:r>
          </w:p>
        </w:tc>
        <w:tc>
          <w:tcPr>
            <w:tcW w:w="751" w:type="dxa"/>
            <w:noWrap/>
            <w:hideMark/>
          </w:tcPr>
          <w:p w14:paraId="012286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1008" w:type="dxa"/>
            <w:noWrap/>
            <w:hideMark/>
          </w:tcPr>
          <w:p w14:paraId="2495123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5E93F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037A2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15794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6</w:t>
            </w:r>
          </w:p>
        </w:tc>
        <w:tc>
          <w:tcPr>
            <w:tcW w:w="854" w:type="dxa"/>
            <w:noWrap/>
            <w:hideMark/>
          </w:tcPr>
          <w:p w14:paraId="27F26DB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1A6778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1F190FAA" w14:textId="77777777" w:rsidTr="006750F2">
        <w:trPr>
          <w:trHeight w:val="280"/>
        </w:trPr>
        <w:tc>
          <w:tcPr>
            <w:tcW w:w="919" w:type="dxa"/>
            <w:noWrap/>
            <w:hideMark/>
          </w:tcPr>
          <w:p w14:paraId="626A70E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Chth-196</w:t>
            </w:r>
          </w:p>
        </w:tc>
        <w:tc>
          <w:tcPr>
            <w:tcW w:w="852" w:type="dxa"/>
            <w:noWrap/>
            <w:hideMark/>
          </w:tcPr>
          <w:p w14:paraId="287AF0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0F7454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7CCDC6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D5222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2FEFD2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674" w:type="dxa"/>
            <w:noWrap/>
            <w:hideMark/>
          </w:tcPr>
          <w:p w14:paraId="1B4351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09BB2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01659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465009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51D413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1008" w:type="dxa"/>
            <w:noWrap/>
            <w:hideMark/>
          </w:tcPr>
          <w:p w14:paraId="5006420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1B1FF6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44E3A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8262B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2B4D2A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A5E4F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68E8D184" w14:textId="77777777" w:rsidTr="006750F2">
        <w:trPr>
          <w:trHeight w:val="280"/>
        </w:trPr>
        <w:tc>
          <w:tcPr>
            <w:tcW w:w="919" w:type="dxa"/>
            <w:noWrap/>
            <w:hideMark/>
          </w:tcPr>
          <w:p w14:paraId="1F7AC02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ER46</w:t>
            </w:r>
          </w:p>
        </w:tc>
        <w:tc>
          <w:tcPr>
            <w:tcW w:w="852" w:type="dxa"/>
            <w:noWrap/>
            <w:hideMark/>
          </w:tcPr>
          <w:p w14:paraId="432A78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4F58DD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35</w:t>
            </w:r>
          </w:p>
        </w:tc>
        <w:tc>
          <w:tcPr>
            <w:tcW w:w="768" w:type="dxa"/>
            <w:noWrap/>
            <w:hideMark/>
          </w:tcPr>
          <w:p w14:paraId="1F32B32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70FA6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8.6</w:t>
            </w:r>
          </w:p>
        </w:tc>
        <w:tc>
          <w:tcPr>
            <w:tcW w:w="721" w:type="dxa"/>
            <w:noWrap/>
            <w:hideMark/>
          </w:tcPr>
          <w:p w14:paraId="2E81B2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51.4</w:t>
            </w:r>
          </w:p>
        </w:tc>
        <w:tc>
          <w:tcPr>
            <w:tcW w:w="674" w:type="dxa"/>
            <w:noWrap/>
            <w:hideMark/>
          </w:tcPr>
          <w:p w14:paraId="40B12FE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88797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4CE90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17.1</w:t>
            </w:r>
          </w:p>
        </w:tc>
        <w:tc>
          <w:tcPr>
            <w:tcW w:w="909" w:type="dxa"/>
            <w:noWrap/>
            <w:hideMark/>
          </w:tcPr>
          <w:p w14:paraId="737874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17.1</w:t>
            </w:r>
          </w:p>
        </w:tc>
        <w:tc>
          <w:tcPr>
            <w:tcW w:w="751" w:type="dxa"/>
            <w:noWrap/>
            <w:hideMark/>
          </w:tcPr>
          <w:p w14:paraId="6F1A14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51.4</w:t>
            </w:r>
          </w:p>
        </w:tc>
        <w:tc>
          <w:tcPr>
            <w:tcW w:w="1008" w:type="dxa"/>
            <w:noWrap/>
            <w:hideMark/>
          </w:tcPr>
          <w:p w14:paraId="568081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1AEB73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5BCD9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8EBA9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3C95F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2F5EF4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6CB448DD" w14:textId="77777777" w:rsidTr="006750F2">
        <w:trPr>
          <w:trHeight w:val="280"/>
        </w:trPr>
        <w:tc>
          <w:tcPr>
            <w:tcW w:w="919" w:type="dxa"/>
            <w:noWrap/>
            <w:hideMark/>
          </w:tcPr>
          <w:p w14:paraId="46BAA5B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Haloferula</w:t>
            </w:r>
          </w:p>
        </w:tc>
        <w:tc>
          <w:tcPr>
            <w:tcW w:w="852" w:type="dxa"/>
            <w:noWrap/>
            <w:hideMark/>
          </w:tcPr>
          <w:p w14:paraId="01746B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6A5A1B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1DE97B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739" w:type="dxa"/>
            <w:noWrap/>
            <w:hideMark/>
          </w:tcPr>
          <w:p w14:paraId="213809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w:t>
            </w:r>
          </w:p>
        </w:tc>
        <w:tc>
          <w:tcPr>
            <w:tcW w:w="721" w:type="dxa"/>
            <w:noWrap/>
            <w:hideMark/>
          </w:tcPr>
          <w:p w14:paraId="7DDD00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47.1</w:t>
            </w:r>
          </w:p>
        </w:tc>
        <w:tc>
          <w:tcPr>
            <w:tcW w:w="674" w:type="dxa"/>
            <w:noWrap/>
            <w:hideMark/>
          </w:tcPr>
          <w:p w14:paraId="2269E2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3272A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0983F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5.9</w:t>
            </w:r>
          </w:p>
        </w:tc>
        <w:tc>
          <w:tcPr>
            <w:tcW w:w="909" w:type="dxa"/>
            <w:noWrap/>
            <w:hideMark/>
          </w:tcPr>
          <w:p w14:paraId="0BCFFB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11.8</w:t>
            </w:r>
          </w:p>
        </w:tc>
        <w:tc>
          <w:tcPr>
            <w:tcW w:w="751" w:type="dxa"/>
            <w:noWrap/>
            <w:hideMark/>
          </w:tcPr>
          <w:p w14:paraId="4501C8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47.1</w:t>
            </w:r>
          </w:p>
        </w:tc>
        <w:tc>
          <w:tcPr>
            <w:tcW w:w="1008" w:type="dxa"/>
            <w:noWrap/>
            <w:hideMark/>
          </w:tcPr>
          <w:p w14:paraId="7079E40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F2D0AA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DFF62B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97A03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38F697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72AB6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1021500A" w14:textId="77777777" w:rsidTr="006750F2">
        <w:trPr>
          <w:trHeight w:val="280"/>
        </w:trPr>
        <w:tc>
          <w:tcPr>
            <w:tcW w:w="919" w:type="dxa"/>
            <w:noWrap/>
            <w:hideMark/>
          </w:tcPr>
          <w:p w14:paraId="5B5C376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Lacunisphaera</w:t>
            </w:r>
          </w:p>
        </w:tc>
        <w:tc>
          <w:tcPr>
            <w:tcW w:w="852" w:type="dxa"/>
            <w:noWrap/>
            <w:hideMark/>
          </w:tcPr>
          <w:p w14:paraId="7BC735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2451C9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19</w:t>
            </w:r>
          </w:p>
        </w:tc>
        <w:tc>
          <w:tcPr>
            <w:tcW w:w="768" w:type="dxa"/>
            <w:noWrap/>
            <w:hideMark/>
          </w:tcPr>
          <w:p w14:paraId="70B51F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F7B6CB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D06FD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73.7</w:t>
            </w:r>
          </w:p>
        </w:tc>
        <w:tc>
          <w:tcPr>
            <w:tcW w:w="674" w:type="dxa"/>
            <w:noWrap/>
            <w:hideMark/>
          </w:tcPr>
          <w:p w14:paraId="402C81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66EA5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DDEED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21.1</w:t>
            </w:r>
          </w:p>
        </w:tc>
        <w:tc>
          <w:tcPr>
            <w:tcW w:w="909" w:type="dxa"/>
            <w:noWrap/>
            <w:hideMark/>
          </w:tcPr>
          <w:p w14:paraId="4C4A20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21.1</w:t>
            </w:r>
          </w:p>
        </w:tc>
        <w:tc>
          <w:tcPr>
            <w:tcW w:w="751" w:type="dxa"/>
            <w:noWrap/>
            <w:hideMark/>
          </w:tcPr>
          <w:p w14:paraId="52DC99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73.7</w:t>
            </w:r>
          </w:p>
        </w:tc>
        <w:tc>
          <w:tcPr>
            <w:tcW w:w="1008" w:type="dxa"/>
            <w:noWrap/>
            <w:hideMark/>
          </w:tcPr>
          <w:p w14:paraId="73E879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896F9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2DE7B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C3AE4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A6A4C9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B0955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4BAA2120" w14:textId="77777777" w:rsidTr="006750F2">
        <w:trPr>
          <w:trHeight w:val="280"/>
        </w:trPr>
        <w:tc>
          <w:tcPr>
            <w:tcW w:w="919" w:type="dxa"/>
            <w:noWrap/>
            <w:hideMark/>
          </w:tcPr>
          <w:p w14:paraId="690848E0"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Lentimonas</w:t>
            </w:r>
          </w:p>
        </w:tc>
        <w:tc>
          <w:tcPr>
            <w:tcW w:w="852" w:type="dxa"/>
            <w:noWrap/>
            <w:hideMark/>
          </w:tcPr>
          <w:p w14:paraId="7DE0B0E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2FEEC37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75CC8A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39" w:type="dxa"/>
            <w:noWrap/>
            <w:hideMark/>
          </w:tcPr>
          <w:p w14:paraId="42F9E3B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16.7</w:t>
            </w:r>
          </w:p>
        </w:tc>
        <w:tc>
          <w:tcPr>
            <w:tcW w:w="721" w:type="dxa"/>
            <w:noWrap/>
            <w:hideMark/>
          </w:tcPr>
          <w:p w14:paraId="07A199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D90820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694" w:type="dxa"/>
            <w:noWrap/>
            <w:hideMark/>
          </w:tcPr>
          <w:p w14:paraId="0BD8D8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8EEDD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8.3</w:t>
            </w:r>
          </w:p>
        </w:tc>
        <w:tc>
          <w:tcPr>
            <w:tcW w:w="909" w:type="dxa"/>
            <w:noWrap/>
            <w:hideMark/>
          </w:tcPr>
          <w:p w14:paraId="1EBB69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33.3</w:t>
            </w:r>
          </w:p>
        </w:tc>
        <w:tc>
          <w:tcPr>
            <w:tcW w:w="751" w:type="dxa"/>
            <w:noWrap/>
            <w:hideMark/>
          </w:tcPr>
          <w:p w14:paraId="16B80A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2D75DB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1D7B7BB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546BD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5D6436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7E548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21CF32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08AEA1D2" w14:textId="77777777" w:rsidTr="006750F2">
        <w:trPr>
          <w:trHeight w:val="280"/>
        </w:trPr>
        <w:tc>
          <w:tcPr>
            <w:tcW w:w="919" w:type="dxa"/>
            <w:noWrap/>
            <w:hideMark/>
          </w:tcPr>
          <w:p w14:paraId="58C5944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Luteolibacter</w:t>
            </w:r>
          </w:p>
        </w:tc>
        <w:tc>
          <w:tcPr>
            <w:tcW w:w="852" w:type="dxa"/>
            <w:noWrap/>
            <w:hideMark/>
          </w:tcPr>
          <w:p w14:paraId="2ED739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11BFC9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58</w:t>
            </w:r>
          </w:p>
        </w:tc>
        <w:tc>
          <w:tcPr>
            <w:tcW w:w="768" w:type="dxa"/>
            <w:noWrap/>
            <w:hideMark/>
          </w:tcPr>
          <w:p w14:paraId="05B429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39" w:type="dxa"/>
            <w:noWrap/>
            <w:hideMark/>
          </w:tcPr>
          <w:p w14:paraId="6BACD2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12.1</w:t>
            </w:r>
          </w:p>
        </w:tc>
        <w:tc>
          <w:tcPr>
            <w:tcW w:w="721" w:type="dxa"/>
            <w:noWrap/>
            <w:hideMark/>
          </w:tcPr>
          <w:p w14:paraId="60055B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w:t>
            </w:r>
          </w:p>
        </w:tc>
        <w:tc>
          <w:tcPr>
            <w:tcW w:w="674" w:type="dxa"/>
            <w:noWrap/>
            <w:hideMark/>
          </w:tcPr>
          <w:p w14:paraId="48A1B8C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694" w:type="dxa"/>
            <w:noWrap/>
            <w:hideMark/>
          </w:tcPr>
          <w:p w14:paraId="7F396F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97A1B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w:t>
            </w:r>
          </w:p>
        </w:tc>
        <w:tc>
          <w:tcPr>
            <w:tcW w:w="909" w:type="dxa"/>
            <w:noWrap/>
            <w:hideMark/>
          </w:tcPr>
          <w:p w14:paraId="3C78AB3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8.6</w:t>
            </w:r>
          </w:p>
        </w:tc>
        <w:tc>
          <w:tcPr>
            <w:tcW w:w="751" w:type="dxa"/>
            <w:noWrap/>
            <w:hideMark/>
          </w:tcPr>
          <w:p w14:paraId="7C4CE3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5.2</w:t>
            </w:r>
          </w:p>
        </w:tc>
        <w:tc>
          <w:tcPr>
            <w:tcW w:w="1008" w:type="dxa"/>
            <w:noWrap/>
            <w:hideMark/>
          </w:tcPr>
          <w:p w14:paraId="2CC9176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992E9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404CCB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72DFBD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1A2266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4BE6ED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3BE431A" w14:textId="77777777" w:rsidTr="006750F2">
        <w:trPr>
          <w:trHeight w:val="280"/>
        </w:trPr>
        <w:tc>
          <w:tcPr>
            <w:tcW w:w="919" w:type="dxa"/>
            <w:noWrap/>
            <w:hideMark/>
          </w:tcPr>
          <w:p w14:paraId="2E82B0DC"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Merdousia</w:t>
            </w:r>
          </w:p>
        </w:tc>
        <w:tc>
          <w:tcPr>
            <w:tcW w:w="852" w:type="dxa"/>
            <w:noWrap/>
            <w:hideMark/>
          </w:tcPr>
          <w:p w14:paraId="66C7AA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14F46E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23</w:t>
            </w:r>
          </w:p>
        </w:tc>
        <w:tc>
          <w:tcPr>
            <w:tcW w:w="768" w:type="dxa"/>
            <w:noWrap/>
            <w:hideMark/>
          </w:tcPr>
          <w:p w14:paraId="00517D5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141CE9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49E5C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A49E2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F815C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0C0A4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098186B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91A82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191169E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4C1769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93C02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Host-associated</w:t>
            </w:r>
          </w:p>
        </w:tc>
        <w:tc>
          <w:tcPr>
            <w:tcW w:w="657" w:type="dxa"/>
            <w:noWrap/>
            <w:hideMark/>
          </w:tcPr>
          <w:p w14:paraId="4E2F5D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A1DAC4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F65E9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4E78861" w14:textId="77777777" w:rsidTr="006750F2">
        <w:trPr>
          <w:trHeight w:val="280"/>
        </w:trPr>
        <w:tc>
          <w:tcPr>
            <w:tcW w:w="919" w:type="dxa"/>
            <w:noWrap/>
            <w:hideMark/>
          </w:tcPr>
          <w:p w14:paraId="65213E1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Oceaniferula</w:t>
            </w:r>
          </w:p>
        </w:tc>
        <w:tc>
          <w:tcPr>
            <w:tcW w:w="852" w:type="dxa"/>
            <w:noWrap/>
            <w:hideMark/>
          </w:tcPr>
          <w:p w14:paraId="47571B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73CD54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273DE2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39" w:type="dxa"/>
            <w:noWrap/>
            <w:hideMark/>
          </w:tcPr>
          <w:p w14:paraId="0C2638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21" w:type="dxa"/>
            <w:noWrap/>
            <w:hideMark/>
          </w:tcPr>
          <w:p w14:paraId="315A888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674" w:type="dxa"/>
            <w:noWrap/>
            <w:hideMark/>
          </w:tcPr>
          <w:p w14:paraId="7934071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C01071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2E79385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B737D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188F84E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1008" w:type="dxa"/>
            <w:noWrap/>
            <w:hideMark/>
          </w:tcPr>
          <w:p w14:paraId="54EB51C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2AD76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3993E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1900B4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B2814E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5BB68A6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6C6C47DB" w14:textId="77777777" w:rsidTr="006750F2">
        <w:trPr>
          <w:trHeight w:val="280"/>
        </w:trPr>
        <w:tc>
          <w:tcPr>
            <w:tcW w:w="919" w:type="dxa"/>
            <w:noWrap/>
            <w:hideMark/>
          </w:tcPr>
          <w:p w14:paraId="41679C3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Opi-474</w:t>
            </w:r>
          </w:p>
        </w:tc>
        <w:tc>
          <w:tcPr>
            <w:tcW w:w="852" w:type="dxa"/>
            <w:noWrap/>
            <w:hideMark/>
          </w:tcPr>
          <w:p w14:paraId="3EE200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7F443DE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7808044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69858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D872D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674" w:type="dxa"/>
            <w:noWrap/>
            <w:hideMark/>
          </w:tcPr>
          <w:p w14:paraId="45FA466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D6C8F5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8C43BA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B3216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2B90E8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45.5</w:t>
            </w:r>
          </w:p>
        </w:tc>
        <w:tc>
          <w:tcPr>
            <w:tcW w:w="1008" w:type="dxa"/>
            <w:noWrap/>
            <w:hideMark/>
          </w:tcPr>
          <w:p w14:paraId="713ABDC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758ED34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34C4B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0F169D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687739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40E6AC4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28BAC624" w14:textId="77777777" w:rsidTr="006750F2">
        <w:trPr>
          <w:trHeight w:val="280"/>
        </w:trPr>
        <w:tc>
          <w:tcPr>
            <w:tcW w:w="919" w:type="dxa"/>
            <w:noWrap/>
            <w:hideMark/>
          </w:tcPr>
          <w:p w14:paraId="110D868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Palsa-1447</w:t>
            </w:r>
          </w:p>
        </w:tc>
        <w:tc>
          <w:tcPr>
            <w:tcW w:w="852" w:type="dxa"/>
            <w:noWrap/>
            <w:hideMark/>
          </w:tcPr>
          <w:p w14:paraId="4EEDFD1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1B127F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2FA66A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E6282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43D590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674" w:type="dxa"/>
            <w:noWrap/>
            <w:hideMark/>
          </w:tcPr>
          <w:p w14:paraId="008E5F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0E818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302A2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73245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0EADB20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1008" w:type="dxa"/>
            <w:noWrap/>
            <w:hideMark/>
          </w:tcPr>
          <w:p w14:paraId="3893927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N_Loss</w:t>
            </w:r>
          </w:p>
        </w:tc>
        <w:tc>
          <w:tcPr>
            <w:tcW w:w="853" w:type="dxa"/>
            <w:noWrap/>
            <w:hideMark/>
          </w:tcPr>
          <w:p w14:paraId="10674D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61AD8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2EFA633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6BC2B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BCBE9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23A506FE" w14:textId="77777777" w:rsidTr="006750F2">
        <w:trPr>
          <w:trHeight w:val="280"/>
        </w:trPr>
        <w:tc>
          <w:tcPr>
            <w:tcW w:w="919" w:type="dxa"/>
            <w:noWrap/>
            <w:hideMark/>
          </w:tcPr>
          <w:p w14:paraId="20502D4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Prosthecobacter</w:t>
            </w:r>
          </w:p>
        </w:tc>
        <w:tc>
          <w:tcPr>
            <w:tcW w:w="852" w:type="dxa"/>
            <w:noWrap/>
            <w:hideMark/>
          </w:tcPr>
          <w:p w14:paraId="3EE6646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27A661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41</w:t>
            </w:r>
          </w:p>
        </w:tc>
        <w:tc>
          <w:tcPr>
            <w:tcW w:w="768" w:type="dxa"/>
            <w:noWrap/>
            <w:hideMark/>
          </w:tcPr>
          <w:p w14:paraId="3504453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9.8</w:t>
            </w:r>
          </w:p>
        </w:tc>
        <w:tc>
          <w:tcPr>
            <w:tcW w:w="739" w:type="dxa"/>
            <w:noWrap/>
            <w:hideMark/>
          </w:tcPr>
          <w:p w14:paraId="7FDFBC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17.1</w:t>
            </w:r>
          </w:p>
        </w:tc>
        <w:tc>
          <w:tcPr>
            <w:tcW w:w="721" w:type="dxa"/>
            <w:noWrap/>
            <w:hideMark/>
          </w:tcPr>
          <w:p w14:paraId="454B6D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674" w:type="dxa"/>
            <w:noWrap/>
            <w:hideMark/>
          </w:tcPr>
          <w:p w14:paraId="79A51C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E31A22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12733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7E5D9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9.8</w:t>
            </w:r>
          </w:p>
        </w:tc>
        <w:tc>
          <w:tcPr>
            <w:tcW w:w="751" w:type="dxa"/>
            <w:noWrap/>
            <w:hideMark/>
          </w:tcPr>
          <w:p w14:paraId="07DF306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22</w:t>
            </w:r>
          </w:p>
        </w:tc>
        <w:tc>
          <w:tcPr>
            <w:tcW w:w="1008" w:type="dxa"/>
            <w:noWrap/>
            <w:hideMark/>
          </w:tcPr>
          <w:p w14:paraId="1850CC3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6EB729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3D062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C4DAD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854" w:type="dxa"/>
            <w:noWrap/>
            <w:hideMark/>
          </w:tcPr>
          <w:p w14:paraId="7AFFB3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3E9CE2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r w:rsidR="006E0B49" w:rsidRPr="00A057D9" w14:paraId="72599B84" w14:textId="77777777" w:rsidTr="006750F2">
        <w:trPr>
          <w:trHeight w:val="280"/>
        </w:trPr>
        <w:tc>
          <w:tcPr>
            <w:tcW w:w="919" w:type="dxa"/>
            <w:noWrap/>
            <w:hideMark/>
          </w:tcPr>
          <w:p w14:paraId="0D0A05C2"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Rariglobus</w:t>
            </w:r>
          </w:p>
        </w:tc>
        <w:tc>
          <w:tcPr>
            <w:tcW w:w="852" w:type="dxa"/>
            <w:noWrap/>
            <w:hideMark/>
          </w:tcPr>
          <w:p w14:paraId="548BA1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0BCE8D6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0E149A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47778B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21" w:type="dxa"/>
            <w:noWrap/>
            <w:hideMark/>
          </w:tcPr>
          <w:p w14:paraId="50418B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674" w:type="dxa"/>
            <w:noWrap/>
            <w:hideMark/>
          </w:tcPr>
          <w:p w14:paraId="7D9C0D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66B49C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9E97A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909" w:type="dxa"/>
            <w:noWrap/>
            <w:hideMark/>
          </w:tcPr>
          <w:p w14:paraId="4D04823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51" w:type="dxa"/>
            <w:noWrap/>
            <w:hideMark/>
          </w:tcPr>
          <w:p w14:paraId="4104F11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1008" w:type="dxa"/>
            <w:noWrap/>
            <w:hideMark/>
          </w:tcPr>
          <w:p w14:paraId="75A2E4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051238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706F3D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0C60B7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8B3F96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0B73BE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58A4EC17" w14:textId="77777777" w:rsidTr="006750F2">
        <w:trPr>
          <w:trHeight w:val="280"/>
        </w:trPr>
        <w:tc>
          <w:tcPr>
            <w:tcW w:w="919" w:type="dxa"/>
            <w:noWrap/>
            <w:hideMark/>
          </w:tcPr>
          <w:p w14:paraId="72B0129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Roseibacillus</w:t>
            </w:r>
          </w:p>
        </w:tc>
        <w:tc>
          <w:tcPr>
            <w:tcW w:w="852" w:type="dxa"/>
            <w:noWrap/>
            <w:hideMark/>
          </w:tcPr>
          <w:p w14:paraId="67C5D3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2B45C7C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2F0D86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739" w:type="dxa"/>
            <w:noWrap/>
            <w:hideMark/>
          </w:tcPr>
          <w:p w14:paraId="34F407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721" w:type="dxa"/>
            <w:noWrap/>
            <w:hideMark/>
          </w:tcPr>
          <w:p w14:paraId="10C2D2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D195E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15AFA9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A4C6C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0FB22C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15.4</w:t>
            </w:r>
          </w:p>
        </w:tc>
        <w:tc>
          <w:tcPr>
            <w:tcW w:w="751" w:type="dxa"/>
            <w:noWrap/>
            <w:hideMark/>
          </w:tcPr>
          <w:p w14:paraId="6D72EB7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CC0EC2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0309AF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23B5C6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F9B74B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59D955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01A601E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12592552" w14:textId="77777777" w:rsidTr="006750F2">
        <w:trPr>
          <w:trHeight w:val="280"/>
        </w:trPr>
        <w:tc>
          <w:tcPr>
            <w:tcW w:w="919" w:type="dxa"/>
            <w:noWrap/>
            <w:hideMark/>
          </w:tcPr>
          <w:p w14:paraId="4A02060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SW10</w:t>
            </w:r>
          </w:p>
        </w:tc>
        <w:tc>
          <w:tcPr>
            <w:tcW w:w="852" w:type="dxa"/>
            <w:noWrap/>
            <w:hideMark/>
          </w:tcPr>
          <w:p w14:paraId="4AADE7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0C85B3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0044A7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4ECA6D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5C966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A6CBBB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386A6F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645D7F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07B594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71DC3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BEB82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4F49C3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71A154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5EAEB4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6F4AF5E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9C8AB1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5D1C12C5" w14:textId="77777777" w:rsidTr="006750F2">
        <w:trPr>
          <w:trHeight w:val="280"/>
        </w:trPr>
        <w:tc>
          <w:tcPr>
            <w:tcW w:w="919" w:type="dxa"/>
            <w:noWrap/>
            <w:hideMark/>
          </w:tcPr>
          <w:p w14:paraId="00F96D98"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SXXZ01</w:t>
            </w:r>
          </w:p>
        </w:tc>
        <w:tc>
          <w:tcPr>
            <w:tcW w:w="852" w:type="dxa"/>
            <w:noWrap/>
            <w:hideMark/>
          </w:tcPr>
          <w:p w14:paraId="7BEE19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78569B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12</w:t>
            </w:r>
          </w:p>
        </w:tc>
        <w:tc>
          <w:tcPr>
            <w:tcW w:w="768" w:type="dxa"/>
            <w:noWrap/>
            <w:hideMark/>
          </w:tcPr>
          <w:p w14:paraId="2D8EBCA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57E7CA0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23F32D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7D8DF49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49EDFFC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4A7A5FE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3BE800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E43701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C2F84B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16020A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674ABA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8E285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651B77F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69D64B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76F685AC" w14:textId="77777777" w:rsidTr="006750F2">
        <w:trPr>
          <w:trHeight w:val="280"/>
        </w:trPr>
        <w:tc>
          <w:tcPr>
            <w:tcW w:w="919" w:type="dxa"/>
            <w:noWrap/>
            <w:hideMark/>
          </w:tcPr>
          <w:p w14:paraId="1908E729"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UBA11358</w:t>
            </w:r>
          </w:p>
        </w:tc>
        <w:tc>
          <w:tcPr>
            <w:tcW w:w="852" w:type="dxa"/>
            <w:noWrap/>
            <w:hideMark/>
          </w:tcPr>
          <w:p w14:paraId="0598D0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527D2EC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29</w:t>
            </w:r>
          </w:p>
        </w:tc>
        <w:tc>
          <w:tcPr>
            <w:tcW w:w="768" w:type="dxa"/>
            <w:noWrap/>
            <w:hideMark/>
          </w:tcPr>
          <w:p w14:paraId="2779A4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0AA77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6B8931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48.3</w:t>
            </w:r>
          </w:p>
        </w:tc>
        <w:tc>
          <w:tcPr>
            <w:tcW w:w="674" w:type="dxa"/>
            <w:noWrap/>
            <w:hideMark/>
          </w:tcPr>
          <w:p w14:paraId="11EFCE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13.8</w:t>
            </w:r>
          </w:p>
        </w:tc>
        <w:tc>
          <w:tcPr>
            <w:tcW w:w="694" w:type="dxa"/>
            <w:noWrap/>
            <w:hideMark/>
          </w:tcPr>
          <w:p w14:paraId="37DC32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15939D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3.4</w:t>
            </w:r>
          </w:p>
        </w:tc>
        <w:tc>
          <w:tcPr>
            <w:tcW w:w="909" w:type="dxa"/>
            <w:noWrap/>
            <w:hideMark/>
          </w:tcPr>
          <w:p w14:paraId="5AFC94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17.2</w:t>
            </w:r>
          </w:p>
        </w:tc>
        <w:tc>
          <w:tcPr>
            <w:tcW w:w="751" w:type="dxa"/>
            <w:noWrap/>
            <w:hideMark/>
          </w:tcPr>
          <w:p w14:paraId="26D7D7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48.3</w:t>
            </w:r>
          </w:p>
        </w:tc>
        <w:tc>
          <w:tcPr>
            <w:tcW w:w="1008" w:type="dxa"/>
            <w:noWrap/>
            <w:hideMark/>
          </w:tcPr>
          <w:p w14:paraId="416E17F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799A73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CB0859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B024D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62689D1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FALSE</w:t>
            </w:r>
          </w:p>
        </w:tc>
        <w:tc>
          <w:tcPr>
            <w:tcW w:w="611" w:type="dxa"/>
            <w:noWrap/>
            <w:hideMark/>
          </w:tcPr>
          <w:p w14:paraId="625F240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High</w:t>
            </w:r>
          </w:p>
        </w:tc>
      </w:tr>
      <w:tr w:rsidR="006E0B49" w:rsidRPr="00A057D9" w14:paraId="78443842" w14:textId="77777777" w:rsidTr="006750F2">
        <w:trPr>
          <w:trHeight w:val="280"/>
        </w:trPr>
        <w:tc>
          <w:tcPr>
            <w:tcW w:w="919" w:type="dxa"/>
            <w:noWrap/>
            <w:hideMark/>
          </w:tcPr>
          <w:p w14:paraId="6A7302DB"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UBA6821</w:t>
            </w:r>
          </w:p>
        </w:tc>
        <w:tc>
          <w:tcPr>
            <w:tcW w:w="852" w:type="dxa"/>
            <w:noWrap/>
            <w:hideMark/>
          </w:tcPr>
          <w:p w14:paraId="594170A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3E8AF85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13</w:t>
            </w:r>
          </w:p>
        </w:tc>
        <w:tc>
          <w:tcPr>
            <w:tcW w:w="768" w:type="dxa"/>
            <w:noWrap/>
            <w:hideMark/>
          </w:tcPr>
          <w:p w14:paraId="7465838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574E50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2082527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42A2B03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764F1A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3A6558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909" w:type="dxa"/>
            <w:noWrap/>
            <w:hideMark/>
          </w:tcPr>
          <w:p w14:paraId="2F2C3E4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7.7</w:t>
            </w:r>
          </w:p>
        </w:tc>
        <w:tc>
          <w:tcPr>
            <w:tcW w:w="751" w:type="dxa"/>
            <w:noWrap/>
            <w:hideMark/>
          </w:tcPr>
          <w:p w14:paraId="4F5D73D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4F3207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D5E3CE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3352A8A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51D06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459CC08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9929A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37150AD" w14:textId="77777777" w:rsidTr="006750F2">
        <w:trPr>
          <w:trHeight w:val="280"/>
        </w:trPr>
        <w:tc>
          <w:tcPr>
            <w:tcW w:w="919" w:type="dxa"/>
            <w:noWrap/>
            <w:hideMark/>
          </w:tcPr>
          <w:p w14:paraId="6C2F274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UBA7441</w:t>
            </w:r>
          </w:p>
        </w:tc>
        <w:tc>
          <w:tcPr>
            <w:tcW w:w="852" w:type="dxa"/>
            <w:noWrap/>
            <w:hideMark/>
          </w:tcPr>
          <w:p w14:paraId="6802867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43ED5B9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03DECFC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5D6A43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6665D8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6C3EB50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694" w:type="dxa"/>
            <w:noWrap/>
            <w:hideMark/>
          </w:tcPr>
          <w:p w14:paraId="3CB31C8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E5ABC1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9ED9B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18.2</w:t>
            </w:r>
          </w:p>
        </w:tc>
        <w:tc>
          <w:tcPr>
            <w:tcW w:w="751" w:type="dxa"/>
            <w:noWrap/>
            <w:hideMark/>
          </w:tcPr>
          <w:p w14:paraId="6B665C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50FA1D5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264547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4AE1A86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E06FC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D07BB8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CB1FE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Moderate</w:t>
            </w:r>
          </w:p>
        </w:tc>
      </w:tr>
      <w:tr w:rsidR="006E0B49" w:rsidRPr="00A057D9" w14:paraId="4F2D7968" w14:textId="77777777" w:rsidTr="006750F2">
        <w:trPr>
          <w:trHeight w:val="280"/>
        </w:trPr>
        <w:tc>
          <w:tcPr>
            <w:tcW w:w="919" w:type="dxa"/>
            <w:noWrap/>
            <w:hideMark/>
          </w:tcPr>
          <w:p w14:paraId="6D30E37F"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UBA953</w:t>
            </w:r>
          </w:p>
        </w:tc>
        <w:tc>
          <w:tcPr>
            <w:tcW w:w="852" w:type="dxa"/>
            <w:noWrap/>
            <w:hideMark/>
          </w:tcPr>
          <w:p w14:paraId="0794798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6605C87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68" w:type="dxa"/>
            <w:noWrap/>
            <w:hideMark/>
          </w:tcPr>
          <w:p w14:paraId="06E75F9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754AAA5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4C76F7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0AF4315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55169E5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FC55C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31798B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1EDF719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D164E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5BC7D27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BE30D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0975B7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799D5E1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530760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4BA581A1" w14:textId="77777777" w:rsidTr="006750F2">
        <w:trPr>
          <w:trHeight w:val="280"/>
        </w:trPr>
        <w:tc>
          <w:tcPr>
            <w:tcW w:w="919" w:type="dxa"/>
            <w:noWrap/>
            <w:hideMark/>
          </w:tcPr>
          <w:p w14:paraId="1E977CD3"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UBA956</w:t>
            </w:r>
          </w:p>
        </w:tc>
        <w:tc>
          <w:tcPr>
            <w:tcW w:w="852" w:type="dxa"/>
            <w:noWrap/>
            <w:hideMark/>
          </w:tcPr>
          <w:p w14:paraId="349C6FA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70748B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11</w:t>
            </w:r>
          </w:p>
        </w:tc>
        <w:tc>
          <w:tcPr>
            <w:tcW w:w="768" w:type="dxa"/>
            <w:noWrap/>
            <w:hideMark/>
          </w:tcPr>
          <w:p w14:paraId="42149C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39" w:type="dxa"/>
            <w:noWrap/>
            <w:hideMark/>
          </w:tcPr>
          <w:p w14:paraId="2BB929C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9842AD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5E6CE78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2FBFD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6847DC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27DD88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9.1</w:t>
            </w:r>
          </w:p>
        </w:tc>
        <w:tc>
          <w:tcPr>
            <w:tcW w:w="751" w:type="dxa"/>
            <w:noWrap/>
            <w:hideMark/>
          </w:tcPr>
          <w:p w14:paraId="78D0DA6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F5719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4B6ACE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5B7310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685B140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w:t>
            </w:r>
          </w:p>
        </w:tc>
        <w:tc>
          <w:tcPr>
            <w:tcW w:w="854" w:type="dxa"/>
            <w:noWrap/>
            <w:hideMark/>
          </w:tcPr>
          <w:p w14:paraId="091C224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75C513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7286883E" w14:textId="77777777" w:rsidTr="006750F2">
        <w:trPr>
          <w:trHeight w:val="280"/>
        </w:trPr>
        <w:tc>
          <w:tcPr>
            <w:tcW w:w="919" w:type="dxa"/>
            <w:noWrap/>
            <w:hideMark/>
          </w:tcPr>
          <w:p w14:paraId="276AC99E"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UBA967</w:t>
            </w:r>
          </w:p>
        </w:tc>
        <w:tc>
          <w:tcPr>
            <w:tcW w:w="852" w:type="dxa"/>
            <w:noWrap/>
            <w:hideMark/>
          </w:tcPr>
          <w:p w14:paraId="46C57AD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2106EFD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222BBB2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02B6F1C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3F6529E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2704F33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3F23D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F29438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D112A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4689E6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335F13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617D0D7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157B606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392D5FA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1CBA56A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39B93E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237D74FF" w14:textId="77777777" w:rsidTr="006750F2">
        <w:trPr>
          <w:trHeight w:val="280"/>
        </w:trPr>
        <w:tc>
          <w:tcPr>
            <w:tcW w:w="919" w:type="dxa"/>
            <w:noWrap/>
            <w:hideMark/>
          </w:tcPr>
          <w:p w14:paraId="2E25A59D"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Udaeobacter</w:t>
            </w:r>
          </w:p>
        </w:tc>
        <w:tc>
          <w:tcPr>
            <w:tcW w:w="852" w:type="dxa"/>
            <w:noWrap/>
            <w:hideMark/>
          </w:tcPr>
          <w:p w14:paraId="754F51D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Verrucomicrobiae</w:t>
            </w:r>
          </w:p>
        </w:tc>
        <w:tc>
          <w:tcPr>
            <w:tcW w:w="513" w:type="dxa"/>
            <w:noWrap/>
            <w:hideMark/>
          </w:tcPr>
          <w:p w14:paraId="7F04D00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68" w:type="dxa"/>
            <w:noWrap/>
            <w:hideMark/>
          </w:tcPr>
          <w:p w14:paraId="76AE35E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145694C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5896FA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30D2B8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1B4C6FF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5E6FB22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7E12DCE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34B0ABF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78C1B88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AD134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06CA10F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Terrestrial</w:t>
            </w:r>
          </w:p>
        </w:tc>
        <w:tc>
          <w:tcPr>
            <w:tcW w:w="657" w:type="dxa"/>
            <w:noWrap/>
            <w:hideMark/>
          </w:tcPr>
          <w:p w14:paraId="10F8821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8A330A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178D518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374521F5" w14:textId="77777777" w:rsidTr="006750F2">
        <w:trPr>
          <w:trHeight w:val="280"/>
        </w:trPr>
        <w:tc>
          <w:tcPr>
            <w:tcW w:w="919" w:type="dxa"/>
            <w:noWrap/>
            <w:hideMark/>
          </w:tcPr>
          <w:p w14:paraId="1EFE230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MSPOR6</w:t>
            </w:r>
          </w:p>
        </w:tc>
        <w:tc>
          <w:tcPr>
            <w:tcW w:w="852" w:type="dxa"/>
            <w:noWrap/>
            <w:hideMark/>
          </w:tcPr>
          <w:p w14:paraId="16923C2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WGA-4E</w:t>
            </w:r>
          </w:p>
        </w:tc>
        <w:tc>
          <w:tcPr>
            <w:tcW w:w="513" w:type="dxa"/>
            <w:noWrap/>
            <w:hideMark/>
          </w:tcPr>
          <w:p w14:paraId="0319722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17</w:t>
            </w:r>
          </w:p>
        </w:tc>
        <w:tc>
          <w:tcPr>
            <w:tcW w:w="768" w:type="dxa"/>
            <w:noWrap/>
            <w:hideMark/>
          </w:tcPr>
          <w:p w14:paraId="023C92B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39" w:type="dxa"/>
            <w:noWrap/>
            <w:hideMark/>
          </w:tcPr>
          <w:p w14:paraId="68D6375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D1553B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363AAE77"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0443CA4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7B2A38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5B379D2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51" w:type="dxa"/>
            <w:noWrap/>
            <w:hideMark/>
          </w:tcPr>
          <w:p w14:paraId="7F949C5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033F624C"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Non_N_Cycling</w:t>
            </w:r>
          </w:p>
        </w:tc>
        <w:tc>
          <w:tcPr>
            <w:tcW w:w="853" w:type="dxa"/>
            <w:noWrap/>
            <w:hideMark/>
          </w:tcPr>
          <w:p w14:paraId="31AAAE3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BEB2F94"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088D344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w:t>
            </w:r>
          </w:p>
        </w:tc>
        <w:tc>
          <w:tcPr>
            <w:tcW w:w="854" w:type="dxa"/>
            <w:noWrap/>
            <w:hideMark/>
          </w:tcPr>
          <w:p w14:paraId="2C1C71C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5A457FD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Very Low</w:t>
            </w:r>
          </w:p>
        </w:tc>
      </w:tr>
      <w:tr w:rsidR="006E0B49" w:rsidRPr="00A057D9" w14:paraId="0E9CFAA1" w14:textId="77777777" w:rsidTr="006750F2">
        <w:trPr>
          <w:trHeight w:val="280"/>
        </w:trPr>
        <w:tc>
          <w:tcPr>
            <w:tcW w:w="919" w:type="dxa"/>
            <w:noWrap/>
            <w:hideMark/>
          </w:tcPr>
          <w:p w14:paraId="72349436"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WGA-3G</w:t>
            </w:r>
          </w:p>
        </w:tc>
        <w:tc>
          <w:tcPr>
            <w:tcW w:w="852" w:type="dxa"/>
            <w:noWrap/>
            <w:hideMark/>
          </w:tcPr>
          <w:p w14:paraId="6626BE2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WGA-4E</w:t>
            </w:r>
          </w:p>
        </w:tc>
        <w:tc>
          <w:tcPr>
            <w:tcW w:w="513" w:type="dxa"/>
            <w:noWrap/>
            <w:hideMark/>
          </w:tcPr>
          <w:p w14:paraId="77598C3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30</w:t>
            </w:r>
          </w:p>
        </w:tc>
        <w:tc>
          <w:tcPr>
            <w:tcW w:w="768" w:type="dxa"/>
            <w:noWrap/>
            <w:hideMark/>
          </w:tcPr>
          <w:p w14:paraId="416641E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39" w:type="dxa"/>
            <w:noWrap/>
            <w:hideMark/>
          </w:tcPr>
          <w:p w14:paraId="0AFBF07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21" w:type="dxa"/>
            <w:noWrap/>
            <w:hideMark/>
          </w:tcPr>
          <w:p w14:paraId="7E442CF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74" w:type="dxa"/>
            <w:noWrap/>
            <w:hideMark/>
          </w:tcPr>
          <w:p w14:paraId="187DDA9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694" w:type="dxa"/>
            <w:noWrap/>
            <w:hideMark/>
          </w:tcPr>
          <w:p w14:paraId="2F38C5F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300FD4D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6A6558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10</w:t>
            </w:r>
          </w:p>
        </w:tc>
        <w:tc>
          <w:tcPr>
            <w:tcW w:w="751" w:type="dxa"/>
            <w:noWrap/>
            <w:hideMark/>
          </w:tcPr>
          <w:p w14:paraId="4CF4C44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1008" w:type="dxa"/>
            <w:noWrap/>
            <w:hideMark/>
          </w:tcPr>
          <w:p w14:paraId="651A193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N_Retention</w:t>
            </w:r>
          </w:p>
        </w:tc>
        <w:tc>
          <w:tcPr>
            <w:tcW w:w="853" w:type="dxa"/>
            <w:noWrap/>
            <w:hideMark/>
          </w:tcPr>
          <w:p w14:paraId="3546AC9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Inactive</w:t>
            </w:r>
          </w:p>
        </w:tc>
        <w:tc>
          <w:tcPr>
            <w:tcW w:w="881" w:type="dxa"/>
            <w:noWrap/>
            <w:hideMark/>
          </w:tcPr>
          <w:p w14:paraId="7357497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76AA0756"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w:t>
            </w:r>
          </w:p>
        </w:tc>
        <w:tc>
          <w:tcPr>
            <w:tcW w:w="854" w:type="dxa"/>
            <w:noWrap/>
            <w:hideMark/>
          </w:tcPr>
          <w:p w14:paraId="73E8559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3327881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Low</w:t>
            </w:r>
          </w:p>
        </w:tc>
      </w:tr>
      <w:tr w:rsidR="006E0B49" w:rsidRPr="00A057D9" w14:paraId="4CAFF8CB" w14:textId="77777777" w:rsidTr="006750F2">
        <w:trPr>
          <w:trHeight w:val="280"/>
        </w:trPr>
        <w:tc>
          <w:tcPr>
            <w:tcW w:w="919" w:type="dxa"/>
            <w:noWrap/>
            <w:hideMark/>
          </w:tcPr>
          <w:p w14:paraId="3747BA45" w14:textId="77777777" w:rsidR="006E0B49" w:rsidRPr="00204189" w:rsidRDefault="006E0B49" w:rsidP="00342345">
            <w:pPr>
              <w:jc w:val="center"/>
              <w:rPr>
                <w:rFonts w:ascii="Times New Roman" w:eastAsia="宋体" w:hAnsi="Times New Roman" w:cs="Times New Roman"/>
                <w:i/>
                <w:iCs/>
                <w:sz w:val="13"/>
                <w:szCs w:val="13"/>
                <w:lang w:eastAsia="zh-CN"/>
              </w:rPr>
            </w:pPr>
            <w:r w:rsidRPr="00204189">
              <w:rPr>
                <w:rFonts w:ascii="Times New Roman" w:eastAsia="宋体" w:hAnsi="Times New Roman" w:cs="Times New Roman" w:hint="eastAsia"/>
                <w:i/>
                <w:iCs/>
                <w:sz w:val="13"/>
                <w:szCs w:val="13"/>
                <w:lang w:eastAsia="zh-CN"/>
              </w:rPr>
              <w:t>Mariprofundus</w:t>
            </w:r>
          </w:p>
        </w:tc>
        <w:tc>
          <w:tcPr>
            <w:tcW w:w="852" w:type="dxa"/>
            <w:noWrap/>
            <w:hideMark/>
          </w:tcPr>
          <w:p w14:paraId="55C1C35B"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Zetaproteobacteria</w:t>
            </w:r>
          </w:p>
        </w:tc>
        <w:tc>
          <w:tcPr>
            <w:tcW w:w="513" w:type="dxa"/>
            <w:noWrap/>
            <w:hideMark/>
          </w:tcPr>
          <w:p w14:paraId="05704F2E"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20</w:t>
            </w:r>
          </w:p>
        </w:tc>
        <w:tc>
          <w:tcPr>
            <w:tcW w:w="768" w:type="dxa"/>
            <w:noWrap/>
            <w:hideMark/>
          </w:tcPr>
          <w:p w14:paraId="409A586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739" w:type="dxa"/>
            <w:noWrap/>
            <w:hideMark/>
          </w:tcPr>
          <w:p w14:paraId="7C3D2B58"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25</w:t>
            </w:r>
          </w:p>
        </w:tc>
        <w:tc>
          <w:tcPr>
            <w:tcW w:w="721" w:type="dxa"/>
            <w:noWrap/>
            <w:hideMark/>
          </w:tcPr>
          <w:p w14:paraId="51B4D251"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674" w:type="dxa"/>
            <w:noWrap/>
            <w:hideMark/>
          </w:tcPr>
          <w:p w14:paraId="20F5574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w:t>
            </w:r>
          </w:p>
        </w:tc>
        <w:tc>
          <w:tcPr>
            <w:tcW w:w="694" w:type="dxa"/>
            <w:noWrap/>
            <w:hideMark/>
          </w:tcPr>
          <w:p w14:paraId="7F22F1B2"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772" w:type="dxa"/>
            <w:noWrap/>
            <w:hideMark/>
          </w:tcPr>
          <w:p w14:paraId="7A9F39D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0</w:t>
            </w:r>
          </w:p>
        </w:tc>
        <w:tc>
          <w:tcPr>
            <w:tcW w:w="909" w:type="dxa"/>
            <w:noWrap/>
            <w:hideMark/>
          </w:tcPr>
          <w:p w14:paraId="497BCB65"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50</w:t>
            </w:r>
          </w:p>
        </w:tc>
        <w:tc>
          <w:tcPr>
            <w:tcW w:w="751" w:type="dxa"/>
            <w:noWrap/>
            <w:hideMark/>
          </w:tcPr>
          <w:p w14:paraId="2D36C220"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45</w:t>
            </w:r>
          </w:p>
        </w:tc>
        <w:tc>
          <w:tcPr>
            <w:tcW w:w="1008" w:type="dxa"/>
            <w:noWrap/>
            <w:hideMark/>
          </w:tcPr>
          <w:p w14:paraId="28C216B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Multifunctional</w:t>
            </w:r>
          </w:p>
        </w:tc>
        <w:tc>
          <w:tcPr>
            <w:tcW w:w="853" w:type="dxa"/>
            <w:noWrap/>
            <w:hideMark/>
          </w:tcPr>
          <w:p w14:paraId="38ED9909"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Functionally Diverse</w:t>
            </w:r>
          </w:p>
        </w:tc>
        <w:tc>
          <w:tcPr>
            <w:tcW w:w="881" w:type="dxa"/>
            <w:noWrap/>
            <w:hideMark/>
          </w:tcPr>
          <w:p w14:paraId="0E14B71A"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Aquatic</w:t>
            </w:r>
          </w:p>
        </w:tc>
        <w:tc>
          <w:tcPr>
            <w:tcW w:w="657" w:type="dxa"/>
            <w:noWrap/>
            <w:hideMark/>
          </w:tcPr>
          <w:p w14:paraId="4BC12933"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3</w:t>
            </w:r>
          </w:p>
        </w:tc>
        <w:tc>
          <w:tcPr>
            <w:tcW w:w="854" w:type="dxa"/>
            <w:noWrap/>
            <w:hideMark/>
          </w:tcPr>
          <w:p w14:paraId="4C5671AD"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TRUE</w:t>
            </w:r>
          </w:p>
        </w:tc>
        <w:tc>
          <w:tcPr>
            <w:tcW w:w="611" w:type="dxa"/>
            <w:noWrap/>
            <w:hideMark/>
          </w:tcPr>
          <w:p w14:paraId="2B53E61F" w14:textId="77777777" w:rsidR="006E0B49" w:rsidRPr="00A057D9" w:rsidRDefault="006E0B49" w:rsidP="00342345">
            <w:pPr>
              <w:jc w:val="center"/>
              <w:rPr>
                <w:rFonts w:ascii="Times New Roman" w:eastAsia="宋体" w:hAnsi="Times New Roman" w:cs="Times New Roman"/>
                <w:sz w:val="13"/>
                <w:szCs w:val="13"/>
                <w:lang w:eastAsia="zh-CN"/>
              </w:rPr>
            </w:pPr>
            <w:r w:rsidRPr="00A057D9">
              <w:rPr>
                <w:rFonts w:ascii="Times New Roman" w:eastAsia="宋体" w:hAnsi="Times New Roman" w:cs="Times New Roman" w:hint="eastAsia"/>
                <w:sz w:val="13"/>
                <w:szCs w:val="13"/>
                <w:lang w:eastAsia="zh-CN"/>
              </w:rPr>
              <w:t>High</w:t>
            </w:r>
          </w:p>
        </w:tc>
      </w:tr>
    </w:tbl>
    <w:p w14:paraId="3A16F4A3" w14:textId="77777777" w:rsidR="0070776D" w:rsidRPr="00A057D9" w:rsidRDefault="0070776D" w:rsidP="00342345">
      <w:pPr>
        <w:jc w:val="center"/>
        <w:rPr>
          <w:rFonts w:ascii="Times New Roman" w:eastAsia="宋体" w:hAnsi="Times New Roman" w:cs="Times New Roman"/>
          <w:sz w:val="13"/>
          <w:szCs w:val="13"/>
          <w:lang w:eastAsia="zh-CN"/>
        </w:rPr>
      </w:pPr>
    </w:p>
    <w:sectPr w:rsidR="0070776D" w:rsidRPr="00A057D9" w:rsidSect="003D7D2B">
      <w:pgSz w:w="15840" w:h="122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90BA3" w14:textId="77777777" w:rsidR="00C02065" w:rsidRDefault="00C02065" w:rsidP="00D93067">
      <w:pPr>
        <w:spacing w:after="0" w:line="240" w:lineRule="auto"/>
      </w:pPr>
      <w:r>
        <w:separator/>
      </w:r>
    </w:p>
  </w:endnote>
  <w:endnote w:type="continuationSeparator" w:id="0">
    <w:p w14:paraId="4B7C6F76" w14:textId="77777777" w:rsidR="00C02065" w:rsidRDefault="00C02065" w:rsidP="00D930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4EA68" w14:textId="77777777" w:rsidR="00C02065" w:rsidRDefault="00C02065" w:rsidP="00D93067">
      <w:pPr>
        <w:spacing w:after="0" w:line="240" w:lineRule="auto"/>
      </w:pPr>
      <w:r>
        <w:separator/>
      </w:r>
    </w:p>
  </w:footnote>
  <w:footnote w:type="continuationSeparator" w:id="0">
    <w:p w14:paraId="55219663" w14:textId="77777777" w:rsidR="00C02065" w:rsidRDefault="00C02065" w:rsidP="00D930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073831E0"/>
    <w:lvl w:ilvl="0">
      <w:start w:val="1"/>
      <w:numFmt w:val="bullet"/>
      <w:pStyle w:val="a0"/>
      <w:lvlText w:val=""/>
      <w:lvlJc w:val="left"/>
      <w:pPr>
        <w:tabs>
          <w:tab w:val="num" w:pos="360"/>
        </w:tabs>
        <w:ind w:left="360" w:hanging="360"/>
      </w:pPr>
      <w:rPr>
        <w:rFonts w:ascii="Symbol" w:hAnsi="Symbol" w:hint="default"/>
      </w:rPr>
    </w:lvl>
  </w:abstractNum>
  <w:num w:numId="1" w16cid:durableId="276527433">
    <w:abstractNumId w:val="8"/>
  </w:num>
  <w:num w:numId="2" w16cid:durableId="1167399853">
    <w:abstractNumId w:val="6"/>
  </w:num>
  <w:num w:numId="3" w16cid:durableId="1183664979">
    <w:abstractNumId w:val="5"/>
  </w:num>
  <w:num w:numId="4" w16cid:durableId="662199985">
    <w:abstractNumId w:val="4"/>
  </w:num>
  <w:num w:numId="5" w16cid:durableId="272829488">
    <w:abstractNumId w:val="7"/>
  </w:num>
  <w:num w:numId="6" w16cid:durableId="1074667617">
    <w:abstractNumId w:val="3"/>
  </w:num>
  <w:num w:numId="7" w16cid:durableId="859662255">
    <w:abstractNumId w:val="2"/>
  </w:num>
  <w:num w:numId="8" w16cid:durableId="686247259">
    <w:abstractNumId w:val="1"/>
  </w:num>
  <w:num w:numId="9" w16cid:durableId="259997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7A57"/>
    <w:rsid w:val="000604AB"/>
    <w:rsid w:val="0006063C"/>
    <w:rsid w:val="000D0E1D"/>
    <w:rsid w:val="0015074B"/>
    <w:rsid w:val="00174694"/>
    <w:rsid w:val="001C0C3E"/>
    <w:rsid w:val="00204189"/>
    <w:rsid w:val="0029639D"/>
    <w:rsid w:val="002B721E"/>
    <w:rsid w:val="00326F90"/>
    <w:rsid w:val="00342345"/>
    <w:rsid w:val="003D7D2B"/>
    <w:rsid w:val="00482D0F"/>
    <w:rsid w:val="00580FB9"/>
    <w:rsid w:val="005A6942"/>
    <w:rsid w:val="00635E89"/>
    <w:rsid w:val="0066529C"/>
    <w:rsid w:val="006750F2"/>
    <w:rsid w:val="006E0B49"/>
    <w:rsid w:val="0070776D"/>
    <w:rsid w:val="008719E6"/>
    <w:rsid w:val="009901B6"/>
    <w:rsid w:val="009C2B22"/>
    <w:rsid w:val="00A057D9"/>
    <w:rsid w:val="00AA1D8D"/>
    <w:rsid w:val="00B06F49"/>
    <w:rsid w:val="00B47730"/>
    <w:rsid w:val="00C02065"/>
    <w:rsid w:val="00CB0664"/>
    <w:rsid w:val="00D5437C"/>
    <w:rsid w:val="00D93067"/>
    <w:rsid w:val="00D947A2"/>
    <w:rsid w:val="00F94DF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85618FC"/>
  <w14:defaultImageDpi w14:val="300"/>
  <w15:docId w15:val="{FEC1760C-37C2-4E6E-9A64-01A5E4C6A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页眉 字符"/>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页脚 字符"/>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标题 1 字符"/>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标题 2 字符"/>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标题 3 字符"/>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标题 字符"/>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标题 字符"/>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正文文本 字符"/>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正文文本 2 字符"/>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正文文本 3 字符"/>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宏文本 字符"/>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用 字符"/>
    <w:basedOn w:val="a2"/>
    <w:link w:val="af5"/>
    <w:uiPriority w:val="29"/>
    <w:rsid w:val="00FC693F"/>
    <w:rPr>
      <w:i/>
      <w:iCs/>
      <w:color w:val="000000" w:themeColor="text1"/>
    </w:rPr>
  </w:style>
  <w:style w:type="character" w:customStyle="1" w:styleId="40">
    <w:name w:val="标题 4 字符"/>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标题 5 字符"/>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标题 6 字符"/>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标题 7 字符"/>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标题 8 字符"/>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标题 9 字符"/>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明显引用 字符"/>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TOC">
    <w:name w:val="TOC Heading"/>
    <w:basedOn w:val="1"/>
    <w:next w:val="a1"/>
    <w:uiPriority w:val="39"/>
    <w:semiHidden/>
    <w:unhideWhenUsed/>
    <w:qFormat/>
    <w:rsid w:val="00FC693F"/>
    <w:pPr>
      <w:outlineLvl w:val="9"/>
    </w:pPr>
  </w:style>
  <w:style w:type="table" w:styleId="aff1">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3">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4">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5">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6">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7">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8">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f9">
    <w:name w:val="Hyperlink"/>
    <w:basedOn w:val="a2"/>
    <w:uiPriority w:val="99"/>
    <w:semiHidden/>
    <w:unhideWhenUsed/>
    <w:rsid w:val="006E0B49"/>
    <w:rPr>
      <w:color w:val="467886"/>
      <w:u w:val="single"/>
    </w:rPr>
  </w:style>
  <w:style w:type="character" w:styleId="affa">
    <w:name w:val="FollowedHyperlink"/>
    <w:basedOn w:val="a2"/>
    <w:uiPriority w:val="99"/>
    <w:semiHidden/>
    <w:unhideWhenUsed/>
    <w:rsid w:val="006E0B49"/>
    <w:rPr>
      <w:color w:val="96607D"/>
      <w:u w:val="single"/>
    </w:rPr>
  </w:style>
  <w:style w:type="paragraph" w:customStyle="1" w:styleId="msonormal0">
    <w:name w:val="msonormal"/>
    <w:basedOn w:val="a1"/>
    <w:rsid w:val="006E0B49"/>
    <w:pPr>
      <w:spacing w:before="100" w:beforeAutospacing="1" w:after="100" w:afterAutospacing="1" w:line="240" w:lineRule="auto"/>
    </w:pPr>
    <w:rPr>
      <w:rFonts w:ascii="宋体" w:eastAsia="宋体" w:hAnsi="宋体" w:cs="宋体"/>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715505">
      <w:bodyDiv w:val="1"/>
      <w:marLeft w:val="0"/>
      <w:marRight w:val="0"/>
      <w:marTop w:val="0"/>
      <w:marBottom w:val="0"/>
      <w:divBdr>
        <w:top w:val="none" w:sz="0" w:space="0" w:color="auto"/>
        <w:left w:val="none" w:sz="0" w:space="0" w:color="auto"/>
        <w:bottom w:val="none" w:sz="0" w:space="0" w:color="auto"/>
        <w:right w:val="none" w:sz="0" w:space="0" w:color="auto"/>
      </w:divBdr>
    </w:div>
    <w:div w:id="922758190">
      <w:bodyDiv w:val="1"/>
      <w:marLeft w:val="0"/>
      <w:marRight w:val="0"/>
      <w:marTop w:val="0"/>
      <w:marBottom w:val="0"/>
      <w:divBdr>
        <w:top w:val="none" w:sz="0" w:space="0" w:color="auto"/>
        <w:left w:val="none" w:sz="0" w:space="0" w:color="auto"/>
        <w:bottom w:val="none" w:sz="0" w:space="0" w:color="auto"/>
        <w:right w:val="none" w:sz="0" w:space="0" w:color="auto"/>
      </w:divBdr>
    </w:div>
    <w:div w:id="1288312153">
      <w:bodyDiv w:val="1"/>
      <w:marLeft w:val="0"/>
      <w:marRight w:val="0"/>
      <w:marTop w:val="0"/>
      <w:marBottom w:val="0"/>
      <w:divBdr>
        <w:top w:val="none" w:sz="0" w:space="0" w:color="auto"/>
        <w:left w:val="none" w:sz="0" w:space="0" w:color="auto"/>
        <w:bottom w:val="none" w:sz="0" w:space="0" w:color="auto"/>
        <w:right w:val="none" w:sz="0" w:space="0" w:color="auto"/>
      </w:divBdr>
    </w:div>
    <w:div w:id="1667171622">
      <w:bodyDiv w:val="1"/>
      <w:marLeft w:val="0"/>
      <w:marRight w:val="0"/>
      <w:marTop w:val="0"/>
      <w:marBottom w:val="0"/>
      <w:divBdr>
        <w:top w:val="none" w:sz="0" w:space="0" w:color="auto"/>
        <w:left w:val="none" w:sz="0" w:space="0" w:color="auto"/>
        <w:bottom w:val="none" w:sz="0" w:space="0" w:color="auto"/>
        <w:right w:val="none" w:sz="0" w:space="0" w:color="auto"/>
      </w:divBdr>
    </w:div>
    <w:div w:id="196477006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50</Pages>
  <Words>22288</Words>
  <Characters>127047</Characters>
  <Application>Microsoft Office Word</Application>
  <DocSecurity>0</DocSecurity>
  <Lines>1058</Lines>
  <Paragraphs>298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149037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Mingli Jiang</cp:lastModifiedBy>
  <cp:revision>18</cp:revision>
  <dcterms:created xsi:type="dcterms:W3CDTF">2013-12-23T23:15:00Z</dcterms:created>
  <dcterms:modified xsi:type="dcterms:W3CDTF">2026-04-12T08:11:00Z</dcterms:modified>
  <cp:category/>
</cp:coreProperties>
</file>